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0F229" w14:textId="77777777" w:rsidR="00080883" w:rsidRPr="007F149B" w:rsidRDefault="0023759E" w:rsidP="005B51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149B">
        <w:rPr>
          <w:rFonts w:ascii="Times New Roman" w:hAnsi="Times New Roman" w:cs="Times New Roman"/>
          <w:b/>
          <w:sz w:val="24"/>
          <w:szCs w:val="24"/>
        </w:rPr>
        <w:t>MINISTÉRIO DA PREVIDÊNCIA SOCIAL</w:t>
      </w:r>
    </w:p>
    <w:p w14:paraId="5B26DB2C" w14:textId="1A452288" w:rsidR="00080883" w:rsidRPr="007F149B" w:rsidRDefault="0056288D" w:rsidP="005B51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23759E" w:rsidRPr="007F149B">
        <w:rPr>
          <w:rFonts w:ascii="Times New Roman" w:hAnsi="Times New Roman" w:cs="Times New Roman"/>
          <w:b/>
          <w:sz w:val="24"/>
          <w:szCs w:val="24"/>
        </w:rPr>
        <w:t>º PRÊMIO POLÍTICA PÚBLICA DE PREVIDÊNCIA SOCIAL –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7CB2FD60" w14:textId="4A6CE8BC" w:rsidR="00080883" w:rsidRPr="007F149B" w:rsidRDefault="0056288D" w:rsidP="005B51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288D">
        <w:rPr>
          <w:rFonts w:ascii="Times New Roman" w:hAnsi="Times New Roman" w:cs="Times New Roman"/>
          <w:sz w:val="24"/>
          <w:szCs w:val="24"/>
        </w:rPr>
        <w:t>Edital MPS nº 20, de 10 de setembro de 2026</w:t>
      </w:r>
    </w:p>
    <w:p w14:paraId="79AF3645" w14:textId="77777777" w:rsidR="005B5156" w:rsidRDefault="005B5156" w:rsidP="005B5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8CB790" w14:textId="77777777" w:rsidR="0056288D" w:rsidRDefault="0056288D" w:rsidP="005B5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C1F292" w14:textId="1E173D05" w:rsidR="00080883" w:rsidRPr="007F149B" w:rsidRDefault="0023759E" w:rsidP="005B51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149B">
        <w:rPr>
          <w:rFonts w:ascii="Times New Roman" w:hAnsi="Times New Roman" w:cs="Times New Roman"/>
          <w:b/>
          <w:sz w:val="24"/>
          <w:szCs w:val="24"/>
        </w:rPr>
        <w:t>AUTORIZAÇ</w:t>
      </w:r>
      <w:r w:rsidR="001F7303">
        <w:rPr>
          <w:rFonts w:ascii="Times New Roman" w:hAnsi="Times New Roman" w:cs="Times New Roman"/>
          <w:b/>
          <w:sz w:val="24"/>
          <w:szCs w:val="24"/>
        </w:rPr>
        <w:t>ÃO</w:t>
      </w:r>
    </w:p>
    <w:p w14:paraId="1883AE79" w14:textId="776FFBAE" w:rsidR="00080883" w:rsidRPr="007F149B" w:rsidRDefault="0023759E" w:rsidP="005B51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149B">
        <w:rPr>
          <w:rFonts w:ascii="Times New Roman" w:hAnsi="Times New Roman" w:cs="Times New Roman"/>
          <w:sz w:val="24"/>
          <w:szCs w:val="24"/>
        </w:rPr>
        <w:t xml:space="preserve">(Anexo ao </w:t>
      </w:r>
      <w:r w:rsidR="0056288D" w:rsidRPr="0056288D">
        <w:rPr>
          <w:rFonts w:ascii="Times New Roman" w:hAnsi="Times New Roman" w:cs="Times New Roman"/>
          <w:sz w:val="24"/>
          <w:szCs w:val="24"/>
        </w:rPr>
        <w:t>Edital MPS nº 20, de 10 de setembro de 2026</w:t>
      </w:r>
      <w:r w:rsidR="0056288D">
        <w:rPr>
          <w:rFonts w:ascii="Times New Roman" w:hAnsi="Times New Roman" w:cs="Times New Roman"/>
          <w:sz w:val="24"/>
          <w:szCs w:val="24"/>
        </w:rPr>
        <w:t xml:space="preserve"> </w:t>
      </w:r>
      <w:r w:rsidRPr="007F149B">
        <w:rPr>
          <w:rFonts w:ascii="Times New Roman" w:hAnsi="Times New Roman" w:cs="Times New Roman"/>
          <w:sz w:val="24"/>
          <w:szCs w:val="24"/>
        </w:rPr>
        <w:t xml:space="preserve">– </w:t>
      </w:r>
      <w:r w:rsidR="0056288D">
        <w:rPr>
          <w:rFonts w:ascii="Times New Roman" w:hAnsi="Times New Roman" w:cs="Times New Roman"/>
          <w:sz w:val="24"/>
          <w:szCs w:val="24"/>
        </w:rPr>
        <w:t>2</w:t>
      </w:r>
      <w:r w:rsidRPr="007F149B">
        <w:rPr>
          <w:rFonts w:ascii="Times New Roman" w:hAnsi="Times New Roman" w:cs="Times New Roman"/>
          <w:sz w:val="24"/>
          <w:szCs w:val="24"/>
        </w:rPr>
        <w:t>º Prêmio Política Pública de Previdência Social)</w:t>
      </w:r>
    </w:p>
    <w:p w14:paraId="0EC90CDC" w14:textId="3D6B0BD8" w:rsidR="00080883" w:rsidRDefault="00080883" w:rsidP="005B51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B2331C" w14:textId="77777777" w:rsidR="0056288D" w:rsidRPr="007F149B" w:rsidRDefault="0056288D" w:rsidP="005B51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FF108A" w14:textId="77777777" w:rsidR="00080883" w:rsidRPr="007F149B" w:rsidRDefault="0023759E" w:rsidP="005B5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49B">
        <w:rPr>
          <w:rFonts w:ascii="Times New Roman" w:hAnsi="Times New Roman" w:cs="Times New Roman"/>
          <w:sz w:val="24"/>
          <w:szCs w:val="24"/>
        </w:rPr>
        <w:t>Título do trabalho: ___________________________________________</w:t>
      </w:r>
      <w:r w:rsidR="005B5156">
        <w:rPr>
          <w:rFonts w:ascii="Times New Roman" w:hAnsi="Times New Roman" w:cs="Times New Roman"/>
          <w:sz w:val="24"/>
          <w:szCs w:val="24"/>
        </w:rPr>
        <w:t>___________________</w:t>
      </w:r>
      <w:r w:rsidRPr="007F149B">
        <w:rPr>
          <w:rFonts w:ascii="Times New Roman" w:hAnsi="Times New Roman" w:cs="Times New Roman"/>
          <w:sz w:val="24"/>
          <w:szCs w:val="24"/>
        </w:rPr>
        <w:t>_</w:t>
      </w:r>
    </w:p>
    <w:p w14:paraId="412A55F3" w14:textId="77777777" w:rsidR="00080883" w:rsidRPr="007F149B" w:rsidRDefault="0023759E" w:rsidP="005B5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49B">
        <w:rPr>
          <w:rFonts w:ascii="Times New Roman" w:hAnsi="Times New Roman" w:cs="Times New Roman"/>
          <w:sz w:val="24"/>
          <w:szCs w:val="24"/>
        </w:rPr>
        <w:t>Nome do(a) autor(a) principal: ___________________</w:t>
      </w:r>
      <w:r w:rsidR="005B5156">
        <w:rPr>
          <w:rFonts w:ascii="Times New Roman" w:hAnsi="Times New Roman" w:cs="Times New Roman"/>
          <w:sz w:val="24"/>
          <w:szCs w:val="24"/>
        </w:rPr>
        <w:t>_________</w:t>
      </w:r>
      <w:r w:rsidRPr="007F149B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103020A0" w14:textId="77777777" w:rsidR="00080883" w:rsidRPr="007F149B" w:rsidRDefault="0023759E" w:rsidP="005B5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49B">
        <w:rPr>
          <w:rFonts w:ascii="Times New Roman" w:hAnsi="Times New Roman" w:cs="Times New Roman"/>
          <w:sz w:val="24"/>
          <w:szCs w:val="24"/>
        </w:rPr>
        <w:t>Nome do(s) coautor(es) (quando houver): ___________________</w:t>
      </w:r>
      <w:r w:rsidR="005B5156">
        <w:rPr>
          <w:rFonts w:ascii="Times New Roman" w:hAnsi="Times New Roman" w:cs="Times New Roman"/>
          <w:sz w:val="24"/>
          <w:szCs w:val="24"/>
        </w:rPr>
        <w:t>_______</w:t>
      </w:r>
      <w:r w:rsidRPr="007F149B">
        <w:rPr>
          <w:rFonts w:ascii="Times New Roman" w:hAnsi="Times New Roman" w:cs="Times New Roman"/>
          <w:sz w:val="24"/>
          <w:szCs w:val="24"/>
        </w:rPr>
        <w:t>___________________</w:t>
      </w:r>
    </w:p>
    <w:p w14:paraId="21604955" w14:textId="77777777" w:rsidR="00080883" w:rsidRPr="0056288D" w:rsidRDefault="00080883">
      <w:pPr>
        <w:rPr>
          <w:rFonts w:ascii="Times New Roman" w:hAnsi="Times New Roman" w:cs="Times New Roman"/>
          <w:sz w:val="28"/>
          <w:szCs w:val="24"/>
        </w:rPr>
      </w:pPr>
    </w:p>
    <w:p w14:paraId="77B01CE2" w14:textId="77777777" w:rsidR="0056288D" w:rsidRPr="0056288D" w:rsidRDefault="0056288D" w:rsidP="0056288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81102F1" w14:textId="5556A2CB" w:rsidR="0056288D" w:rsidRPr="0056288D" w:rsidRDefault="0056288D" w:rsidP="0056288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Em atenção ao Edital MPS nº 20, de 10 de setembro de 2026, 2º PRÊMIO POLÍTICA PÚBLICA DE PREVIDÊNCIA SOCIAL, realizado pelo Ministério da Previdência Social, AUTORIZO a publicação, pelo Ministério da Previdência Social, do trabalho por mim submetido e não vencedor em sua respectiva categoria ou indicação para menção honrosa.</w:t>
      </w:r>
    </w:p>
    <w:p w14:paraId="2FAA92D2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DCF4FC4" w14:textId="77777777" w:rsidR="0056288D" w:rsidRPr="0056288D" w:rsidRDefault="0056288D" w:rsidP="0056288D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5533E4FF" w14:textId="77777777" w:rsidR="0056288D" w:rsidRPr="0056288D" w:rsidRDefault="0056288D" w:rsidP="0056288D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42E4FFD3" w14:textId="77777777" w:rsidR="0056288D" w:rsidRPr="0056288D" w:rsidRDefault="0056288D" w:rsidP="0056288D">
      <w:pPr>
        <w:spacing w:after="0"/>
        <w:jc w:val="right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[Local], [Dia] de [Mês] de 2026.</w:t>
      </w:r>
    </w:p>
    <w:p w14:paraId="66371EC9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BA4FCC1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3815BFE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4B2FE10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Assinatura</w:t>
      </w:r>
    </w:p>
    <w:p w14:paraId="61C956AB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[Nome do Autor]</w:t>
      </w:r>
    </w:p>
    <w:p w14:paraId="040EDA6E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8DE6E8D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Assinatura</w:t>
      </w:r>
    </w:p>
    <w:p w14:paraId="1843E0BB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[Nome do 1º Coautor] - quando houver</w:t>
      </w:r>
    </w:p>
    <w:p w14:paraId="7F1120AD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F1F7645" w14:textId="77777777" w:rsidR="0056288D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Assinatura</w:t>
      </w:r>
    </w:p>
    <w:p w14:paraId="65AEC00D" w14:textId="376FBCE1" w:rsidR="00080883" w:rsidRPr="0056288D" w:rsidRDefault="0056288D" w:rsidP="0056288D">
      <w:pPr>
        <w:spacing w:after="0"/>
        <w:jc w:val="both"/>
        <w:rPr>
          <w:rFonts w:ascii="Times New Roman" w:hAnsi="Times New Roman" w:cs="Times New Roman"/>
          <w:sz w:val="24"/>
        </w:rPr>
      </w:pPr>
      <w:r w:rsidRPr="0056288D">
        <w:rPr>
          <w:rFonts w:ascii="Times New Roman" w:hAnsi="Times New Roman" w:cs="Times New Roman"/>
          <w:sz w:val="24"/>
        </w:rPr>
        <w:t>[Nome do 2º Coautor] - quando houver</w:t>
      </w:r>
    </w:p>
    <w:sectPr w:rsidR="00080883" w:rsidRPr="0056288D" w:rsidSect="005A3F0B"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7E4C9" w14:textId="77777777" w:rsidR="008A0AE8" w:rsidRDefault="008A0AE8" w:rsidP="00F3711D">
      <w:pPr>
        <w:spacing w:after="0" w:line="240" w:lineRule="auto"/>
      </w:pPr>
      <w:r>
        <w:separator/>
      </w:r>
    </w:p>
  </w:endnote>
  <w:endnote w:type="continuationSeparator" w:id="0">
    <w:p w14:paraId="00CCDA38" w14:textId="77777777" w:rsidR="008A0AE8" w:rsidRDefault="008A0AE8" w:rsidP="00F37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8F501" w14:textId="77777777" w:rsidR="008A0AE8" w:rsidRDefault="008A0AE8" w:rsidP="00F3711D">
      <w:pPr>
        <w:spacing w:after="0" w:line="240" w:lineRule="auto"/>
      </w:pPr>
      <w:r>
        <w:separator/>
      </w:r>
    </w:p>
  </w:footnote>
  <w:footnote w:type="continuationSeparator" w:id="0">
    <w:p w14:paraId="4B28A05C" w14:textId="77777777" w:rsidR="008A0AE8" w:rsidRDefault="008A0AE8" w:rsidP="00F37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0883"/>
    <w:rsid w:val="0015074B"/>
    <w:rsid w:val="001F7303"/>
    <w:rsid w:val="0023759E"/>
    <w:rsid w:val="0029639D"/>
    <w:rsid w:val="00326F90"/>
    <w:rsid w:val="0056288D"/>
    <w:rsid w:val="005A3F0B"/>
    <w:rsid w:val="005B5156"/>
    <w:rsid w:val="007F149B"/>
    <w:rsid w:val="008A0AE8"/>
    <w:rsid w:val="00AA1D8D"/>
    <w:rsid w:val="00B47730"/>
    <w:rsid w:val="00CB0664"/>
    <w:rsid w:val="00CD47C2"/>
    <w:rsid w:val="00E604ED"/>
    <w:rsid w:val="00F3711D"/>
    <w:rsid w:val="00FC693F"/>
    <w:rsid w:val="00FD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C5007"/>
  <w14:defaultImageDpi w14:val="300"/>
  <w15:docId w15:val="{42A47D2B-6287-4D63-BC78-E849D9AE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o">
    <w:name w:val="Revision"/>
    <w:hidden/>
    <w:uiPriority w:val="99"/>
    <w:semiHidden/>
    <w:rsid w:val="001F730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62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2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605879-F153-446E-A38E-4BD42B25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847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Revisor</cp:lastModifiedBy>
  <cp:revision>3</cp:revision>
  <dcterms:created xsi:type="dcterms:W3CDTF">2025-10-30T20:24:00Z</dcterms:created>
  <dcterms:modified xsi:type="dcterms:W3CDTF">2026-09-11T17:18:00Z</dcterms:modified>
  <cp:category/>
</cp:coreProperties>
</file>