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A7C24" w14:textId="77777777" w:rsidR="00C12081" w:rsidRDefault="00C5236B">
      <w:pPr>
        <w:keepNext/>
        <w:spacing w:after="440" w:line="240" w:lineRule="auto"/>
        <w:jc w:val="center"/>
      </w:pPr>
      <w:r>
        <w:rPr>
          <w:b/>
        </w:rPr>
        <w:t>ANEXO VI</w:t>
      </w:r>
    </w:p>
    <w:p w14:paraId="4E19557B" w14:textId="77777777" w:rsidR="00C12081" w:rsidRDefault="00C5236B">
      <w:pPr>
        <w:keepNext/>
        <w:spacing w:after="360" w:line="240" w:lineRule="auto"/>
        <w:jc w:val="center"/>
      </w:pPr>
      <w:r>
        <w:rPr>
          <w:b/>
        </w:rPr>
        <w:t>INFORMAÇÕES SOBRE O CONSELHO</w:t>
      </w:r>
    </w:p>
    <w:p w14:paraId="3CF138CF" w14:textId="77777777" w:rsidR="00C12081" w:rsidRDefault="00C5236B">
      <w:pPr>
        <w:spacing w:after="360" w:line="360" w:lineRule="auto"/>
      </w:pPr>
      <w:r>
        <w:t>Cadastro Nacional de Conselhos Municipais e Estaduais dos Direitos das Pessoas LGBTQIA+.</w:t>
      </w:r>
    </w:p>
    <w:p w14:paraId="0D1D30F9" w14:textId="77777777" w:rsidR="00C12081" w:rsidRDefault="00C5236B">
      <w:pPr>
        <w:keepNext/>
        <w:spacing w:after="320"/>
      </w:pPr>
      <w:r>
        <w:rPr>
          <w:b/>
        </w:rPr>
        <w:t>Seção 1 - Identificação do órgão</w:t>
      </w:r>
    </w:p>
    <w:p w14:paraId="33EC76C8" w14:textId="77777777" w:rsidR="00C12081" w:rsidRDefault="00C5236B">
      <w:pPr>
        <w:keepNext/>
        <w:spacing w:after="60"/>
      </w:pPr>
      <w:r>
        <w:t>a. Nome do Conselho</w:t>
      </w:r>
    </w:p>
    <w:p w14:paraId="1195A496" w14:textId="77777777" w:rsidR="00C12081" w:rsidRDefault="00C5236B">
      <w:pPr>
        <w:spacing w:after="120" w:line="240" w:lineRule="auto"/>
      </w:pPr>
      <w:r>
        <w:rPr>
          <w:sz w:val="20"/>
        </w:rPr>
        <w:t>__________________________________________________________________________________</w:t>
      </w:r>
    </w:p>
    <w:p w14:paraId="34D7BE5F" w14:textId="77777777" w:rsidR="00C12081" w:rsidRDefault="00C5236B">
      <w:pPr>
        <w:keepNext/>
        <w:spacing w:after="60"/>
      </w:pPr>
      <w:r>
        <w:t>b. Município/UF</w:t>
      </w:r>
    </w:p>
    <w:p w14:paraId="53AF1EF9" w14:textId="77777777" w:rsidR="00C12081" w:rsidRDefault="00C5236B">
      <w:pPr>
        <w:spacing w:after="120" w:line="240" w:lineRule="auto"/>
      </w:pPr>
      <w:r>
        <w:rPr>
          <w:sz w:val="20"/>
        </w:rPr>
        <w:t>__________________________________________________________________________________</w:t>
      </w:r>
    </w:p>
    <w:p w14:paraId="004415D8" w14:textId="77777777" w:rsidR="00C12081" w:rsidRDefault="00C5236B">
      <w:pPr>
        <w:keepNext/>
        <w:spacing w:after="60"/>
      </w:pPr>
      <w:r>
        <w:t>c. Endereço institucional (Rua, Avenida, Travessa)</w:t>
      </w:r>
    </w:p>
    <w:p w14:paraId="4F06BBB6" w14:textId="77777777" w:rsidR="00C12081" w:rsidRDefault="00C5236B">
      <w:pPr>
        <w:spacing w:after="120" w:line="240" w:lineRule="auto"/>
      </w:pPr>
      <w:r>
        <w:rPr>
          <w:sz w:val="20"/>
        </w:rPr>
        <w:t>_______________________</w:t>
      </w:r>
      <w:r>
        <w:rPr>
          <w:sz w:val="20"/>
        </w:rPr>
        <w:t>___________________________________________________________</w:t>
      </w:r>
    </w:p>
    <w:p w14:paraId="505C1075" w14:textId="77777777" w:rsidR="00C12081" w:rsidRDefault="00C5236B">
      <w:pPr>
        <w:spacing w:after="120" w:line="240" w:lineRule="auto"/>
      </w:pPr>
      <w:r>
        <w:rPr>
          <w:sz w:val="20"/>
        </w:rPr>
        <w:t>__________________________________________________________________________________</w:t>
      </w:r>
    </w:p>
    <w:p w14:paraId="76F02A79" w14:textId="77777777" w:rsidR="00C12081" w:rsidRDefault="00C5236B">
      <w:pPr>
        <w:keepNext/>
        <w:spacing w:after="60"/>
      </w:pPr>
      <w:r>
        <w:t>d. Telefone(s) institucional(is), com DDD</w:t>
      </w:r>
    </w:p>
    <w:p w14:paraId="769A5938" w14:textId="77777777" w:rsidR="00C12081" w:rsidRDefault="00C5236B">
      <w:pPr>
        <w:spacing w:after="120" w:line="240" w:lineRule="auto"/>
      </w:pPr>
      <w:r>
        <w:rPr>
          <w:sz w:val="20"/>
        </w:rPr>
        <w:t>_______________________________________________________________________</w:t>
      </w:r>
      <w:r>
        <w:rPr>
          <w:sz w:val="20"/>
        </w:rPr>
        <w:t>___________</w:t>
      </w:r>
    </w:p>
    <w:p w14:paraId="1A5D9D87" w14:textId="77777777" w:rsidR="00C12081" w:rsidRDefault="00C5236B">
      <w:pPr>
        <w:keepNext/>
        <w:spacing w:after="60"/>
      </w:pPr>
      <w:r>
        <w:t>e. Correio(s) eletrônico(s) institucional(is)</w:t>
      </w:r>
    </w:p>
    <w:p w14:paraId="1470F1FA" w14:textId="77777777" w:rsidR="00C12081" w:rsidRDefault="00C5236B">
      <w:pPr>
        <w:spacing w:after="120" w:line="240" w:lineRule="auto"/>
      </w:pPr>
      <w:r>
        <w:rPr>
          <w:sz w:val="20"/>
        </w:rPr>
        <w:t>__________________________________________________________________________________</w:t>
      </w:r>
    </w:p>
    <w:p w14:paraId="4BFFC48F" w14:textId="77777777" w:rsidR="00C12081" w:rsidRDefault="00C5236B">
      <w:pPr>
        <w:keepNext/>
        <w:spacing w:before="160" w:after="280"/>
      </w:pPr>
      <w:r>
        <w:rPr>
          <w:b/>
        </w:rPr>
        <w:t>Seção 2 - Titular do Conselho</w:t>
      </w:r>
    </w:p>
    <w:p w14:paraId="4851CA31" w14:textId="7D1D4D47" w:rsidR="00C12081" w:rsidRDefault="00C5236B" w:rsidP="00C5236B">
      <w:pPr>
        <w:spacing w:after="60"/>
      </w:pPr>
      <w:r>
        <w:t xml:space="preserve">a. Nome do(a) </w:t>
      </w:r>
      <w:proofErr w:type="spellStart"/>
      <w:r>
        <w:t>Presidente</w:t>
      </w:r>
      <w:proofErr w:type="spellEnd"/>
      <w:r>
        <w:t xml:space="preserve">(a) do </w:t>
      </w:r>
      <w:proofErr w:type="spellStart"/>
      <w:r>
        <w:t>Conselho</w:t>
      </w:r>
      <w:proofErr w:type="spellEnd"/>
    </w:p>
    <w:p w14:paraId="04C6A3FA" w14:textId="77777777" w:rsidR="00C12081" w:rsidRDefault="00C5236B">
      <w:pPr>
        <w:spacing w:line="240" w:lineRule="auto"/>
      </w:pPr>
      <w:r>
        <w:rPr>
          <w:sz w:val="20"/>
        </w:rPr>
        <w:t>___________________________________________</w:t>
      </w:r>
      <w:r>
        <w:rPr>
          <w:sz w:val="20"/>
        </w:rPr>
        <w:t>_______________________________________</w:t>
      </w:r>
    </w:p>
    <w:p w14:paraId="538D700E" w14:textId="77777777" w:rsidR="00C12081" w:rsidRDefault="00C5236B">
      <w:pPr>
        <w:keepNext/>
        <w:spacing w:after="60"/>
      </w:pPr>
      <w:r>
        <w:t>b. Nome do(a) Vice-presidente(a) do Conselho</w:t>
      </w:r>
    </w:p>
    <w:p w14:paraId="7410B8CD" w14:textId="77777777" w:rsidR="00C12081" w:rsidRDefault="00C5236B">
      <w:pPr>
        <w:spacing w:after="120" w:line="240" w:lineRule="auto"/>
      </w:pPr>
      <w:r>
        <w:rPr>
          <w:sz w:val="20"/>
        </w:rPr>
        <w:t>__________________________________________________________________________________</w:t>
      </w:r>
    </w:p>
    <w:p w14:paraId="408E8A02" w14:textId="77777777" w:rsidR="00C12081" w:rsidRDefault="00C5236B">
      <w:pPr>
        <w:keepNext/>
        <w:spacing w:after="60"/>
      </w:pPr>
      <w:r>
        <w:t>c. Telefone(s), inclusive celular(es), com DDD</w:t>
      </w:r>
    </w:p>
    <w:p w14:paraId="37513A2E" w14:textId="77777777" w:rsidR="00C12081" w:rsidRDefault="00C5236B">
      <w:pPr>
        <w:spacing w:after="120" w:line="240" w:lineRule="auto"/>
      </w:pPr>
      <w:r>
        <w:rPr>
          <w:sz w:val="20"/>
        </w:rPr>
        <w:t>__________________________________________________________________________________</w:t>
      </w:r>
    </w:p>
    <w:p w14:paraId="4231CD2E" w14:textId="77777777" w:rsidR="00C12081" w:rsidRDefault="00C5236B">
      <w:pPr>
        <w:spacing w:after="120" w:line="240" w:lineRule="auto"/>
      </w:pPr>
      <w:r>
        <w:rPr>
          <w:sz w:val="20"/>
        </w:rPr>
        <w:t>__________________________________________________________________________________</w:t>
      </w:r>
    </w:p>
    <w:p w14:paraId="0B9928B8" w14:textId="77777777" w:rsidR="00C12081" w:rsidRDefault="00C5236B">
      <w:pPr>
        <w:keepNext/>
        <w:spacing w:after="60"/>
      </w:pPr>
      <w:r>
        <w:t>d. Correio(s) eletrônico(s)</w:t>
      </w:r>
    </w:p>
    <w:p w14:paraId="0DBBC781" w14:textId="77777777" w:rsidR="00C12081" w:rsidRDefault="00C5236B">
      <w:pPr>
        <w:spacing w:after="120" w:line="240" w:lineRule="auto"/>
      </w:pPr>
      <w:r>
        <w:rPr>
          <w:sz w:val="20"/>
        </w:rPr>
        <w:t>______________________________________________________________</w:t>
      </w:r>
      <w:r>
        <w:rPr>
          <w:sz w:val="20"/>
        </w:rPr>
        <w:t>____________________</w:t>
      </w:r>
    </w:p>
    <w:p w14:paraId="77E15D3A" w14:textId="77777777" w:rsidR="00C12081" w:rsidRDefault="00C5236B">
      <w:pPr>
        <w:spacing w:after="120" w:line="240" w:lineRule="auto"/>
      </w:pPr>
      <w:r>
        <w:rPr>
          <w:sz w:val="20"/>
        </w:rPr>
        <w:t>__________________________________________________________________________________</w:t>
      </w:r>
    </w:p>
    <w:p w14:paraId="1BC27135" w14:textId="77777777" w:rsidR="00C12081" w:rsidRDefault="00C5236B">
      <w:pPr>
        <w:keepNext/>
        <w:spacing w:after="60"/>
      </w:pPr>
      <w:r>
        <w:t>e. Nº da legislação (Lei, Decreto, Portaria etc.) de criação do Conselho</w:t>
      </w:r>
    </w:p>
    <w:p w14:paraId="0D7DD0E7" w14:textId="77777777" w:rsidR="00C12081" w:rsidRDefault="00C5236B">
      <w:pPr>
        <w:spacing w:after="120" w:line="240" w:lineRule="auto"/>
      </w:pPr>
      <w:r>
        <w:rPr>
          <w:sz w:val="20"/>
        </w:rPr>
        <w:t>_______________________________________________________________________________</w:t>
      </w:r>
      <w:r>
        <w:rPr>
          <w:sz w:val="20"/>
        </w:rPr>
        <w:t>___</w:t>
      </w:r>
    </w:p>
    <w:p w14:paraId="2EC3EECF" w14:textId="77777777" w:rsidR="00C12081" w:rsidRDefault="00C5236B">
      <w:pPr>
        <w:keepNext/>
        <w:spacing w:before="80"/>
      </w:pPr>
      <w:r>
        <w:t>f. O órgão possui sede própria?</w:t>
      </w:r>
    </w:p>
    <w:p w14:paraId="636B55C1" w14:textId="77777777" w:rsidR="00C5236B" w:rsidRDefault="00C5236B" w:rsidP="00C5236B">
      <w:pPr>
        <w:spacing w:after="160"/>
      </w:pPr>
      <w:proofErr w:type="gramStart"/>
      <w:r>
        <w:t xml:space="preserve">(  </w:t>
      </w:r>
      <w:proofErr w:type="gramEnd"/>
      <w:r>
        <w:t xml:space="preserve"> ) Sim       (   ) </w:t>
      </w:r>
      <w:proofErr w:type="spellStart"/>
      <w:r>
        <w:t>Não</w:t>
      </w:r>
      <w:proofErr w:type="spellEnd"/>
    </w:p>
    <w:p w14:paraId="4AD8FD49" w14:textId="77777777" w:rsidR="00C5236B" w:rsidRDefault="00C5236B" w:rsidP="00C5236B">
      <w:pPr>
        <w:spacing w:after="160"/>
        <w:rPr>
          <w:b/>
        </w:rPr>
      </w:pPr>
    </w:p>
    <w:p w14:paraId="699F209A" w14:textId="22D119D6" w:rsidR="00C12081" w:rsidRDefault="00C5236B" w:rsidP="00C5236B">
      <w:pPr>
        <w:spacing w:after="160"/>
      </w:pPr>
      <w:r>
        <w:rPr>
          <w:b/>
        </w:rPr>
        <w:lastRenderedPageBreak/>
        <w:t>OBS.:</w:t>
      </w:r>
    </w:p>
    <w:p w14:paraId="18B29EDF" w14:textId="77777777" w:rsidR="00C12081" w:rsidRDefault="00C5236B">
      <w:pPr>
        <w:spacing w:after="80" w:line="240" w:lineRule="auto"/>
      </w:pPr>
      <w:r>
        <w:rPr>
          <w:sz w:val="20"/>
        </w:rPr>
        <w:t>__________________________________________________________________________________</w:t>
      </w:r>
    </w:p>
    <w:p w14:paraId="17858C35" w14:textId="77777777" w:rsidR="00C12081" w:rsidRDefault="00C5236B">
      <w:pPr>
        <w:spacing w:line="240" w:lineRule="auto"/>
      </w:pPr>
      <w:r>
        <w:rPr>
          <w:sz w:val="20"/>
        </w:rPr>
        <w:t>__________________________________________________________________________________</w:t>
      </w:r>
    </w:p>
    <w:p w14:paraId="796093C2" w14:textId="77777777" w:rsidR="00C12081" w:rsidRDefault="00C5236B">
      <w:pPr>
        <w:keepNext/>
        <w:spacing w:after="160"/>
      </w:pPr>
      <w:r>
        <w:t>g. O órgão possui aces</w:t>
      </w:r>
      <w:r>
        <w:t>so à internet?</w:t>
      </w:r>
    </w:p>
    <w:p w14:paraId="091176C3" w14:textId="77777777" w:rsidR="00C12081" w:rsidRDefault="00C5236B">
      <w:pPr>
        <w:spacing w:after="0" w:line="360" w:lineRule="auto"/>
      </w:pPr>
      <w:r>
        <w:t>(   ) Sim</w:t>
      </w:r>
    </w:p>
    <w:p w14:paraId="28389EBE" w14:textId="77777777" w:rsidR="00C5236B" w:rsidRDefault="00C5236B" w:rsidP="00C5236B">
      <w:pPr>
        <w:spacing w:after="0" w:line="360" w:lineRule="auto"/>
      </w:pPr>
      <w:proofErr w:type="gramStart"/>
      <w:r>
        <w:t xml:space="preserve">(  </w:t>
      </w:r>
      <w:proofErr w:type="gramEnd"/>
      <w:r>
        <w:t xml:space="preserve"> ) </w:t>
      </w:r>
      <w:proofErr w:type="spellStart"/>
      <w:r>
        <w:t>Não</w:t>
      </w:r>
      <w:proofErr w:type="spellEnd"/>
    </w:p>
    <w:p w14:paraId="1C5E543E" w14:textId="620656B1" w:rsidR="00C12081" w:rsidRDefault="00C5236B" w:rsidP="00C5236B">
      <w:pPr>
        <w:spacing w:after="0" w:line="360" w:lineRule="auto"/>
      </w:pPr>
      <w:r>
        <w:t>h. Informe abaixo o número de máquinas e equipamentos que o órgão possui para realização dos trabalhos: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07"/>
        <w:gridCol w:w="7087"/>
      </w:tblGrid>
      <w:tr w:rsidR="00C12081" w14:paraId="673AA49E" w14:textId="77777777">
        <w:tc>
          <w:tcPr>
            <w:tcW w:w="907" w:type="dxa"/>
            <w:tcMar>
              <w:top w:w="50" w:type="dxa"/>
              <w:left w:w="0" w:type="dxa"/>
              <w:bottom w:w="50" w:type="dxa"/>
              <w:right w:w="80" w:type="dxa"/>
            </w:tcMar>
            <w:vAlign w:val="center"/>
          </w:tcPr>
          <w:p w14:paraId="69D2981A" w14:textId="77777777" w:rsidR="00C12081" w:rsidRDefault="00C5236B">
            <w:pPr>
              <w:spacing w:after="0" w:line="240" w:lineRule="auto"/>
            </w:pPr>
            <w:r>
              <w:t>|__|__|</w:t>
            </w:r>
          </w:p>
        </w:tc>
        <w:tc>
          <w:tcPr>
            <w:tcW w:w="7087" w:type="dxa"/>
            <w:tcMar>
              <w:top w:w="50" w:type="dxa"/>
              <w:left w:w="0" w:type="dxa"/>
              <w:bottom w:w="50" w:type="dxa"/>
              <w:right w:w="0" w:type="dxa"/>
            </w:tcMar>
            <w:vAlign w:val="center"/>
          </w:tcPr>
          <w:p w14:paraId="4F220585" w14:textId="77777777" w:rsidR="00C12081" w:rsidRDefault="00C5236B">
            <w:pPr>
              <w:spacing w:after="0" w:line="240" w:lineRule="auto"/>
            </w:pPr>
            <w:r>
              <w:t>Microcomputador</w:t>
            </w:r>
          </w:p>
        </w:tc>
      </w:tr>
      <w:tr w:rsidR="00C12081" w14:paraId="368D6868" w14:textId="77777777">
        <w:tc>
          <w:tcPr>
            <w:tcW w:w="907" w:type="dxa"/>
            <w:tcMar>
              <w:top w:w="50" w:type="dxa"/>
              <w:left w:w="0" w:type="dxa"/>
              <w:bottom w:w="50" w:type="dxa"/>
              <w:right w:w="80" w:type="dxa"/>
            </w:tcMar>
            <w:vAlign w:val="center"/>
          </w:tcPr>
          <w:p w14:paraId="4FCA316A" w14:textId="77777777" w:rsidR="00C12081" w:rsidRDefault="00C5236B">
            <w:pPr>
              <w:spacing w:after="0" w:line="240" w:lineRule="auto"/>
            </w:pPr>
            <w:r>
              <w:t>|__|__|</w:t>
            </w:r>
          </w:p>
        </w:tc>
        <w:tc>
          <w:tcPr>
            <w:tcW w:w="7087" w:type="dxa"/>
            <w:tcMar>
              <w:top w:w="50" w:type="dxa"/>
              <w:left w:w="0" w:type="dxa"/>
              <w:bottom w:w="50" w:type="dxa"/>
              <w:right w:w="0" w:type="dxa"/>
            </w:tcMar>
            <w:vAlign w:val="center"/>
          </w:tcPr>
          <w:p w14:paraId="1AD69E8E" w14:textId="77777777" w:rsidR="00C12081" w:rsidRDefault="00C5236B">
            <w:pPr>
              <w:spacing w:after="0" w:line="240" w:lineRule="auto"/>
            </w:pPr>
            <w:r>
              <w:t>Impressora</w:t>
            </w:r>
          </w:p>
        </w:tc>
      </w:tr>
      <w:tr w:rsidR="00C12081" w14:paraId="5E2B54C8" w14:textId="77777777">
        <w:tc>
          <w:tcPr>
            <w:tcW w:w="907" w:type="dxa"/>
            <w:tcMar>
              <w:top w:w="50" w:type="dxa"/>
              <w:left w:w="0" w:type="dxa"/>
              <w:bottom w:w="50" w:type="dxa"/>
              <w:right w:w="80" w:type="dxa"/>
            </w:tcMar>
            <w:vAlign w:val="center"/>
          </w:tcPr>
          <w:p w14:paraId="69EB27CF" w14:textId="77777777" w:rsidR="00C12081" w:rsidRDefault="00C5236B">
            <w:pPr>
              <w:spacing w:after="0" w:line="240" w:lineRule="auto"/>
            </w:pPr>
            <w:r>
              <w:t>|__|__|</w:t>
            </w:r>
          </w:p>
        </w:tc>
        <w:tc>
          <w:tcPr>
            <w:tcW w:w="7087" w:type="dxa"/>
            <w:tcMar>
              <w:top w:w="50" w:type="dxa"/>
              <w:left w:w="0" w:type="dxa"/>
              <w:bottom w:w="50" w:type="dxa"/>
              <w:right w:w="0" w:type="dxa"/>
            </w:tcMar>
            <w:vAlign w:val="center"/>
          </w:tcPr>
          <w:p w14:paraId="7D631BB8" w14:textId="77777777" w:rsidR="00C12081" w:rsidRDefault="00C5236B">
            <w:pPr>
              <w:spacing w:after="0" w:line="240" w:lineRule="auto"/>
            </w:pPr>
            <w:r>
              <w:t>Scanner</w:t>
            </w:r>
          </w:p>
        </w:tc>
      </w:tr>
      <w:tr w:rsidR="00C12081" w14:paraId="064CE5BB" w14:textId="77777777">
        <w:tc>
          <w:tcPr>
            <w:tcW w:w="907" w:type="dxa"/>
            <w:tcMar>
              <w:top w:w="50" w:type="dxa"/>
              <w:left w:w="0" w:type="dxa"/>
              <w:bottom w:w="50" w:type="dxa"/>
              <w:right w:w="80" w:type="dxa"/>
            </w:tcMar>
            <w:vAlign w:val="center"/>
          </w:tcPr>
          <w:p w14:paraId="3F606F12" w14:textId="77777777" w:rsidR="00C12081" w:rsidRDefault="00C5236B">
            <w:pPr>
              <w:spacing w:after="0" w:line="240" w:lineRule="auto"/>
            </w:pPr>
            <w:r>
              <w:t>|__|__|</w:t>
            </w:r>
          </w:p>
        </w:tc>
        <w:tc>
          <w:tcPr>
            <w:tcW w:w="7087" w:type="dxa"/>
            <w:tcMar>
              <w:top w:w="50" w:type="dxa"/>
              <w:left w:w="0" w:type="dxa"/>
              <w:bottom w:w="50" w:type="dxa"/>
              <w:right w:w="0" w:type="dxa"/>
            </w:tcMar>
            <w:vAlign w:val="center"/>
          </w:tcPr>
          <w:p w14:paraId="7191ED63" w14:textId="77777777" w:rsidR="00C12081" w:rsidRDefault="00C5236B">
            <w:pPr>
              <w:spacing w:after="0" w:line="240" w:lineRule="auto"/>
            </w:pPr>
            <w:r>
              <w:t>Telefone</w:t>
            </w:r>
          </w:p>
        </w:tc>
      </w:tr>
      <w:tr w:rsidR="00C12081" w14:paraId="03AF6FC9" w14:textId="77777777">
        <w:tc>
          <w:tcPr>
            <w:tcW w:w="907" w:type="dxa"/>
            <w:tcMar>
              <w:top w:w="50" w:type="dxa"/>
              <w:left w:w="0" w:type="dxa"/>
              <w:bottom w:w="50" w:type="dxa"/>
              <w:right w:w="80" w:type="dxa"/>
            </w:tcMar>
            <w:vAlign w:val="center"/>
          </w:tcPr>
          <w:p w14:paraId="4F15E6AA" w14:textId="77777777" w:rsidR="00C12081" w:rsidRDefault="00C5236B">
            <w:pPr>
              <w:spacing w:after="0" w:line="240" w:lineRule="auto"/>
            </w:pPr>
            <w:r>
              <w:t>|__|__|</w:t>
            </w:r>
          </w:p>
        </w:tc>
        <w:tc>
          <w:tcPr>
            <w:tcW w:w="7087" w:type="dxa"/>
            <w:tcMar>
              <w:top w:w="50" w:type="dxa"/>
              <w:left w:w="0" w:type="dxa"/>
              <w:bottom w:w="50" w:type="dxa"/>
              <w:right w:w="0" w:type="dxa"/>
            </w:tcMar>
            <w:vAlign w:val="center"/>
          </w:tcPr>
          <w:p w14:paraId="163ED649" w14:textId="77777777" w:rsidR="00C12081" w:rsidRDefault="00C5236B">
            <w:pPr>
              <w:spacing w:after="0" w:line="240" w:lineRule="auto"/>
            </w:pPr>
            <w:r>
              <w:t>Mesa</w:t>
            </w:r>
          </w:p>
        </w:tc>
      </w:tr>
      <w:tr w:rsidR="00C12081" w14:paraId="053002F8" w14:textId="77777777">
        <w:tc>
          <w:tcPr>
            <w:tcW w:w="907" w:type="dxa"/>
            <w:tcMar>
              <w:top w:w="50" w:type="dxa"/>
              <w:left w:w="0" w:type="dxa"/>
              <w:bottom w:w="50" w:type="dxa"/>
              <w:right w:w="80" w:type="dxa"/>
            </w:tcMar>
            <w:vAlign w:val="center"/>
          </w:tcPr>
          <w:p w14:paraId="7C602D82" w14:textId="77777777" w:rsidR="00C12081" w:rsidRDefault="00C5236B">
            <w:pPr>
              <w:spacing w:after="0" w:line="240" w:lineRule="auto"/>
            </w:pPr>
            <w:r>
              <w:t>|__|__|</w:t>
            </w:r>
          </w:p>
        </w:tc>
        <w:tc>
          <w:tcPr>
            <w:tcW w:w="7087" w:type="dxa"/>
            <w:tcMar>
              <w:top w:w="50" w:type="dxa"/>
              <w:left w:w="0" w:type="dxa"/>
              <w:bottom w:w="50" w:type="dxa"/>
              <w:right w:w="0" w:type="dxa"/>
            </w:tcMar>
            <w:vAlign w:val="center"/>
          </w:tcPr>
          <w:p w14:paraId="10BEDCF9" w14:textId="77777777" w:rsidR="00C12081" w:rsidRDefault="00C5236B">
            <w:pPr>
              <w:spacing w:after="0" w:line="240" w:lineRule="auto"/>
            </w:pPr>
            <w:r>
              <w:t>Cadeira</w:t>
            </w:r>
          </w:p>
        </w:tc>
      </w:tr>
      <w:tr w:rsidR="00C12081" w14:paraId="1F4436C6" w14:textId="77777777">
        <w:tc>
          <w:tcPr>
            <w:tcW w:w="907" w:type="dxa"/>
            <w:tcMar>
              <w:top w:w="50" w:type="dxa"/>
              <w:left w:w="0" w:type="dxa"/>
              <w:bottom w:w="50" w:type="dxa"/>
              <w:right w:w="80" w:type="dxa"/>
            </w:tcMar>
            <w:vAlign w:val="center"/>
          </w:tcPr>
          <w:p w14:paraId="1DEE94A6" w14:textId="77777777" w:rsidR="00C12081" w:rsidRDefault="00C5236B">
            <w:pPr>
              <w:spacing w:after="0" w:line="240" w:lineRule="auto"/>
            </w:pPr>
            <w:r>
              <w:t>|__|__|</w:t>
            </w:r>
          </w:p>
        </w:tc>
        <w:tc>
          <w:tcPr>
            <w:tcW w:w="7087" w:type="dxa"/>
            <w:tcMar>
              <w:top w:w="50" w:type="dxa"/>
              <w:left w:w="0" w:type="dxa"/>
              <w:bottom w:w="50" w:type="dxa"/>
              <w:right w:w="0" w:type="dxa"/>
            </w:tcMar>
            <w:vAlign w:val="center"/>
          </w:tcPr>
          <w:p w14:paraId="64C972C1" w14:textId="77777777" w:rsidR="00C12081" w:rsidRDefault="00C5236B">
            <w:pPr>
              <w:spacing w:after="0" w:line="240" w:lineRule="auto"/>
            </w:pPr>
            <w:r>
              <w:t>Armário</w:t>
            </w:r>
          </w:p>
        </w:tc>
      </w:tr>
      <w:tr w:rsidR="00C12081" w14:paraId="5A354DD1" w14:textId="77777777">
        <w:tc>
          <w:tcPr>
            <w:tcW w:w="907" w:type="dxa"/>
            <w:tcMar>
              <w:top w:w="50" w:type="dxa"/>
              <w:left w:w="0" w:type="dxa"/>
              <w:bottom w:w="50" w:type="dxa"/>
              <w:right w:w="80" w:type="dxa"/>
            </w:tcMar>
            <w:vAlign w:val="center"/>
          </w:tcPr>
          <w:p w14:paraId="16F6098C" w14:textId="77777777" w:rsidR="00C12081" w:rsidRDefault="00C5236B">
            <w:pPr>
              <w:spacing w:after="0" w:line="240" w:lineRule="auto"/>
            </w:pPr>
            <w:r>
              <w:t>|__|__|</w:t>
            </w:r>
          </w:p>
        </w:tc>
        <w:tc>
          <w:tcPr>
            <w:tcW w:w="7087" w:type="dxa"/>
            <w:tcMar>
              <w:top w:w="50" w:type="dxa"/>
              <w:left w:w="0" w:type="dxa"/>
              <w:bottom w:w="50" w:type="dxa"/>
              <w:right w:w="0" w:type="dxa"/>
            </w:tcMar>
            <w:vAlign w:val="center"/>
          </w:tcPr>
          <w:p w14:paraId="77D8FB80" w14:textId="77777777" w:rsidR="00C12081" w:rsidRDefault="00C5236B">
            <w:pPr>
              <w:spacing w:after="0" w:line="240" w:lineRule="auto"/>
            </w:pPr>
            <w:r>
              <w:t>Veículo</w:t>
            </w:r>
          </w:p>
        </w:tc>
      </w:tr>
    </w:tbl>
    <w:p w14:paraId="49F72F8E" w14:textId="77777777" w:rsidR="00C12081" w:rsidRDefault="00C5236B">
      <w:pPr>
        <w:keepNext/>
        <w:spacing w:before="200" w:after="120"/>
      </w:pPr>
      <w:r>
        <w:t>(   ) Outros. Quais?</w:t>
      </w:r>
    </w:p>
    <w:p w14:paraId="2AE83241" w14:textId="77777777" w:rsidR="00C12081" w:rsidRDefault="00C5236B">
      <w:pPr>
        <w:spacing w:after="80" w:line="240" w:lineRule="auto"/>
      </w:pPr>
      <w:r>
        <w:rPr>
          <w:sz w:val="20"/>
        </w:rPr>
        <w:t>__________________________________________________________________________________</w:t>
      </w:r>
    </w:p>
    <w:p w14:paraId="28DCAF06" w14:textId="77777777" w:rsidR="00C12081" w:rsidRDefault="00C5236B">
      <w:pPr>
        <w:spacing w:line="240" w:lineRule="auto"/>
      </w:pPr>
      <w:r>
        <w:rPr>
          <w:sz w:val="20"/>
        </w:rPr>
        <w:t>__________________________________________________________________________________</w:t>
      </w:r>
    </w:p>
    <w:p w14:paraId="353330A1" w14:textId="77777777" w:rsidR="00C12081" w:rsidRDefault="00C5236B">
      <w:pPr>
        <w:spacing w:before="360" w:after="20" w:line="240" w:lineRule="auto"/>
        <w:jc w:val="center"/>
      </w:pPr>
      <w:r>
        <w:rPr>
          <w:sz w:val="20"/>
        </w:rPr>
        <w:t>________________________________________________</w:t>
      </w:r>
    </w:p>
    <w:p w14:paraId="07DD53DA" w14:textId="77777777" w:rsidR="00C12081" w:rsidRDefault="00C5236B">
      <w:pPr>
        <w:spacing w:after="280" w:line="240" w:lineRule="auto"/>
        <w:jc w:val="center"/>
      </w:pPr>
      <w:r>
        <w:rPr>
          <w:sz w:val="20"/>
        </w:rPr>
        <w:t>Local e data.</w:t>
      </w:r>
    </w:p>
    <w:p w14:paraId="50E690FC" w14:textId="77777777" w:rsidR="00C12081" w:rsidRDefault="00C5236B">
      <w:pPr>
        <w:spacing w:before="480" w:after="0" w:line="240" w:lineRule="auto"/>
        <w:jc w:val="center"/>
      </w:pPr>
      <w:r>
        <w:rPr>
          <w:sz w:val="20"/>
        </w:rPr>
        <w:t>________________________________________________</w:t>
      </w:r>
    </w:p>
    <w:p w14:paraId="3854F5A1" w14:textId="33D58EB9" w:rsidR="00C12081" w:rsidRDefault="00C5236B">
      <w:pPr>
        <w:spacing w:after="20" w:line="240" w:lineRule="auto"/>
        <w:jc w:val="center"/>
      </w:pPr>
      <w:r>
        <w:rPr>
          <w:b/>
          <w:sz w:val="20"/>
        </w:rPr>
        <w:t xml:space="preserve">Nome do(a) </w:t>
      </w:r>
      <w:proofErr w:type="spellStart"/>
      <w:r>
        <w:rPr>
          <w:b/>
          <w:sz w:val="20"/>
        </w:rPr>
        <w:t>Presidente</w:t>
      </w:r>
      <w:proofErr w:type="spellEnd"/>
      <w:r>
        <w:rPr>
          <w:b/>
          <w:sz w:val="20"/>
        </w:rPr>
        <w:t xml:space="preserve">(a) do </w:t>
      </w:r>
      <w:proofErr w:type="spellStart"/>
      <w:r>
        <w:rPr>
          <w:b/>
          <w:sz w:val="20"/>
        </w:rPr>
        <w:t>Conselho</w:t>
      </w:r>
      <w:proofErr w:type="spellEnd"/>
    </w:p>
    <w:p w14:paraId="2E5FF26A" w14:textId="1F2E9BB8" w:rsidR="00C12081" w:rsidRDefault="00C12081" w:rsidP="00C5236B">
      <w:pPr>
        <w:spacing w:after="0" w:line="240" w:lineRule="auto"/>
      </w:pPr>
    </w:p>
    <w:sectPr w:rsidR="00C12081" w:rsidSect="00034616">
      <w:pgSz w:w="12240" w:h="15840"/>
      <w:pgMar w:top="1361" w:right="1417" w:bottom="1304" w:left="158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12081"/>
    <w:rsid w:val="00C5236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AEACD8"/>
  <w14:defaultImageDpi w14:val="300"/>
  <w15:docId w15:val="{D3F312B0-029F-46AA-A664-DA4E38941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Murilo Silva Coelho Modesto</cp:lastModifiedBy>
  <cp:revision>2</cp:revision>
  <dcterms:created xsi:type="dcterms:W3CDTF">2026-08-05T20:22:00Z</dcterms:created>
  <dcterms:modified xsi:type="dcterms:W3CDTF">2026-08-05T20:22:00Z</dcterms:modified>
  <cp:category/>
</cp:coreProperties>
</file>