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E6C9" w14:textId="77777777" w:rsidR="00151998" w:rsidRDefault="00B86202">
      <w:pPr>
        <w:keepNext/>
        <w:spacing w:after="440" w:line="240" w:lineRule="auto"/>
        <w:jc w:val="center"/>
      </w:pPr>
      <w:r>
        <w:rPr>
          <w:b/>
        </w:rPr>
        <w:t>ANEXO V</w:t>
      </w:r>
    </w:p>
    <w:p w14:paraId="5254AA60" w14:textId="77777777" w:rsidR="00151998" w:rsidRDefault="00B86202">
      <w:pPr>
        <w:keepNext/>
        <w:spacing w:after="0" w:line="240" w:lineRule="auto"/>
        <w:jc w:val="center"/>
      </w:pPr>
      <w:r>
        <w:rPr>
          <w:b/>
        </w:rPr>
        <w:t>SOLICITAÇÃO DE ADESÃO À POLÍTICA NACIONAL DOS DIREITOS DAS</w:t>
      </w:r>
    </w:p>
    <w:p w14:paraId="1518FA5F" w14:textId="77777777" w:rsidR="00151998" w:rsidRDefault="00B86202">
      <w:pPr>
        <w:keepNext/>
        <w:spacing w:after="440" w:line="240" w:lineRule="auto"/>
        <w:jc w:val="center"/>
      </w:pPr>
      <w:r>
        <w:rPr>
          <w:b/>
        </w:rPr>
        <w:t>PESSOAS LGBTQIA+</w:t>
      </w:r>
    </w:p>
    <w:p w14:paraId="7A49CBA6" w14:textId="77777777" w:rsidR="00151998" w:rsidRDefault="00B86202">
      <w:pPr>
        <w:keepNext/>
        <w:spacing w:after="760" w:line="240" w:lineRule="auto"/>
        <w:jc w:val="center"/>
      </w:pPr>
      <w:r>
        <w:rPr>
          <w:b/>
        </w:rPr>
        <w:t>REDE NACIONAL DE CONSELHOS DOS DIREITOS DAS PESSOAS LGBTQIA+</w:t>
      </w:r>
    </w:p>
    <w:p w14:paraId="7C16A7E5" w14:textId="77777777" w:rsidR="00151998" w:rsidRDefault="00B86202">
      <w:pPr>
        <w:spacing w:after="240" w:line="360" w:lineRule="auto"/>
        <w:jc w:val="both"/>
      </w:pPr>
      <w:r>
        <w:t xml:space="preserve">O Conselho </w:t>
      </w:r>
      <w:r>
        <w:rPr>
          <w:u w:val="single"/>
        </w:rPr>
        <w:t>____________________________________________________________</w:t>
      </w:r>
      <w:r>
        <w:t xml:space="preserve">, neste ato representado(a) por seu(sua) Presidente(a), devidamente eleito(a) conforme Ata de Posse nº </w:t>
      </w:r>
      <w:r>
        <w:rPr>
          <w:u w:val="single"/>
        </w:rPr>
        <w:t>____________</w:t>
      </w:r>
      <w:r>
        <w:t xml:space="preserve">, de </w:t>
      </w:r>
      <w:r>
        <w:rPr>
          <w:u w:val="single"/>
        </w:rPr>
        <w:t>____/____/________</w:t>
      </w:r>
      <w:r>
        <w:t xml:space="preserve">, com sede à </w:t>
      </w:r>
      <w:r>
        <w:rPr>
          <w:u w:val="single"/>
        </w:rPr>
        <w:t>_____________________________________________</w:t>
      </w:r>
      <w:r>
        <w:rPr>
          <w:u w:val="single"/>
        </w:rPr>
        <w:t>_______________</w:t>
      </w:r>
      <w:r>
        <w:t xml:space="preserve">, CEP </w:t>
      </w:r>
      <w:r>
        <w:rPr>
          <w:u w:val="single"/>
        </w:rPr>
        <w:t>________________</w:t>
      </w:r>
      <w:r>
        <w:t xml:space="preserve">, Município de </w:t>
      </w:r>
      <w:r>
        <w:rPr>
          <w:u w:val="single"/>
        </w:rPr>
        <w:t>____________________________________/____</w:t>
      </w:r>
      <w:r>
        <w:t>, solicita sua adesão à Política Nacional dos Direitos das Pessoas LGBTQIA+, na modalidade Rede Nacional de Conselhos dos Direitos das Pessoas LGBTQIA+, declarando</w:t>
      </w:r>
      <w:r>
        <w:t xml:space="preserve"> estar ciente e concordar com a regulamentação da Política Nacional dos Direitos das Pessoas LGBTQIA+. Para tanto, submete à Secretaria Nacional dos Direitos das Pessoas LGBTQIA+, do Ministério dos Direitos Humanos e da Cidadania, a presente ficha de adesã</w:t>
      </w:r>
      <w:r>
        <w:t>o, devidamente preenchida.</w:t>
      </w:r>
    </w:p>
    <w:p w14:paraId="0C34017E" w14:textId="77777777" w:rsidR="00151998" w:rsidRDefault="00151998">
      <w:pPr>
        <w:spacing w:after="80" w:line="240" w:lineRule="auto"/>
      </w:pPr>
    </w:p>
    <w:p w14:paraId="4229F7A5" w14:textId="77777777" w:rsidR="00151998" w:rsidRDefault="00151998">
      <w:pPr>
        <w:spacing w:after="80" w:line="240" w:lineRule="auto"/>
      </w:pPr>
    </w:p>
    <w:p w14:paraId="5F0E499C" w14:textId="77777777" w:rsidR="00151998" w:rsidRDefault="00151998">
      <w:pPr>
        <w:spacing w:after="80" w:line="240" w:lineRule="auto"/>
      </w:pPr>
    </w:p>
    <w:p w14:paraId="422AC940" w14:textId="77777777" w:rsidR="00151998" w:rsidRDefault="00B86202">
      <w:pPr>
        <w:spacing w:before="360" w:after="20" w:line="240" w:lineRule="auto"/>
        <w:jc w:val="center"/>
      </w:pPr>
      <w:r>
        <w:rPr>
          <w:sz w:val="20"/>
        </w:rPr>
        <w:t>________________________________________________</w:t>
      </w:r>
    </w:p>
    <w:p w14:paraId="7E778572" w14:textId="77777777" w:rsidR="00151998" w:rsidRDefault="00B86202">
      <w:pPr>
        <w:spacing w:after="280" w:line="240" w:lineRule="auto"/>
        <w:jc w:val="center"/>
      </w:pPr>
      <w:r>
        <w:rPr>
          <w:sz w:val="20"/>
        </w:rPr>
        <w:t>Local e data.</w:t>
      </w:r>
    </w:p>
    <w:p w14:paraId="4A476784" w14:textId="77777777" w:rsidR="00151998" w:rsidRDefault="00B86202">
      <w:pPr>
        <w:spacing w:before="480" w:after="0" w:line="240" w:lineRule="auto"/>
        <w:jc w:val="center"/>
      </w:pPr>
      <w:r>
        <w:rPr>
          <w:sz w:val="20"/>
        </w:rPr>
        <w:t>________________________________________________</w:t>
      </w:r>
    </w:p>
    <w:p w14:paraId="305B0B98" w14:textId="236DC1CD" w:rsidR="00151998" w:rsidRDefault="00B86202">
      <w:pPr>
        <w:spacing w:after="20" w:line="240" w:lineRule="auto"/>
        <w:jc w:val="center"/>
      </w:pPr>
      <w:r>
        <w:rPr>
          <w:b/>
          <w:sz w:val="20"/>
        </w:rPr>
        <w:t xml:space="preserve">Nome do(a) </w:t>
      </w:r>
      <w:proofErr w:type="spellStart"/>
      <w:r>
        <w:rPr>
          <w:b/>
          <w:sz w:val="20"/>
        </w:rPr>
        <w:t>Presidente</w:t>
      </w:r>
      <w:proofErr w:type="spellEnd"/>
      <w:r>
        <w:rPr>
          <w:b/>
          <w:sz w:val="20"/>
        </w:rPr>
        <w:t xml:space="preserve">(a) do </w:t>
      </w:r>
      <w:proofErr w:type="spellStart"/>
      <w:r>
        <w:rPr>
          <w:b/>
          <w:sz w:val="20"/>
        </w:rPr>
        <w:t>Conselho</w:t>
      </w:r>
      <w:proofErr w:type="spellEnd"/>
    </w:p>
    <w:p w14:paraId="2FD89B7D" w14:textId="727B6ADD" w:rsidR="00151998" w:rsidRDefault="00151998">
      <w:pPr>
        <w:spacing w:after="0" w:line="240" w:lineRule="auto"/>
        <w:jc w:val="center"/>
      </w:pPr>
    </w:p>
    <w:sectPr w:rsidR="00151998" w:rsidSect="00034616">
      <w:pgSz w:w="12240" w:h="15840"/>
      <w:pgMar w:top="1361" w:right="1417" w:bottom="1304" w:left="158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998"/>
    <w:rsid w:val="0029639D"/>
    <w:rsid w:val="00326F90"/>
    <w:rsid w:val="00AA1D8D"/>
    <w:rsid w:val="00B47730"/>
    <w:rsid w:val="00B8620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F1052"/>
  <w14:defaultImageDpi w14:val="300"/>
  <w15:docId w15:val="{5D138B0B-EF23-4A80-B920-561D421F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Murilo Silva Coelho Modesto</cp:lastModifiedBy>
  <cp:revision>2</cp:revision>
  <dcterms:created xsi:type="dcterms:W3CDTF">2026-08-05T20:20:00Z</dcterms:created>
  <dcterms:modified xsi:type="dcterms:W3CDTF">2026-08-05T20:20:00Z</dcterms:modified>
  <cp:category/>
</cp:coreProperties>
</file>