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82A47" w14:textId="77777777" w:rsidR="00182F85" w:rsidRPr="00DA1DC5" w:rsidRDefault="00EC63DB" w:rsidP="002E09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DA1DC5">
        <w:rPr>
          <w:rFonts w:ascii="Times New Roman" w:hAnsi="Times New Roman" w:cs="Times New Roman"/>
          <w:b/>
          <w:sz w:val="24"/>
          <w:szCs w:val="24"/>
          <w:lang w:val="pt-BR"/>
        </w:rPr>
        <w:t>FICHA DE AVALIAÇÃO DE TRABALHO DE CONCLUSÃO DE RESIDÊNCIA (TCR)</w:t>
      </w:r>
    </w:p>
    <w:p w14:paraId="53BAB6B7" w14:textId="77777777" w:rsidR="00182F85" w:rsidRPr="00DA1DC5" w:rsidRDefault="00182F85" w:rsidP="002E0990">
      <w:pPr>
        <w:spacing w:after="0" w:line="240" w:lineRule="auto"/>
        <w:rPr>
          <w:rFonts w:ascii="Times New Roman" w:hAnsi="Times New Roman" w:cs="Times New Roman"/>
          <w:lang w:val="pt-BR"/>
        </w:rPr>
      </w:pPr>
    </w:p>
    <w:p w14:paraId="653CAC99" w14:textId="62530303" w:rsidR="00DA1DC5" w:rsidRPr="00DA1DC5" w:rsidRDefault="00EC63DB" w:rsidP="00DA1DC5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DA1DC5">
        <w:rPr>
          <w:rFonts w:ascii="Times New Roman" w:hAnsi="Times New Roman" w:cs="Times New Roman"/>
          <w:b/>
          <w:lang w:val="pt-BR"/>
        </w:rPr>
        <w:t>1. DADOS DE IDENTIFICAÇÃO</w:t>
      </w:r>
      <w:r w:rsidRPr="00DA1DC5">
        <w:rPr>
          <w:rFonts w:ascii="Times New Roman" w:hAnsi="Times New Roman" w:cs="Times New Roman"/>
          <w:b/>
          <w:lang w:val="pt-BR"/>
        </w:rPr>
        <w:br/>
      </w:r>
      <w:r w:rsidRPr="00DA1DC5">
        <w:rPr>
          <w:rFonts w:ascii="Times New Roman" w:hAnsi="Times New Roman" w:cs="Times New Roman"/>
          <w:lang w:val="pt-BR"/>
        </w:rPr>
        <w:t>Nome do(a) Residente:</w:t>
      </w:r>
      <w:r w:rsidRPr="00DA1DC5">
        <w:rPr>
          <w:rFonts w:ascii="Times New Roman" w:hAnsi="Times New Roman" w:cs="Times New Roman"/>
          <w:lang w:val="pt-BR"/>
        </w:rPr>
        <w:t>_______</w:t>
      </w:r>
      <w:r w:rsidRPr="00DA1DC5">
        <w:rPr>
          <w:rFonts w:ascii="Times New Roman" w:hAnsi="Times New Roman" w:cs="Times New Roman"/>
          <w:lang w:val="pt-BR"/>
        </w:rPr>
        <w:t>________________________</w:t>
      </w:r>
      <w:r w:rsidR="002E0990" w:rsidRPr="00DA1DC5">
        <w:rPr>
          <w:rFonts w:ascii="Times New Roman" w:hAnsi="Times New Roman" w:cs="Times New Roman"/>
          <w:lang w:val="pt-BR"/>
        </w:rPr>
        <w:t>_____________________</w:t>
      </w:r>
      <w:r w:rsidR="00DA1DC5" w:rsidRPr="00DA1DC5">
        <w:rPr>
          <w:rFonts w:ascii="Times New Roman" w:hAnsi="Times New Roman" w:cs="Times New Roman"/>
          <w:lang w:val="pt-BR"/>
        </w:rPr>
        <w:t>_</w:t>
      </w:r>
      <w:r w:rsidRPr="00DA1DC5">
        <w:rPr>
          <w:rFonts w:ascii="Times New Roman" w:hAnsi="Times New Roman" w:cs="Times New Roman"/>
          <w:lang w:val="pt-BR"/>
        </w:rPr>
        <w:br/>
        <w:t>Programa de Residência:</w:t>
      </w:r>
      <w:r w:rsidR="00DA1DC5" w:rsidRPr="00DA1DC5">
        <w:rPr>
          <w:rFonts w:ascii="Times New Roman" w:hAnsi="Times New Roman" w:cs="Times New Roman"/>
          <w:lang w:val="pt-BR"/>
        </w:rPr>
        <w:t xml:space="preserve"> </w:t>
      </w:r>
      <w:r w:rsidRPr="00DA1DC5">
        <w:rPr>
          <w:rFonts w:ascii="Times New Roman" w:hAnsi="Times New Roman" w:cs="Times New Roman"/>
          <w:lang w:val="pt-BR"/>
        </w:rPr>
        <w:t>____________________________</w:t>
      </w:r>
      <w:r w:rsidR="002E0990" w:rsidRPr="00DA1DC5">
        <w:rPr>
          <w:rFonts w:ascii="Times New Roman" w:hAnsi="Times New Roman" w:cs="Times New Roman"/>
          <w:lang w:val="pt-BR"/>
        </w:rPr>
        <w:t>_______________________</w:t>
      </w:r>
      <w:r w:rsidRPr="00DA1DC5">
        <w:rPr>
          <w:rFonts w:ascii="Times New Roman" w:hAnsi="Times New Roman" w:cs="Times New Roman"/>
          <w:lang w:val="pt-BR"/>
        </w:rPr>
        <w:br/>
        <w:t>Título do TCR</w:t>
      </w:r>
      <w:r w:rsidRPr="00DA1DC5">
        <w:rPr>
          <w:rFonts w:ascii="Times New Roman" w:hAnsi="Times New Roman" w:cs="Times New Roman"/>
          <w:lang w:val="pt-BR"/>
        </w:rPr>
        <w:t>:</w:t>
      </w:r>
      <w:r w:rsidR="00DA1DC5" w:rsidRPr="00DA1DC5">
        <w:rPr>
          <w:rFonts w:ascii="Times New Roman" w:hAnsi="Times New Roman" w:cs="Times New Roman"/>
          <w:lang w:val="pt-BR"/>
        </w:rPr>
        <w:t xml:space="preserve"> _____</w:t>
      </w:r>
      <w:r w:rsidRPr="00DA1DC5">
        <w:rPr>
          <w:rFonts w:ascii="Times New Roman" w:hAnsi="Times New Roman" w:cs="Times New Roman"/>
          <w:lang w:val="pt-BR"/>
        </w:rPr>
        <w:t>_____________________________</w:t>
      </w:r>
      <w:r w:rsidR="002E0990" w:rsidRPr="00DA1DC5">
        <w:rPr>
          <w:rFonts w:ascii="Times New Roman" w:hAnsi="Times New Roman" w:cs="Times New Roman"/>
          <w:lang w:val="pt-BR"/>
        </w:rPr>
        <w:t>_________________________</w:t>
      </w:r>
    </w:p>
    <w:p w14:paraId="3D006AEA" w14:textId="3F2590B8" w:rsidR="00182F85" w:rsidRPr="00DA1DC5" w:rsidRDefault="00DA1DC5" w:rsidP="002E0990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DA1DC5">
        <w:rPr>
          <w:rFonts w:ascii="Times New Roman" w:hAnsi="Times New Roman" w:cs="Times New Roman"/>
          <w:lang w:val="pt-BR"/>
        </w:rPr>
        <w:t>________________________________________________________________________</w:t>
      </w:r>
      <w:r w:rsidR="00EC63DB" w:rsidRPr="00DA1DC5">
        <w:rPr>
          <w:rFonts w:ascii="Times New Roman" w:hAnsi="Times New Roman" w:cs="Times New Roman"/>
          <w:lang w:val="pt-BR"/>
        </w:rPr>
        <w:br/>
        <w:t>Nome do(a) Orientador(a)</w:t>
      </w:r>
      <w:r w:rsidR="00EC63DB" w:rsidRPr="00DA1DC5">
        <w:rPr>
          <w:rFonts w:ascii="Times New Roman" w:hAnsi="Times New Roman" w:cs="Times New Roman"/>
          <w:lang w:val="pt-BR"/>
        </w:rPr>
        <w:t>:</w:t>
      </w:r>
      <w:r w:rsidR="00EC63DB" w:rsidRPr="00DA1DC5">
        <w:rPr>
          <w:rFonts w:ascii="Times New Roman" w:hAnsi="Times New Roman" w:cs="Times New Roman"/>
          <w:lang w:val="pt-BR"/>
        </w:rPr>
        <w:t>____________________________</w:t>
      </w:r>
      <w:r w:rsidR="002E0990" w:rsidRPr="00DA1DC5">
        <w:rPr>
          <w:rFonts w:ascii="Times New Roman" w:hAnsi="Times New Roman" w:cs="Times New Roman"/>
          <w:lang w:val="pt-BR"/>
        </w:rPr>
        <w:t>______________________</w:t>
      </w:r>
      <w:r w:rsidR="00EC63DB" w:rsidRPr="00DA1DC5">
        <w:rPr>
          <w:rFonts w:ascii="Times New Roman" w:hAnsi="Times New Roman" w:cs="Times New Roman"/>
          <w:lang w:val="pt-BR"/>
        </w:rPr>
        <w:br/>
      </w:r>
      <w:r w:rsidR="00EC63DB" w:rsidRPr="00DA1DC5">
        <w:rPr>
          <w:rFonts w:ascii="Times New Roman" w:hAnsi="Times New Roman" w:cs="Times New Roman"/>
          <w:lang w:val="pt-BR"/>
        </w:rPr>
        <w:t>Data da Defesa: ____</w:t>
      </w:r>
      <w:r w:rsidR="00162393" w:rsidRPr="00DA1DC5">
        <w:rPr>
          <w:rFonts w:ascii="Times New Roman" w:hAnsi="Times New Roman" w:cs="Times New Roman"/>
          <w:lang w:val="pt-BR"/>
        </w:rPr>
        <w:t>_____</w:t>
      </w:r>
      <w:r w:rsidR="00EC63DB" w:rsidRPr="00DA1DC5">
        <w:rPr>
          <w:rFonts w:ascii="Times New Roman" w:hAnsi="Times New Roman" w:cs="Times New Roman"/>
          <w:lang w:val="pt-BR"/>
        </w:rPr>
        <w:t>/</w:t>
      </w:r>
      <w:r w:rsidR="00162393" w:rsidRPr="00DA1DC5">
        <w:rPr>
          <w:rFonts w:ascii="Times New Roman" w:hAnsi="Times New Roman" w:cs="Times New Roman"/>
          <w:lang w:val="pt-BR"/>
        </w:rPr>
        <w:t>_________</w:t>
      </w:r>
      <w:r w:rsidR="00EC63DB" w:rsidRPr="00DA1DC5">
        <w:rPr>
          <w:rFonts w:ascii="Times New Roman" w:hAnsi="Times New Roman" w:cs="Times New Roman"/>
          <w:lang w:val="pt-BR"/>
        </w:rPr>
        <w:t>/20</w:t>
      </w:r>
      <w:r w:rsidR="002E0990" w:rsidRPr="00DA1DC5">
        <w:rPr>
          <w:rFonts w:ascii="Times New Roman" w:hAnsi="Times New Roman" w:cs="Times New Roman"/>
          <w:lang w:val="pt-BR"/>
        </w:rPr>
        <w:t>___</w:t>
      </w:r>
      <w:r w:rsidR="00162393" w:rsidRPr="00DA1DC5">
        <w:rPr>
          <w:rFonts w:ascii="Times New Roman" w:hAnsi="Times New Roman" w:cs="Times New Roman"/>
          <w:lang w:val="pt-BR"/>
        </w:rPr>
        <w:t>___</w:t>
      </w:r>
      <w:r w:rsidR="00EC63DB" w:rsidRPr="00DA1DC5">
        <w:rPr>
          <w:rFonts w:ascii="Times New Roman" w:hAnsi="Times New Roman" w:cs="Times New Roman"/>
          <w:lang w:val="pt-BR"/>
        </w:rPr>
        <w:br/>
      </w:r>
    </w:p>
    <w:p w14:paraId="54126414" w14:textId="2D7E1E58" w:rsidR="00182F85" w:rsidRPr="00DA1DC5" w:rsidRDefault="00EC63DB" w:rsidP="002E0990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DA1DC5">
        <w:rPr>
          <w:rFonts w:ascii="Times New Roman" w:hAnsi="Times New Roman" w:cs="Times New Roman"/>
          <w:b/>
          <w:lang w:val="pt-BR"/>
        </w:rPr>
        <w:t xml:space="preserve">2. AVALIAÇÃO DO TRABALHO ESCRITO (Peso: </w:t>
      </w:r>
      <w:r w:rsidR="00CD58A9" w:rsidRPr="00DA1DC5">
        <w:rPr>
          <w:rFonts w:ascii="Times New Roman" w:hAnsi="Times New Roman" w:cs="Times New Roman"/>
          <w:b/>
          <w:lang w:val="pt-BR"/>
        </w:rPr>
        <w:t>7</w:t>
      </w:r>
      <w:r w:rsidRPr="00DA1DC5">
        <w:rPr>
          <w:rFonts w:ascii="Times New Roman" w:hAnsi="Times New Roman" w:cs="Times New Roman"/>
          <w:b/>
          <w:lang w:val="pt-BR"/>
        </w:rPr>
        <w:t>,0)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58"/>
        <w:gridCol w:w="2159"/>
        <w:gridCol w:w="2156"/>
        <w:gridCol w:w="2157"/>
      </w:tblGrid>
      <w:tr w:rsidR="00182F85" w:rsidRPr="00DA1DC5" w14:paraId="381E61B8" w14:textId="77777777" w:rsidTr="00DA1DC5">
        <w:tc>
          <w:tcPr>
            <w:tcW w:w="2158" w:type="dxa"/>
            <w:shd w:val="clear" w:color="auto" w:fill="D9D9D9" w:themeFill="background1" w:themeFillShade="D9"/>
            <w:vAlign w:val="center"/>
          </w:tcPr>
          <w:p w14:paraId="609641A2" w14:textId="77777777" w:rsidR="00182F85" w:rsidRPr="00DA1DC5" w:rsidRDefault="00EC63DB" w:rsidP="00162393">
            <w:pPr>
              <w:jc w:val="center"/>
              <w:rPr>
                <w:rFonts w:ascii="Times New Roman" w:hAnsi="Times New Roman" w:cs="Times New Roman"/>
              </w:rPr>
            </w:pPr>
            <w:r w:rsidRPr="00DA1DC5">
              <w:rPr>
                <w:rFonts w:ascii="Times New Roman" w:hAnsi="Times New Roman" w:cs="Times New Roman"/>
                <w:b/>
              </w:rPr>
              <w:t>Critérios Avaliativos</w:t>
            </w:r>
          </w:p>
        </w:tc>
        <w:tc>
          <w:tcPr>
            <w:tcW w:w="2159" w:type="dxa"/>
            <w:shd w:val="clear" w:color="auto" w:fill="D9D9D9" w:themeFill="background1" w:themeFillShade="D9"/>
            <w:vAlign w:val="center"/>
          </w:tcPr>
          <w:p w14:paraId="7F60D30B" w14:textId="77777777" w:rsidR="00182F85" w:rsidRPr="00DA1DC5" w:rsidRDefault="00EC63DB" w:rsidP="00162393">
            <w:pPr>
              <w:jc w:val="center"/>
              <w:rPr>
                <w:rFonts w:ascii="Times New Roman" w:hAnsi="Times New Roman" w:cs="Times New Roman"/>
              </w:rPr>
            </w:pPr>
            <w:r w:rsidRPr="00DA1DC5">
              <w:rPr>
                <w:rFonts w:ascii="Times New Roman" w:hAnsi="Times New Roman" w:cs="Times New Roman"/>
                <w:b/>
              </w:rPr>
              <w:t>Descrição</w:t>
            </w:r>
          </w:p>
        </w:tc>
        <w:tc>
          <w:tcPr>
            <w:tcW w:w="2156" w:type="dxa"/>
            <w:shd w:val="clear" w:color="auto" w:fill="D9D9D9" w:themeFill="background1" w:themeFillShade="D9"/>
            <w:vAlign w:val="center"/>
          </w:tcPr>
          <w:p w14:paraId="408D3C1D" w14:textId="77777777" w:rsidR="00182F85" w:rsidRPr="00DA1DC5" w:rsidRDefault="00EC63DB" w:rsidP="00162393">
            <w:pPr>
              <w:jc w:val="center"/>
              <w:rPr>
                <w:rFonts w:ascii="Times New Roman" w:hAnsi="Times New Roman" w:cs="Times New Roman"/>
              </w:rPr>
            </w:pPr>
            <w:r w:rsidRPr="00DA1DC5">
              <w:rPr>
                <w:rFonts w:ascii="Times New Roman" w:hAnsi="Times New Roman" w:cs="Times New Roman"/>
                <w:b/>
              </w:rPr>
              <w:t>Nota Máxima</w:t>
            </w:r>
          </w:p>
        </w:tc>
        <w:tc>
          <w:tcPr>
            <w:tcW w:w="2157" w:type="dxa"/>
            <w:shd w:val="clear" w:color="auto" w:fill="D9D9D9" w:themeFill="background1" w:themeFillShade="D9"/>
            <w:vAlign w:val="center"/>
          </w:tcPr>
          <w:p w14:paraId="05480CC4" w14:textId="77777777" w:rsidR="00182F85" w:rsidRPr="00DA1DC5" w:rsidRDefault="00EC63DB" w:rsidP="00162393">
            <w:pPr>
              <w:jc w:val="center"/>
              <w:rPr>
                <w:rFonts w:ascii="Times New Roman" w:hAnsi="Times New Roman" w:cs="Times New Roman"/>
              </w:rPr>
            </w:pPr>
            <w:r w:rsidRPr="00DA1DC5">
              <w:rPr>
                <w:rFonts w:ascii="Times New Roman" w:hAnsi="Times New Roman" w:cs="Times New Roman"/>
                <w:b/>
              </w:rPr>
              <w:t>Nota Atribuída</w:t>
            </w:r>
          </w:p>
        </w:tc>
      </w:tr>
      <w:tr w:rsidR="00182F85" w:rsidRPr="00DA1DC5" w14:paraId="27B0C97E" w14:textId="77777777" w:rsidTr="00162393">
        <w:tc>
          <w:tcPr>
            <w:tcW w:w="2158" w:type="dxa"/>
            <w:vAlign w:val="center"/>
          </w:tcPr>
          <w:p w14:paraId="00979143" w14:textId="77777777" w:rsidR="00182F85" w:rsidRPr="00DA1DC5" w:rsidRDefault="00EC63DB" w:rsidP="00162393">
            <w:pPr>
              <w:jc w:val="center"/>
              <w:rPr>
                <w:rFonts w:ascii="Times New Roman" w:hAnsi="Times New Roman" w:cs="Times New Roman"/>
              </w:rPr>
            </w:pPr>
            <w:r w:rsidRPr="00DA1DC5">
              <w:rPr>
                <w:rFonts w:ascii="Times New Roman" w:hAnsi="Times New Roman" w:cs="Times New Roman"/>
                <w:b/>
              </w:rPr>
              <w:t>Estrutura e Normatização</w:t>
            </w:r>
          </w:p>
        </w:tc>
        <w:tc>
          <w:tcPr>
            <w:tcW w:w="2159" w:type="dxa"/>
          </w:tcPr>
          <w:p w14:paraId="51AC5A68" w14:textId="77777777" w:rsidR="00182F85" w:rsidRPr="00DA1DC5" w:rsidRDefault="00EC63DB" w:rsidP="002E0990">
            <w:pPr>
              <w:rPr>
                <w:rFonts w:ascii="Times New Roman" w:hAnsi="Times New Roman" w:cs="Times New Roman"/>
                <w:lang w:val="pt-BR"/>
              </w:rPr>
            </w:pPr>
            <w:r w:rsidRPr="00DA1DC5">
              <w:rPr>
                <w:rFonts w:ascii="Times New Roman" w:hAnsi="Times New Roman" w:cs="Times New Roman"/>
                <w:lang w:val="pt-BR"/>
              </w:rPr>
              <w:t>Adequação às normas da ABNT, linguagem científica, ortografia e gramática.</w:t>
            </w:r>
          </w:p>
        </w:tc>
        <w:tc>
          <w:tcPr>
            <w:tcW w:w="2156" w:type="dxa"/>
            <w:vAlign w:val="center"/>
          </w:tcPr>
          <w:p w14:paraId="5C1521EB" w14:textId="77777777" w:rsidR="00182F85" w:rsidRPr="00DA1DC5" w:rsidRDefault="00EC63DB" w:rsidP="00162393">
            <w:pPr>
              <w:jc w:val="center"/>
              <w:rPr>
                <w:rFonts w:ascii="Times New Roman" w:hAnsi="Times New Roman" w:cs="Times New Roman"/>
              </w:rPr>
            </w:pPr>
            <w:r w:rsidRPr="00DA1DC5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157" w:type="dxa"/>
            <w:vAlign w:val="center"/>
          </w:tcPr>
          <w:p w14:paraId="31C32D62" w14:textId="77777777" w:rsidR="00182F85" w:rsidRPr="00DA1DC5" w:rsidRDefault="00182F85" w:rsidP="001623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F85" w:rsidRPr="00DA1DC5" w14:paraId="6F318BEC" w14:textId="77777777" w:rsidTr="00162393">
        <w:tc>
          <w:tcPr>
            <w:tcW w:w="2158" w:type="dxa"/>
            <w:vAlign w:val="center"/>
          </w:tcPr>
          <w:p w14:paraId="442EA5CA" w14:textId="77777777" w:rsidR="00182F85" w:rsidRPr="00DA1DC5" w:rsidRDefault="00EC63DB" w:rsidP="00162393">
            <w:pPr>
              <w:jc w:val="center"/>
              <w:rPr>
                <w:rFonts w:ascii="Times New Roman" w:hAnsi="Times New Roman" w:cs="Times New Roman"/>
              </w:rPr>
            </w:pPr>
            <w:r w:rsidRPr="00DA1DC5">
              <w:rPr>
                <w:rFonts w:ascii="Times New Roman" w:hAnsi="Times New Roman" w:cs="Times New Roman"/>
                <w:b/>
              </w:rPr>
              <w:t>Introdução e Justificativa</w:t>
            </w:r>
          </w:p>
        </w:tc>
        <w:tc>
          <w:tcPr>
            <w:tcW w:w="2159" w:type="dxa"/>
          </w:tcPr>
          <w:p w14:paraId="4C9B0701" w14:textId="77777777" w:rsidR="00182F85" w:rsidRPr="00DA1DC5" w:rsidRDefault="00EC63DB" w:rsidP="002E0990">
            <w:pPr>
              <w:rPr>
                <w:rFonts w:ascii="Times New Roman" w:hAnsi="Times New Roman" w:cs="Times New Roman"/>
                <w:lang w:val="pt-BR"/>
              </w:rPr>
            </w:pPr>
            <w:r w:rsidRPr="00DA1DC5">
              <w:rPr>
                <w:rFonts w:ascii="Times New Roman" w:hAnsi="Times New Roman" w:cs="Times New Roman"/>
                <w:lang w:val="pt-BR"/>
              </w:rPr>
              <w:t>Clareza na formulação do problema, relevância do tema para o SUS/Hospital e definição dos objetivos.</w:t>
            </w:r>
          </w:p>
        </w:tc>
        <w:tc>
          <w:tcPr>
            <w:tcW w:w="2156" w:type="dxa"/>
            <w:vAlign w:val="center"/>
          </w:tcPr>
          <w:p w14:paraId="72689C48" w14:textId="77777777" w:rsidR="00182F85" w:rsidRPr="00DA1DC5" w:rsidRDefault="00EC63DB" w:rsidP="00162393">
            <w:pPr>
              <w:jc w:val="center"/>
              <w:rPr>
                <w:rFonts w:ascii="Times New Roman" w:hAnsi="Times New Roman" w:cs="Times New Roman"/>
              </w:rPr>
            </w:pPr>
            <w:r w:rsidRPr="00DA1DC5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157" w:type="dxa"/>
            <w:vAlign w:val="center"/>
          </w:tcPr>
          <w:p w14:paraId="32407E14" w14:textId="77777777" w:rsidR="00182F85" w:rsidRPr="00DA1DC5" w:rsidRDefault="00182F85" w:rsidP="001623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F85" w:rsidRPr="00DA1DC5" w14:paraId="5ED3CD5B" w14:textId="77777777" w:rsidTr="00162393">
        <w:tc>
          <w:tcPr>
            <w:tcW w:w="2158" w:type="dxa"/>
            <w:vAlign w:val="center"/>
          </w:tcPr>
          <w:p w14:paraId="5AD1C196" w14:textId="77777777" w:rsidR="00182F85" w:rsidRPr="00DA1DC5" w:rsidRDefault="00EC63DB" w:rsidP="00162393">
            <w:pPr>
              <w:jc w:val="center"/>
              <w:rPr>
                <w:rFonts w:ascii="Times New Roman" w:hAnsi="Times New Roman" w:cs="Times New Roman"/>
              </w:rPr>
            </w:pPr>
            <w:r w:rsidRPr="00DA1DC5">
              <w:rPr>
                <w:rFonts w:ascii="Times New Roman" w:hAnsi="Times New Roman" w:cs="Times New Roman"/>
                <w:b/>
              </w:rPr>
              <w:t>Metodologia</w:t>
            </w:r>
          </w:p>
        </w:tc>
        <w:tc>
          <w:tcPr>
            <w:tcW w:w="2159" w:type="dxa"/>
          </w:tcPr>
          <w:p w14:paraId="3BFC8437" w14:textId="77777777" w:rsidR="00182F85" w:rsidRPr="00DA1DC5" w:rsidRDefault="00EC63DB" w:rsidP="002E0990">
            <w:pPr>
              <w:rPr>
                <w:rFonts w:ascii="Times New Roman" w:hAnsi="Times New Roman" w:cs="Times New Roman"/>
                <w:lang w:val="pt-BR"/>
              </w:rPr>
            </w:pPr>
            <w:r w:rsidRPr="00DA1DC5">
              <w:rPr>
                <w:rFonts w:ascii="Times New Roman" w:hAnsi="Times New Roman" w:cs="Times New Roman"/>
                <w:lang w:val="pt-BR"/>
              </w:rPr>
              <w:t>Adequação do desenho do estudo, critérios de inclusão/exclusão, aspectos éticos (CNS) e análise de dados.</w:t>
            </w:r>
          </w:p>
        </w:tc>
        <w:tc>
          <w:tcPr>
            <w:tcW w:w="2156" w:type="dxa"/>
            <w:vAlign w:val="center"/>
          </w:tcPr>
          <w:p w14:paraId="6168FAF5" w14:textId="77777777" w:rsidR="00182F85" w:rsidRPr="00DA1DC5" w:rsidRDefault="00EC63DB" w:rsidP="00162393">
            <w:pPr>
              <w:jc w:val="center"/>
              <w:rPr>
                <w:rFonts w:ascii="Times New Roman" w:hAnsi="Times New Roman" w:cs="Times New Roman"/>
              </w:rPr>
            </w:pPr>
            <w:r w:rsidRPr="00DA1DC5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157" w:type="dxa"/>
            <w:vAlign w:val="center"/>
          </w:tcPr>
          <w:p w14:paraId="13708610" w14:textId="77777777" w:rsidR="00182F85" w:rsidRPr="00DA1DC5" w:rsidRDefault="00182F85" w:rsidP="001623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F85" w:rsidRPr="00DA1DC5" w14:paraId="30F9CBB7" w14:textId="77777777" w:rsidTr="00162393">
        <w:tc>
          <w:tcPr>
            <w:tcW w:w="2158" w:type="dxa"/>
            <w:vAlign w:val="center"/>
          </w:tcPr>
          <w:p w14:paraId="7E7A0913" w14:textId="77777777" w:rsidR="00182F85" w:rsidRPr="00DA1DC5" w:rsidRDefault="00EC63DB" w:rsidP="00162393">
            <w:pPr>
              <w:jc w:val="center"/>
              <w:rPr>
                <w:rFonts w:ascii="Times New Roman" w:hAnsi="Times New Roman" w:cs="Times New Roman"/>
              </w:rPr>
            </w:pPr>
            <w:r w:rsidRPr="00DA1DC5">
              <w:rPr>
                <w:rFonts w:ascii="Times New Roman" w:hAnsi="Times New Roman" w:cs="Times New Roman"/>
                <w:b/>
              </w:rPr>
              <w:t>Resultados e Discussão</w:t>
            </w:r>
          </w:p>
        </w:tc>
        <w:tc>
          <w:tcPr>
            <w:tcW w:w="2159" w:type="dxa"/>
          </w:tcPr>
          <w:p w14:paraId="2ABB291F" w14:textId="77777777" w:rsidR="00182F85" w:rsidRPr="00DA1DC5" w:rsidRDefault="00EC63DB" w:rsidP="002E0990">
            <w:pPr>
              <w:rPr>
                <w:rFonts w:ascii="Times New Roman" w:hAnsi="Times New Roman" w:cs="Times New Roman"/>
                <w:lang w:val="pt-BR"/>
              </w:rPr>
            </w:pPr>
            <w:r w:rsidRPr="00DA1DC5">
              <w:rPr>
                <w:rFonts w:ascii="Times New Roman" w:hAnsi="Times New Roman" w:cs="Times New Roman"/>
                <w:lang w:val="pt-BR"/>
              </w:rPr>
              <w:t>Apresentação clara dos dados, alinhamento com os objetivos e articulação crítica com a literatura atualizada.</w:t>
            </w:r>
          </w:p>
        </w:tc>
        <w:tc>
          <w:tcPr>
            <w:tcW w:w="2156" w:type="dxa"/>
            <w:vAlign w:val="center"/>
          </w:tcPr>
          <w:p w14:paraId="6925509E" w14:textId="0AB3E1CC" w:rsidR="00182F85" w:rsidRPr="00DA1DC5" w:rsidRDefault="00CD58A9" w:rsidP="00162393">
            <w:pPr>
              <w:jc w:val="center"/>
              <w:rPr>
                <w:rFonts w:ascii="Times New Roman" w:hAnsi="Times New Roman" w:cs="Times New Roman"/>
              </w:rPr>
            </w:pPr>
            <w:r w:rsidRPr="00DA1DC5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157" w:type="dxa"/>
            <w:vAlign w:val="center"/>
          </w:tcPr>
          <w:p w14:paraId="5792ACBE" w14:textId="77777777" w:rsidR="00182F85" w:rsidRPr="00DA1DC5" w:rsidRDefault="00182F85" w:rsidP="001623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F85" w:rsidRPr="00DA1DC5" w14:paraId="6D40336C" w14:textId="77777777" w:rsidTr="00162393">
        <w:tc>
          <w:tcPr>
            <w:tcW w:w="2158" w:type="dxa"/>
            <w:vAlign w:val="center"/>
          </w:tcPr>
          <w:p w14:paraId="7A090B63" w14:textId="77777777" w:rsidR="00182F85" w:rsidRPr="00DA1DC5" w:rsidRDefault="00EC63DB" w:rsidP="00162393">
            <w:pPr>
              <w:jc w:val="center"/>
              <w:rPr>
                <w:rFonts w:ascii="Times New Roman" w:hAnsi="Times New Roman" w:cs="Times New Roman"/>
              </w:rPr>
            </w:pPr>
            <w:r w:rsidRPr="00DA1DC5">
              <w:rPr>
                <w:rFonts w:ascii="Times New Roman" w:hAnsi="Times New Roman" w:cs="Times New Roman"/>
                <w:b/>
              </w:rPr>
              <w:t>Conclusão</w:t>
            </w:r>
          </w:p>
        </w:tc>
        <w:tc>
          <w:tcPr>
            <w:tcW w:w="2159" w:type="dxa"/>
          </w:tcPr>
          <w:p w14:paraId="4806C1FC" w14:textId="77777777" w:rsidR="00182F85" w:rsidRPr="00DA1DC5" w:rsidRDefault="00EC63DB" w:rsidP="002E0990">
            <w:pPr>
              <w:rPr>
                <w:rFonts w:ascii="Times New Roman" w:hAnsi="Times New Roman" w:cs="Times New Roman"/>
                <w:lang w:val="pt-BR"/>
              </w:rPr>
            </w:pPr>
            <w:r w:rsidRPr="00DA1DC5">
              <w:rPr>
                <w:rFonts w:ascii="Times New Roman" w:hAnsi="Times New Roman" w:cs="Times New Roman"/>
                <w:lang w:val="pt-BR"/>
              </w:rPr>
              <w:t>Resposta ao problema de pesquisa e coerência com os resultados apresentados.</w:t>
            </w:r>
          </w:p>
        </w:tc>
        <w:tc>
          <w:tcPr>
            <w:tcW w:w="2156" w:type="dxa"/>
            <w:vAlign w:val="center"/>
          </w:tcPr>
          <w:p w14:paraId="464CC57A" w14:textId="1E4F4CEC" w:rsidR="00182F85" w:rsidRPr="00DA1DC5" w:rsidRDefault="00CD58A9" w:rsidP="00162393">
            <w:pPr>
              <w:jc w:val="center"/>
              <w:rPr>
                <w:rFonts w:ascii="Times New Roman" w:hAnsi="Times New Roman" w:cs="Times New Roman"/>
              </w:rPr>
            </w:pPr>
            <w:r w:rsidRPr="00DA1DC5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157" w:type="dxa"/>
            <w:vAlign w:val="center"/>
          </w:tcPr>
          <w:p w14:paraId="0A40A680" w14:textId="77777777" w:rsidR="00182F85" w:rsidRPr="00DA1DC5" w:rsidRDefault="00182F85" w:rsidP="001623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2393" w:rsidRPr="00DA1DC5" w14:paraId="3D55BCF7" w14:textId="77777777" w:rsidTr="00DA1DC5">
        <w:tc>
          <w:tcPr>
            <w:tcW w:w="4317" w:type="dxa"/>
            <w:gridSpan w:val="2"/>
            <w:shd w:val="clear" w:color="auto" w:fill="D9D9D9" w:themeFill="background1" w:themeFillShade="D9"/>
            <w:vAlign w:val="center"/>
          </w:tcPr>
          <w:p w14:paraId="7ED2D121" w14:textId="392E39ED" w:rsidR="00162393" w:rsidRPr="00DA1DC5" w:rsidRDefault="00162393" w:rsidP="00162393">
            <w:pPr>
              <w:jc w:val="center"/>
              <w:rPr>
                <w:rFonts w:ascii="Times New Roman" w:hAnsi="Times New Roman" w:cs="Times New Roman"/>
              </w:rPr>
            </w:pPr>
            <w:r w:rsidRPr="00DA1DC5">
              <w:rPr>
                <w:rFonts w:ascii="Times New Roman" w:hAnsi="Times New Roman" w:cs="Times New Roman"/>
                <w:b/>
              </w:rPr>
              <w:t xml:space="preserve">Subtotal </w:t>
            </w:r>
            <w:proofErr w:type="spellStart"/>
            <w:r w:rsidRPr="00DA1DC5">
              <w:rPr>
                <w:rFonts w:ascii="Times New Roman" w:hAnsi="Times New Roman" w:cs="Times New Roman"/>
                <w:b/>
              </w:rPr>
              <w:t>Escrito</w:t>
            </w:r>
            <w:proofErr w:type="spellEnd"/>
          </w:p>
        </w:tc>
        <w:tc>
          <w:tcPr>
            <w:tcW w:w="2156" w:type="dxa"/>
            <w:shd w:val="clear" w:color="auto" w:fill="D9D9D9" w:themeFill="background1" w:themeFillShade="D9"/>
            <w:vAlign w:val="center"/>
          </w:tcPr>
          <w:p w14:paraId="78ADE4CF" w14:textId="2A3059A0" w:rsidR="00162393" w:rsidRPr="00DA1DC5" w:rsidRDefault="00162393" w:rsidP="00162393">
            <w:pPr>
              <w:jc w:val="center"/>
              <w:rPr>
                <w:rFonts w:ascii="Times New Roman" w:hAnsi="Times New Roman" w:cs="Times New Roman"/>
              </w:rPr>
            </w:pPr>
            <w:r w:rsidRPr="00DA1DC5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2157" w:type="dxa"/>
            <w:vAlign w:val="center"/>
          </w:tcPr>
          <w:p w14:paraId="422FC2EC" w14:textId="77777777" w:rsidR="00162393" w:rsidRPr="00DA1DC5" w:rsidRDefault="00162393" w:rsidP="001623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D3F126B" w14:textId="77777777" w:rsidR="00182F85" w:rsidRPr="00DA1DC5" w:rsidRDefault="00182F85" w:rsidP="002E0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4E9904" w14:textId="77777777" w:rsidR="00162393" w:rsidRDefault="00162393" w:rsidP="002E0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7610B9" w14:textId="77777777" w:rsidR="00DA1DC5" w:rsidRDefault="00DA1DC5" w:rsidP="002E0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FDEB12" w14:textId="77777777" w:rsidR="00DA1DC5" w:rsidRPr="00DA1DC5" w:rsidRDefault="00DA1DC5" w:rsidP="002E0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21A418" w14:textId="77777777" w:rsidR="00162393" w:rsidRPr="00DA1DC5" w:rsidRDefault="00162393" w:rsidP="002E0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ECB550" w14:textId="77777777" w:rsidR="00BE4E2A" w:rsidRPr="00DA1DC5" w:rsidRDefault="00BE4E2A" w:rsidP="002E0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B25FAD" w14:textId="265BCB3E" w:rsidR="00182F85" w:rsidRPr="00DA1DC5" w:rsidRDefault="00EC63DB" w:rsidP="002E0990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DA1DC5">
        <w:rPr>
          <w:rFonts w:ascii="Times New Roman" w:hAnsi="Times New Roman" w:cs="Times New Roman"/>
          <w:b/>
          <w:sz w:val="24"/>
          <w:szCs w:val="24"/>
          <w:lang w:val="pt-BR"/>
        </w:rPr>
        <w:lastRenderedPageBreak/>
        <w:t xml:space="preserve">3. </w:t>
      </w:r>
      <w:r w:rsidRPr="00DA1DC5">
        <w:rPr>
          <w:rFonts w:ascii="Times New Roman" w:hAnsi="Times New Roman" w:cs="Times New Roman"/>
          <w:b/>
          <w:lang w:val="pt-BR"/>
        </w:rPr>
        <w:t xml:space="preserve">AVALIAÇÃO DA APRESENTAÇÃO ORAL E ARGUIÇÃO (Peso: </w:t>
      </w:r>
      <w:r w:rsidR="00CD58A9" w:rsidRPr="00DA1DC5">
        <w:rPr>
          <w:rFonts w:ascii="Times New Roman" w:hAnsi="Times New Roman" w:cs="Times New Roman"/>
          <w:b/>
          <w:lang w:val="pt-BR"/>
        </w:rPr>
        <w:t>3</w:t>
      </w:r>
      <w:r w:rsidRPr="00DA1DC5">
        <w:rPr>
          <w:rFonts w:ascii="Times New Roman" w:hAnsi="Times New Roman" w:cs="Times New Roman"/>
          <w:b/>
          <w:lang w:val="pt-BR"/>
        </w:rPr>
        <w:t>,0)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58"/>
        <w:gridCol w:w="2159"/>
        <w:gridCol w:w="2156"/>
        <w:gridCol w:w="2157"/>
      </w:tblGrid>
      <w:tr w:rsidR="00182F85" w:rsidRPr="00DA1DC5" w14:paraId="3992C7C7" w14:textId="77777777" w:rsidTr="00DA1DC5">
        <w:tc>
          <w:tcPr>
            <w:tcW w:w="2158" w:type="dxa"/>
            <w:shd w:val="clear" w:color="auto" w:fill="D9D9D9" w:themeFill="background1" w:themeFillShade="D9"/>
            <w:vAlign w:val="center"/>
          </w:tcPr>
          <w:p w14:paraId="310D2A4B" w14:textId="77777777" w:rsidR="00182F85" w:rsidRPr="00DA1DC5" w:rsidRDefault="00EC63DB" w:rsidP="00162393">
            <w:pPr>
              <w:jc w:val="center"/>
              <w:rPr>
                <w:rFonts w:ascii="Times New Roman" w:hAnsi="Times New Roman" w:cs="Times New Roman"/>
              </w:rPr>
            </w:pPr>
            <w:r w:rsidRPr="00DA1DC5">
              <w:rPr>
                <w:rFonts w:ascii="Times New Roman" w:hAnsi="Times New Roman" w:cs="Times New Roman"/>
                <w:b/>
              </w:rPr>
              <w:t>Critérios Avaliativos</w:t>
            </w:r>
          </w:p>
        </w:tc>
        <w:tc>
          <w:tcPr>
            <w:tcW w:w="2159" w:type="dxa"/>
            <w:shd w:val="clear" w:color="auto" w:fill="D9D9D9" w:themeFill="background1" w:themeFillShade="D9"/>
            <w:vAlign w:val="center"/>
          </w:tcPr>
          <w:p w14:paraId="611C4CCC" w14:textId="77777777" w:rsidR="00182F85" w:rsidRPr="00DA1DC5" w:rsidRDefault="00EC63DB" w:rsidP="00162393">
            <w:pPr>
              <w:jc w:val="center"/>
              <w:rPr>
                <w:rFonts w:ascii="Times New Roman" w:hAnsi="Times New Roman" w:cs="Times New Roman"/>
              </w:rPr>
            </w:pPr>
            <w:r w:rsidRPr="00DA1DC5">
              <w:rPr>
                <w:rFonts w:ascii="Times New Roman" w:hAnsi="Times New Roman" w:cs="Times New Roman"/>
                <w:b/>
              </w:rPr>
              <w:t>Descrição</w:t>
            </w:r>
          </w:p>
        </w:tc>
        <w:tc>
          <w:tcPr>
            <w:tcW w:w="2156" w:type="dxa"/>
            <w:shd w:val="clear" w:color="auto" w:fill="D9D9D9" w:themeFill="background1" w:themeFillShade="D9"/>
            <w:vAlign w:val="center"/>
          </w:tcPr>
          <w:p w14:paraId="15BB07E0" w14:textId="77777777" w:rsidR="00182F85" w:rsidRPr="00DA1DC5" w:rsidRDefault="00EC63DB" w:rsidP="00162393">
            <w:pPr>
              <w:jc w:val="center"/>
              <w:rPr>
                <w:rFonts w:ascii="Times New Roman" w:hAnsi="Times New Roman" w:cs="Times New Roman"/>
              </w:rPr>
            </w:pPr>
            <w:r w:rsidRPr="00DA1DC5">
              <w:rPr>
                <w:rFonts w:ascii="Times New Roman" w:hAnsi="Times New Roman" w:cs="Times New Roman"/>
                <w:b/>
              </w:rPr>
              <w:t>Nota Máxima</w:t>
            </w:r>
          </w:p>
        </w:tc>
        <w:tc>
          <w:tcPr>
            <w:tcW w:w="2157" w:type="dxa"/>
            <w:shd w:val="clear" w:color="auto" w:fill="D9D9D9" w:themeFill="background1" w:themeFillShade="D9"/>
            <w:vAlign w:val="center"/>
          </w:tcPr>
          <w:p w14:paraId="4329E714" w14:textId="77777777" w:rsidR="00182F85" w:rsidRPr="00DA1DC5" w:rsidRDefault="00EC63DB" w:rsidP="00162393">
            <w:pPr>
              <w:jc w:val="center"/>
              <w:rPr>
                <w:rFonts w:ascii="Times New Roman" w:hAnsi="Times New Roman" w:cs="Times New Roman"/>
              </w:rPr>
            </w:pPr>
            <w:r w:rsidRPr="00DA1DC5">
              <w:rPr>
                <w:rFonts w:ascii="Times New Roman" w:hAnsi="Times New Roman" w:cs="Times New Roman"/>
                <w:b/>
              </w:rPr>
              <w:t>Nota Atribuída</w:t>
            </w:r>
          </w:p>
        </w:tc>
      </w:tr>
      <w:tr w:rsidR="00182F85" w:rsidRPr="00DA1DC5" w14:paraId="732C246A" w14:textId="77777777" w:rsidTr="00162393">
        <w:tc>
          <w:tcPr>
            <w:tcW w:w="2158" w:type="dxa"/>
            <w:vAlign w:val="center"/>
          </w:tcPr>
          <w:p w14:paraId="4F06EB25" w14:textId="77777777" w:rsidR="00182F85" w:rsidRPr="00DA1DC5" w:rsidRDefault="00EC63DB" w:rsidP="00162393">
            <w:pPr>
              <w:jc w:val="center"/>
              <w:rPr>
                <w:rFonts w:ascii="Times New Roman" w:hAnsi="Times New Roman" w:cs="Times New Roman"/>
              </w:rPr>
            </w:pPr>
            <w:r w:rsidRPr="00DA1DC5">
              <w:rPr>
                <w:rFonts w:ascii="Times New Roman" w:hAnsi="Times New Roman" w:cs="Times New Roman"/>
                <w:b/>
              </w:rPr>
              <w:t>Apresentação Oral</w:t>
            </w:r>
          </w:p>
        </w:tc>
        <w:tc>
          <w:tcPr>
            <w:tcW w:w="2159" w:type="dxa"/>
          </w:tcPr>
          <w:p w14:paraId="5777B9B7" w14:textId="77777777" w:rsidR="00182F85" w:rsidRPr="00DA1DC5" w:rsidRDefault="00EC63DB" w:rsidP="002E0990">
            <w:pPr>
              <w:rPr>
                <w:rFonts w:ascii="Times New Roman" w:hAnsi="Times New Roman" w:cs="Times New Roman"/>
                <w:lang w:val="pt-BR"/>
              </w:rPr>
            </w:pPr>
            <w:r w:rsidRPr="00DA1DC5">
              <w:rPr>
                <w:rFonts w:ascii="Times New Roman" w:hAnsi="Times New Roman" w:cs="Times New Roman"/>
                <w:lang w:val="pt-BR"/>
              </w:rPr>
              <w:t>Didática, clareza, objetividade, qualidade dos recursos visuais e gestão do tempo (dentro do limite estipulado).</w:t>
            </w:r>
          </w:p>
        </w:tc>
        <w:tc>
          <w:tcPr>
            <w:tcW w:w="2156" w:type="dxa"/>
            <w:vAlign w:val="center"/>
          </w:tcPr>
          <w:p w14:paraId="271C8211" w14:textId="10757ABB" w:rsidR="00182F85" w:rsidRPr="00DA1DC5" w:rsidRDefault="00EC63DB" w:rsidP="00162393">
            <w:pPr>
              <w:jc w:val="center"/>
              <w:rPr>
                <w:rFonts w:ascii="Times New Roman" w:hAnsi="Times New Roman" w:cs="Times New Roman"/>
              </w:rPr>
            </w:pPr>
            <w:r w:rsidRPr="00DA1DC5">
              <w:rPr>
                <w:rFonts w:ascii="Times New Roman" w:hAnsi="Times New Roman" w:cs="Times New Roman"/>
              </w:rPr>
              <w:t>1,</w:t>
            </w:r>
            <w:r w:rsidR="00CD58A9" w:rsidRPr="00DA1D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7" w:type="dxa"/>
          </w:tcPr>
          <w:p w14:paraId="0BB67ED3" w14:textId="77777777" w:rsidR="00182F85" w:rsidRPr="00DA1DC5" w:rsidRDefault="00182F85" w:rsidP="002E0990">
            <w:pPr>
              <w:rPr>
                <w:rFonts w:ascii="Times New Roman" w:hAnsi="Times New Roman" w:cs="Times New Roman"/>
              </w:rPr>
            </w:pPr>
          </w:p>
        </w:tc>
      </w:tr>
      <w:tr w:rsidR="00182F85" w:rsidRPr="00DA1DC5" w14:paraId="7CB66E81" w14:textId="77777777" w:rsidTr="00162393">
        <w:tc>
          <w:tcPr>
            <w:tcW w:w="2158" w:type="dxa"/>
            <w:vAlign w:val="center"/>
          </w:tcPr>
          <w:p w14:paraId="7F7DE672" w14:textId="77777777" w:rsidR="00182F85" w:rsidRPr="00DA1DC5" w:rsidRDefault="00EC63DB" w:rsidP="00162393">
            <w:pPr>
              <w:jc w:val="center"/>
              <w:rPr>
                <w:rFonts w:ascii="Times New Roman" w:hAnsi="Times New Roman" w:cs="Times New Roman"/>
              </w:rPr>
            </w:pPr>
            <w:r w:rsidRPr="00DA1DC5">
              <w:rPr>
                <w:rFonts w:ascii="Times New Roman" w:hAnsi="Times New Roman" w:cs="Times New Roman"/>
                <w:b/>
              </w:rPr>
              <w:t>Domínio do Conteúdo</w:t>
            </w:r>
          </w:p>
        </w:tc>
        <w:tc>
          <w:tcPr>
            <w:tcW w:w="2159" w:type="dxa"/>
          </w:tcPr>
          <w:p w14:paraId="1BFEB201" w14:textId="77777777" w:rsidR="00182F85" w:rsidRPr="00DA1DC5" w:rsidRDefault="00EC63DB" w:rsidP="002E0990">
            <w:pPr>
              <w:rPr>
                <w:rFonts w:ascii="Times New Roman" w:hAnsi="Times New Roman" w:cs="Times New Roman"/>
                <w:lang w:val="pt-BR"/>
              </w:rPr>
            </w:pPr>
            <w:r w:rsidRPr="00DA1DC5">
              <w:rPr>
                <w:rFonts w:ascii="Times New Roman" w:hAnsi="Times New Roman" w:cs="Times New Roman"/>
                <w:lang w:val="pt-BR"/>
              </w:rPr>
              <w:t>Segurança ao expor o tema e profundidade teórica demonstrada durante a apresentação.</w:t>
            </w:r>
          </w:p>
        </w:tc>
        <w:tc>
          <w:tcPr>
            <w:tcW w:w="2156" w:type="dxa"/>
            <w:vAlign w:val="center"/>
          </w:tcPr>
          <w:p w14:paraId="14FF9D51" w14:textId="77777777" w:rsidR="00182F85" w:rsidRPr="00DA1DC5" w:rsidRDefault="00EC63DB" w:rsidP="00162393">
            <w:pPr>
              <w:jc w:val="center"/>
              <w:rPr>
                <w:rFonts w:ascii="Times New Roman" w:hAnsi="Times New Roman" w:cs="Times New Roman"/>
              </w:rPr>
            </w:pPr>
            <w:r w:rsidRPr="00DA1DC5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157" w:type="dxa"/>
          </w:tcPr>
          <w:p w14:paraId="2D42F4CF" w14:textId="77777777" w:rsidR="00182F85" w:rsidRPr="00DA1DC5" w:rsidRDefault="00182F85" w:rsidP="002E0990">
            <w:pPr>
              <w:rPr>
                <w:rFonts w:ascii="Times New Roman" w:hAnsi="Times New Roman" w:cs="Times New Roman"/>
              </w:rPr>
            </w:pPr>
          </w:p>
        </w:tc>
      </w:tr>
      <w:tr w:rsidR="00182F85" w:rsidRPr="00DA1DC5" w14:paraId="66304AA8" w14:textId="77777777" w:rsidTr="00162393">
        <w:tc>
          <w:tcPr>
            <w:tcW w:w="2158" w:type="dxa"/>
            <w:vAlign w:val="center"/>
          </w:tcPr>
          <w:p w14:paraId="7DBA4BBD" w14:textId="77777777" w:rsidR="00182F85" w:rsidRPr="00DA1DC5" w:rsidRDefault="00EC63DB" w:rsidP="00162393">
            <w:pPr>
              <w:jc w:val="center"/>
              <w:rPr>
                <w:rFonts w:ascii="Times New Roman" w:hAnsi="Times New Roman" w:cs="Times New Roman"/>
              </w:rPr>
            </w:pPr>
            <w:r w:rsidRPr="00DA1DC5">
              <w:rPr>
                <w:rFonts w:ascii="Times New Roman" w:hAnsi="Times New Roman" w:cs="Times New Roman"/>
                <w:b/>
              </w:rPr>
              <w:t>Arguição (Defesa)</w:t>
            </w:r>
          </w:p>
        </w:tc>
        <w:tc>
          <w:tcPr>
            <w:tcW w:w="2159" w:type="dxa"/>
          </w:tcPr>
          <w:p w14:paraId="6EF87BAE" w14:textId="77777777" w:rsidR="00182F85" w:rsidRPr="00DA1DC5" w:rsidRDefault="00EC63DB" w:rsidP="002E0990">
            <w:pPr>
              <w:rPr>
                <w:rFonts w:ascii="Times New Roman" w:hAnsi="Times New Roman" w:cs="Times New Roman"/>
                <w:lang w:val="pt-BR"/>
              </w:rPr>
            </w:pPr>
            <w:r w:rsidRPr="00DA1DC5">
              <w:rPr>
                <w:rFonts w:ascii="Times New Roman" w:hAnsi="Times New Roman" w:cs="Times New Roman"/>
                <w:lang w:val="pt-BR"/>
              </w:rPr>
              <w:t>Capacidade de argumentação, receptividade às críticas e precisão nas respostas aos questionamentos da banca.</w:t>
            </w:r>
          </w:p>
        </w:tc>
        <w:tc>
          <w:tcPr>
            <w:tcW w:w="2156" w:type="dxa"/>
            <w:vAlign w:val="center"/>
          </w:tcPr>
          <w:p w14:paraId="4DADC350" w14:textId="344A4EAF" w:rsidR="00182F85" w:rsidRPr="00DA1DC5" w:rsidRDefault="00EC63DB" w:rsidP="00162393">
            <w:pPr>
              <w:jc w:val="center"/>
              <w:rPr>
                <w:rFonts w:ascii="Times New Roman" w:hAnsi="Times New Roman" w:cs="Times New Roman"/>
              </w:rPr>
            </w:pPr>
            <w:r w:rsidRPr="00DA1DC5">
              <w:rPr>
                <w:rFonts w:ascii="Times New Roman" w:hAnsi="Times New Roman" w:cs="Times New Roman"/>
              </w:rPr>
              <w:t>1,</w:t>
            </w:r>
            <w:r w:rsidR="00CD58A9" w:rsidRPr="00DA1D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7" w:type="dxa"/>
          </w:tcPr>
          <w:p w14:paraId="1E2AACB4" w14:textId="77777777" w:rsidR="00182F85" w:rsidRPr="00DA1DC5" w:rsidRDefault="00182F85" w:rsidP="002E0990">
            <w:pPr>
              <w:rPr>
                <w:rFonts w:ascii="Times New Roman" w:hAnsi="Times New Roman" w:cs="Times New Roman"/>
              </w:rPr>
            </w:pPr>
          </w:p>
        </w:tc>
      </w:tr>
      <w:tr w:rsidR="00162393" w:rsidRPr="00DA1DC5" w14:paraId="0700B156" w14:textId="77777777" w:rsidTr="00DA1DC5">
        <w:tc>
          <w:tcPr>
            <w:tcW w:w="4317" w:type="dxa"/>
            <w:gridSpan w:val="2"/>
            <w:shd w:val="clear" w:color="auto" w:fill="D9D9D9" w:themeFill="background1" w:themeFillShade="D9"/>
            <w:vAlign w:val="center"/>
          </w:tcPr>
          <w:p w14:paraId="397F15DE" w14:textId="38F6A766" w:rsidR="00162393" w:rsidRPr="00DA1DC5" w:rsidRDefault="00162393" w:rsidP="00162393">
            <w:pPr>
              <w:jc w:val="center"/>
              <w:rPr>
                <w:rFonts w:ascii="Times New Roman" w:hAnsi="Times New Roman" w:cs="Times New Roman"/>
              </w:rPr>
            </w:pPr>
            <w:r w:rsidRPr="00DA1DC5">
              <w:rPr>
                <w:rFonts w:ascii="Times New Roman" w:hAnsi="Times New Roman" w:cs="Times New Roman"/>
                <w:b/>
              </w:rPr>
              <w:t>Subtotal Oral</w:t>
            </w:r>
          </w:p>
        </w:tc>
        <w:tc>
          <w:tcPr>
            <w:tcW w:w="2156" w:type="dxa"/>
            <w:shd w:val="clear" w:color="auto" w:fill="D9D9D9" w:themeFill="background1" w:themeFillShade="D9"/>
            <w:vAlign w:val="center"/>
          </w:tcPr>
          <w:p w14:paraId="5B76C362" w14:textId="60D17BE5" w:rsidR="00162393" w:rsidRPr="00DA1DC5" w:rsidRDefault="00162393" w:rsidP="00162393">
            <w:pPr>
              <w:jc w:val="center"/>
              <w:rPr>
                <w:rFonts w:ascii="Times New Roman" w:hAnsi="Times New Roman" w:cs="Times New Roman"/>
              </w:rPr>
            </w:pPr>
            <w:r w:rsidRPr="00DA1DC5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2157" w:type="dxa"/>
          </w:tcPr>
          <w:p w14:paraId="7632695B" w14:textId="77777777" w:rsidR="00162393" w:rsidRPr="00DA1DC5" w:rsidRDefault="00162393" w:rsidP="002E0990">
            <w:pPr>
              <w:rPr>
                <w:rFonts w:ascii="Times New Roman" w:hAnsi="Times New Roman" w:cs="Times New Roman"/>
              </w:rPr>
            </w:pPr>
          </w:p>
        </w:tc>
      </w:tr>
    </w:tbl>
    <w:p w14:paraId="409FEBA9" w14:textId="77777777" w:rsidR="00182F85" w:rsidRPr="00DA1DC5" w:rsidRDefault="00182F85" w:rsidP="002E0990">
      <w:pPr>
        <w:spacing w:after="0" w:line="240" w:lineRule="auto"/>
        <w:rPr>
          <w:rFonts w:ascii="Times New Roman" w:hAnsi="Times New Roman" w:cs="Times New Roman"/>
        </w:rPr>
      </w:pPr>
    </w:p>
    <w:p w14:paraId="1CB85E7B" w14:textId="715D04DB" w:rsidR="00672DDC" w:rsidRPr="00EB63F3" w:rsidRDefault="00EC63DB" w:rsidP="00EB63F3">
      <w:pPr>
        <w:spacing w:after="0" w:line="360" w:lineRule="auto"/>
        <w:rPr>
          <w:rFonts w:ascii="Times New Roman" w:hAnsi="Times New Roman" w:cs="Times New Roman"/>
          <w:sz w:val="20"/>
          <w:szCs w:val="20"/>
          <w:lang w:val="pt-BR"/>
        </w:rPr>
      </w:pPr>
      <w:r w:rsidRPr="00DA1DC5">
        <w:rPr>
          <w:rFonts w:ascii="Times New Roman" w:hAnsi="Times New Roman" w:cs="Times New Roman"/>
          <w:b/>
          <w:lang w:val="pt-BR"/>
        </w:rPr>
        <w:t>4. NOTA FINAL E PARECER</w:t>
      </w:r>
      <w:r w:rsidRPr="00DA1DC5">
        <w:rPr>
          <w:rFonts w:ascii="Times New Roman" w:hAnsi="Times New Roman" w:cs="Times New Roman"/>
          <w:b/>
          <w:lang w:val="pt-BR"/>
        </w:rPr>
        <w:br/>
      </w:r>
      <w:r w:rsidR="00672DDC" w:rsidRPr="00EB63F3">
        <w:rPr>
          <w:rFonts w:ascii="Times New Roman" w:hAnsi="Times New Roman" w:cs="Times New Roman"/>
          <w:b/>
          <w:bCs/>
          <w:sz w:val="20"/>
          <w:szCs w:val="20"/>
          <w:lang w:val="pt-BR"/>
        </w:rPr>
        <w:t>Nota (</w:t>
      </w:r>
      <w:r w:rsidR="00672DDC" w:rsidRPr="00EB63F3">
        <w:rPr>
          <w:rFonts w:ascii="Times New Roman" w:hAnsi="Times New Roman" w:cs="Times New Roman"/>
          <w:b/>
          <w:bCs/>
          <w:i/>
          <w:iCs/>
          <w:sz w:val="20"/>
          <w:szCs w:val="20"/>
          <w:lang w:val="pt-BR"/>
        </w:rPr>
        <w:t>Oral</w:t>
      </w:r>
      <w:r w:rsidR="00672DDC" w:rsidRPr="00EB63F3">
        <w:rPr>
          <w:rFonts w:ascii="Times New Roman" w:hAnsi="Times New Roman" w:cs="Times New Roman"/>
          <w:b/>
          <w:bCs/>
          <w:sz w:val="20"/>
          <w:szCs w:val="20"/>
          <w:lang w:val="pt-BR"/>
        </w:rPr>
        <w:t>):</w:t>
      </w:r>
      <w:r w:rsidR="00672DDC" w:rsidRPr="00EB63F3">
        <w:rPr>
          <w:rFonts w:ascii="Times New Roman" w:hAnsi="Times New Roman" w:cs="Times New Roman"/>
          <w:sz w:val="20"/>
          <w:szCs w:val="20"/>
          <w:lang w:val="pt-BR"/>
        </w:rPr>
        <w:t xml:space="preserve"> _________ (de 0 a </w:t>
      </w:r>
      <w:r w:rsidR="00672DDC" w:rsidRPr="00EB63F3">
        <w:rPr>
          <w:rFonts w:ascii="Times New Roman" w:hAnsi="Times New Roman" w:cs="Times New Roman"/>
          <w:sz w:val="20"/>
          <w:szCs w:val="20"/>
          <w:lang w:val="pt-BR"/>
        </w:rPr>
        <w:t>3,0</w:t>
      </w:r>
      <w:r w:rsidR="00672DDC" w:rsidRPr="00EB63F3">
        <w:rPr>
          <w:rFonts w:ascii="Times New Roman" w:hAnsi="Times New Roman" w:cs="Times New Roman"/>
          <w:sz w:val="20"/>
          <w:szCs w:val="20"/>
          <w:lang w:val="pt-BR"/>
        </w:rPr>
        <w:t>)</w:t>
      </w:r>
    </w:p>
    <w:p w14:paraId="5B387B0E" w14:textId="77777777" w:rsidR="00672DDC" w:rsidRPr="00EB63F3" w:rsidRDefault="00EC63DB" w:rsidP="00EB63F3">
      <w:pPr>
        <w:spacing w:after="0" w:line="360" w:lineRule="auto"/>
        <w:rPr>
          <w:rFonts w:ascii="Times New Roman" w:hAnsi="Times New Roman" w:cs="Times New Roman"/>
          <w:sz w:val="20"/>
          <w:szCs w:val="20"/>
          <w:lang w:val="pt-BR"/>
        </w:rPr>
      </w:pPr>
      <w:r w:rsidRPr="00EB63F3">
        <w:rPr>
          <w:rFonts w:ascii="Times New Roman" w:hAnsi="Times New Roman" w:cs="Times New Roman"/>
          <w:b/>
          <w:bCs/>
          <w:sz w:val="20"/>
          <w:szCs w:val="20"/>
          <w:lang w:val="pt-BR"/>
        </w:rPr>
        <w:t xml:space="preserve">Nota </w:t>
      </w:r>
      <w:r w:rsidRPr="00EB63F3">
        <w:rPr>
          <w:rFonts w:ascii="Times New Roman" w:hAnsi="Times New Roman" w:cs="Times New Roman"/>
          <w:b/>
          <w:bCs/>
          <w:sz w:val="20"/>
          <w:szCs w:val="20"/>
          <w:lang w:val="pt-BR"/>
        </w:rPr>
        <w:t>(</w:t>
      </w:r>
      <w:r w:rsidRPr="00EB63F3">
        <w:rPr>
          <w:rFonts w:ascii="Times New Roman" w:hAnsi="Times New Roman" w:cs="Times New Roman"/>
          <w:b/>
          <w:bCs/>
          <w:i/>
          <w:iCs/>
          <w:sz w:val="20"/>
          <w:szCs w:val="20"/>
          <w:lang w:val="pt-BR"/>
        </w:rPr>
        <w:t>Escrito</w:t>
      </w:r>
      <w:r w:rsidRPr="00EB63F3">
        <w:rPr>
          <w:rFonts w:ascii="Times New Roman" w:hAnsi="Times New Roman" w:cs="Times New Roman"/>
          <w:b/>
          <w:bCs/>
          <w:sz w:val="20"/>
          <w:szCs w:val="20"/>
          <w:lang w:val="pt-BR"/>
        </w:rPr>
        <w:t>):</w:t>
      </w:r>
      <w:r w:rsidRPr="00EB63F3">
        <w:rPr>
          <w:rFonts w:ascii="Times New Roman" w:hAnsi="Times New Roman" w:cs="Times New Roman"/>
          <w:sz w:val="20"/>
          <w:szCs w:val="20"/>
          <w:lang w:val="pt-BR"/>
        </w:rPr>
        <w:t xml:space="preserve"> _________ (de 0 a </w:t>
      </w:r>
      <w:r w:rsidR="00672DDC" w:rsidRPr="00EB63F3">
        <w:rPr>
          <w:rFonts w:ascii="Times New Roman" w:hAnsi="Times New Roman" w:cs="Times New Roman"/>
          <w:sz w:val="20"/>
          <w:szCs w:val="20"/>
          <w:lang w:val="pt-BR"/>
        </w:rPr>
        <w:t>7,0</w:t>
      </w:r>
      <w:r w:rsidRPr="00EB63F3">
        <w:rPr>
          <w:rFonts w:ascii="Times New Roman" w:hAnsi="Times New Roman" w:cs="Times New Roman"/>
          <w:sz w:val="20"/>
          <w:szCs w:val="20"/>
          <w:lang w:val="pt-BR"/>
        </w:rPr>
        <w:t>)</w:t>
      </w:r>
    </w:p>
    <w:p w14:paraId="52A8E5C5" w14:textId="77777777" w:rsidR="00EB63F3" w:rsidRPr="00EB63F3" w:rsidRDefault="00153FFE" w:rsidP="00EB63F3">
      <w:pPr>
        <w:spacing w:after="0" w:line="360" w:lineRule="auto"/>
        <w:rPr>
          <w:rFonts w:ascii="Times New Roman" w:eastAsia="Arial" w:hAnsi="Times New Roman" w:cs="Times New Roman"/>
          <w:b/>
          <w:bCs/>
          <w:sz w:val="20"/>
          <w:szCs w:val="20"/>
          <w:lang w:val="pt"/>
        </w:rPr>
      </w:pPr>
      <w:r w:rsidRPr="00EB63F3">
        <w:rPr>
          <w:rFonts w:ascii="Times New Roman" w:eastAsia="Arial" w:hAnsi="Times New Roman" w:cs="Times New Roman"/>
          <w:b/>
          <w:bCs/>
          <w:sz w:val="20"/>
          <w:szCs w:val="20"/>
          <w:lang w:val="pt"/>
        </w:rPr>
        <w:t xml:space="preserve">Trabalho entregue à banca com no mínimo 15 (quinze) dias da data agendada para a defesa? </w:t>
      </w:r>
    </w:p>
    <w:p w14:paraId="09369721" w14:textId="75D340EE" w:rsidR="00367190" w:rsidRPr="00EB63F3" w:rsidRDefault="00153FFE" w:rsidP="00EB63F3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  <w:lang w:val="pt-BR"/>
        </w:rPr>
      </w:pPr>
      <w:proofErr w:type="gramStart"/>
      <w:r w:rsidRPr="00EB63F3">
        <w:rPr>
          <w:rFonts w:ascii="Times New Roman" w:eastAsia="Arial" w:hAnsi="Times New Roman" w:cs="Times New Roman"/>
          <w:sz w:val="20"/>
          <w:szCs w:val="20"/>
          <w:lang w:val="pt"/>
        </w:rPr>
        <w:t xml:space="preserve">(  </w:t>
      </w:r>
      <w:proofErr w:type="gramEnd"/>
      <w:r w:rsidRPr="00EB63F3">
        <w:rPr>
          <w:rFonts w:ascii="Times New Roman" w:eastAsia="Arial" w:hAnsi="Times New Roman" w:cs="Times New Roman"/>
          <w:sz w:val="20"/>
          <w:szCs w:val="20"/>
          <w:lang w:val="pt"/>
        </w:rPr>
        <w:t xml:space="preserve"> </w:t>
      </w:r>
      <w:proofErr w:type="gramStart"/>
      <w:r w:rsidRPr="00EB63F3">
        <w:rPr>
          <w:rFonts w:ascii="Times New Roman" w:eastAsia="Arial" w:hAnsi="Times New Roman" w:cs="Times New Roman"/>
          <w:sz w:val="20"/>
          <w:szCs w:val="20"/>
          <w:lang w:val="pt"/>
        </w:rPr>
        <w:t xml:space="preserve">  )</w:t>
      </w:r>
      <w:proofErr w:type="gramEnd"/>
      <w:r w:rsidRPr="00EB63F3">
        <w:rPr>
          <w:rFonts w:ascii="Times New Roman" w:eastAsia="Arial" w:hAnsi="Times New Roman" w:cs="Times New Roman"/>
          <w:sz w:val="20"/>
          <w:szCs w:val="20"/>
          <w:lang w:val="pt"/>
        </w:rPr>
        <w:t xml:space="preserve"> Sim </w:t>
      </w:r>
      <w:proofErr w:type="gramStart"/>
      <w:r w:rsidRPr="00EB63F3">
        <w:rPr>
          <w:rFonts w:ascii="Times New Roman" w:eastAsia="Arial" w:hAnsi="Times New Roman" w:cs="Times New Roman"/>
          <w:sz w:val="20"/>
          <w:szCs w:val="20"/>
          <w:lang w:val="pt"/>
        </w:rPr>
        <w:t xml:space="preserve">(  </w:t>
      </w:r>
      <w:proofErr w:type="gramEnd"/>
      <w:r w:rsidRPr="00EB63F3">
        <w:rPr>
          <w:rFonts w:ascii="Times New Roman" w:eastAsia="Arial" w:hAnsi="Times New Roman" w:cs="Times New Roman"/>
          <w:sz w:val="20"/>
          <w:szCs w:val="20"/>
          <w:lang w:val="pt"/>
        </w:rPr>
        <w:t xml:space="preserve">  </w:t>
      </w:r>
      <w:proofErr w:type="gramStart"/>
      <w:r w:rsidRPr="00EB63F3">
        <w:rPr>
          <w:rFonts w:ascii="Times New Roman" w:eastAsia="Arial" w:hAnsi="Times New Roman" w:cs="Times New Roman"/>
          <w:sz w:val="20"/>
          <w:szCs w:val="20"/>
          <w:lang w:val="pt"/>
        </w:rPr>
        <w:t xml:space="preserve">  )Não</w:t>
      </w:r>
      <w:proofErr w:type="gramEnd"/>
      <w:r w:rsidR="005868CD" w:rsidRPr="00EB63F3">
        <w:rPr>
          <w:rFonts w:ascii="Times New Roman" w:eastAsia="Arial" w:hAnsi="Times New Roman" w:cs="Times New Roman"/>
          <w:sz w:val="20"/>
          <w:szCs w:val="20"/>
          <w:lang w:val="pt"/>
        </w:rPr>
        <w:t xml:space="preserve"> </w:t>
      </w:r>
      <w:r w:rsidR="005868CD" w:rsidRPr="00EB63F3">
        <w:rPr>
          <w:rFonts w:ascii="Times New Roman" w:eastAsia="Arial" w:hAnsi="Times New Roman" w:cs="Times New Roman"/>
          <w:b/>
          <w:bCs/>
          <w:sz w:val="20"/>
          <w:szCs w:val="20"/>
          <w:lang w:val="pt"/>
        </w:rPr>
        <w:t xml:space="preserve">Se Não, </w:t>
      </w:r>
      <w:r w:rsidR="00387066" w:rsidRPr="00EB63F3">
        <w:rPr>
          <w:rFonts w:ascii="Times New Roman" w:eastAsia="Arial" w:hAnsi="Times New Roman" w:cs="Times New Roman"/>
          <w:b/>
          <w:bCs/>
          <w:sz w:val="20"/>
          <w:szCs w:val="20"/>
          <w:lang w:val="pt"/>
        </w:rPr>
        <w:t>redução de 10% (dez por cento) da nota final atribuída ao trabalho</w:t>
      </w:r>
    </w:p>
    <w:p w14:paraId="79F74D01" w14:textId="11DD6D68" w:rsidR="00672DDC" w:rsidRPr="00EB63F3" w:rsidRDefault="00672DDC" w:rsidP="00EB63F3">
      <w:pPr>
        <w:spacing w:after="0" w:line="360" w:lineRule="auto"/>
        <w:rPr>
          <w:rFonts w:ascii="Times New Roman" w:hAnsi="Times New Roman" w:cs="Times New Roman"/>
          <w:sz w:val="20"/>
          <w:szCs w:val="20"/>
          <w:lang w:val="pt-BR"/>
        </w:rPr>
      </w:pPr>
      <w:r w:rsidRPr="00EB63F3">
        <w:rPr>
          <w:rFonts w:ascii="Times New Roman" w:hAnsi="Times New Roman" w:cs="Times New Roman"/>
          <w:b/>
          <w:bCs/>
          <w:sz w:val="20"/>
          <w:szCs w:val="20"/>
          <w:lang w:val="pt-BR"/>
        </w:rPr>
        <w:t>Nota</w:t>
      </w:r>
      <w:r w:rsidRPr="00EB63F3">
        <w:rPr>
          <w:rFonts w:ascii="Times New Roman" w:hAnsi="Times New Roman" w:cs="Times New Roman"/>
          <w:sz w:val="20"/>
          <w:szCs w:val="20"/>
          <w:lang w:val="pt-BR"/>
        </w:rPr>
        <w:t xml:space="preserve"> (</w:t>
      </w:r>
      <w:proofErr w:type="spellStart"/>
      <w:r w:rsidRPr="00EB63F3">
        <w:rPr>
          <w:rFonts w:ascii="Times New Roman" w:hAnsi="Times New Roman" w:cs="Times New Roman"/>
          <w:b/>
          <w:bCs/>
          <w:i/>
          <w:iCs/>
          <w:sz w:val="20"/>
          <w:szCs w:val="20"/>
          <w:lang w:val="pt-BR"/>
        </w:rPr>
        <w:t>Oral+</w:t>
      </w:r>
      <w:r w:rsidRPr="00EB63F3">
        <w:rPr>
          <w:rFonts w:ascii="Times New Roman" w:hAnsi="Times New Roman" w:cs="Times New Roman"/>
          <w:b/>
          <w:bCs/>
          <w:i/>
          <w:iCs/>
          <w:sz w:val="20"/>
          <w:szCs w:val="20"/>
          <w:lang w:val="pt-BR"/>
        </w:rPr>
        <w:t>Escrito</w:t>
      </w:r>
      <w:proofErr w:type="spellEnd"/>
      <w:r w:rsidRPr="00EB63F3">
        <w:rPr>
          <w:rFonts w:ascii="Times New Roman" w:hAnsi="Times New Roman" w:cs="Times New Roman"/>
          <w:sz w:val="20"/>
          <w:szCs w:val="20"/>
          <w:lang w:val="pt-BR"/>
        </w:rPr>
        <w:t xml:space="preserve">): _________ (de 0 a </w:t>
      </w:r>
      <w:r w:rsidRPr="00EB63F3">
        <w:rPr>
          <w:rFonts w:ascii="Times New Roman" w:hAnsi="Times New Roman" w:cs="Times New Roman"/>
          <w:sz w:val="20"/>
          <w:szCs w:val="20"/>
          <w:lang w:val="pt-BR"/>
        </w:rPr>
        <w:t>10</w:t>
      </w:r>
      <w:r w:rsidRPr="00EB63F3">
        <w:rPr>
          <w:rFonts w:ascii="Times New Roman" w:hAnsi="Times New Roman" w:cs="Times New Roman"/>
          <w:sz w:val="20"/>
          <w:szCs w:val="20"/>
          <w:lang w:val="pt-BR"/>
        </w:rPr>
        <w:t>)</w:t>
      </w:r>
    </w:p>
    <w:p w14:paraId="01FA210A" w14:textId="77777777" w:rsidR="00EB63F3" w:rsidRDefault="00EB63F3" w:rsidP="00DA1DC5">
      <w:pPr>
        <w:spacing w:after="0" w:line="240" w:lineRule="auto"/>
        <w:rPr>
          <w:rFonts w:ascii="Times New Roman" w:hAnsi="Times New Roman" w:cs="Times New Roman"/>
          <w:lang w:val="pt-BR"/>
        </w:rPr>
      </w:pPr>
    </w:p>
    <w:p w14:paraId="7476B4BA" w14:textId="6DA1A18B" w:rsidR="00DA1DC5" w:rsidRDefault="00EC63DB" w:rsidP="00DA1DC5">
      <w:pPr>
        <w:spacing w:after="0" w:line="240" w:lineRule="auto"/>
        <w:rPr>
          <w:rFonts w:ascii="Times New Roman" w:hAnsi="Times New Roman" w:cs="Times New Roman"/>
          <w:b/>
          <w:lang w:val="pt-BR"/>
        </w:rPr>
      </w:pPr>
      <w:r w:rsidRPr="00DA1DC5">
        <w:rPr>
          <w:rFonts w:ascii="Times New Roman" w:hAnsi="Times New Roman" w:cs="Times New Roman"/>
          <w:b/>
          <w:lang w:val="pt-BR"/>
        </w:rPr>
        <w:t>Parecer Final da Banca Examinadora:</w:t>
      </w:r>
      <w:r w:rsidRPr="00DA1DC5">
        <w:rPr>
          <w:rFonts w:ascii="Times New Roman" w:hAnsi="Times New Roman" w:cs="Times New Roman"/>
          <w:b/>
          <w:lang w:val="pt-BR"/>
        </w:rPr>
        <w:br/>
      </w:r>
      <w:r w:rsidRPr="00DA1DC5">
        <w:rPr>
          <w:rFonts w:ascii="Times New Roman" w:hAnsi="Times New Roman" w:cs="Times New Roman"/>
          <w:lang w:val="pt-BR"/>
        </w:rPr>
        <w:t>(  ) APROVADO(A)</w:t>
      </w:r>
      <w:r w:rsidRPr="00DA1DC5">
        <w:rPr>
          <w:rFonts w:ascii="Times New Roman" w:hAnsi="Times New Roman" w:cs="Times New Roman"/>
          <w:lang w:val="pt-BR"/>
        </w:rPr>
        <w:br/>
        <w:t>(  ) APROVADO(A) COM RESSALVAS (Correções obrigatórias para a versão final)</w:t>
      </w:r>
      <w:r w:rsidRPr="00DA1DC5">
        <w:rPr>
          <w:rFonts w:ascii="Times New Roman" w:hAnsi="Times New Roman" w:cs="Times New Roman"/>
          <w:lang w:val="pt-BR"/>
        </w:rPr>
        <w:br/>
        <w:t>(  ) REPROVADO(A)</w:t>
      </w:r>
      <w:r w:rsidRPr="00DA1DC5">
        <w:rPr>
          <w:rFonts w:ascii="Times New Roman" w:hAnsi="Times New Roman" w:cs="Times New Roman"/>
          <w:lang w:val="pt-BR"/>
        </w:rPr>
        <w:br/>
      </w:r>
      <w:r w:rsidRPr="00DA1DC5">
        <w:rPr>
          <w:rFonts w:ascii="Times New Roman" w:hAnsi="Times New Roman" w:cs="Times New Roman"/>
          <w:lang w:val="pt-BR"/>
        </w:rPr>
        <w:br/>
      </w:r>
      <w:r w:rsidRPr="00DA1DC5">
        <w:rPr>
          <w:rFonts w:ascii="Times New Roman" w:hAnsi="Times New Roman" w:cs="Times New Roman"/>
          <w:b/>
          <w:lang w:val="pt-BR"/>
        </w:rPr>
        <w:t>Observações/Recomendações da Banca:</w:t>
      </w:r>
    </w:p>
    <w:p w14:paraId="1103DA7C" w14:textId="6CBF329A" w:rsidR="00DA1DC5" w:rsidRDefault="00EC63DB" w:rsidP="00DA1DC5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DA1DC5">
        <w:rPr>
          <w:rFonts w:ascii="Times New Roman" w:hAnsi="Times New Roman" w:cs="Times New Roman"/>
          <w:lang w:val="pt-BR"/>
        </w:rPr>
        <w:t>______________________________________________________________________________</w:t>
      </w:r>
    </w:p>
    <w:p w14:paraId="45ED08C1" w14:textId="2E8720D8" w:rsidR="00182F85" w:rsidRPr="00DA1DC5" w:rsidRDefault="00EC63DB" w:rsidP="00DA1DC5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DA1DC5">
        <w:rPr>
          <w:rFonts w:ascii="Times New Roman" w:hAnsi="Times New Roman" w:cs="Times New Roman"/>
          <w:lang w:val="pt-BR"/>
        </w:rPr>
        <w:br/>
      </w:r>
      <w:r w:rsidRPr="00DA1DC5">
        <w:rPr>
          <w:rFonts w:ascii="Times New Roman" w:hAnsi="Times New Roman" w:cs="Times New Roman"/>
          <w:lang w:val="pt-BR"/>
        </w:rPr>
        <w:t>_______________________________</w:t>
      </w:r>
      <w:r w:rsidR="00DA1DC5">
        <w:rPr>
          <w:rFonts w:ascii="Times New Roman" w:hAnsi="Times New Roman" w:cs="Times New Roman"/>
          <w:lang w:val="pt-BR"/>
        </w:rPr>
        <w:t>___</w:t>
      </w:r>
      <w:r w:rsidRPr="00DA1DC5">
        <w:rPr>
          <w:rFonts w:ascii="Times New Roman" w:hAnsi="Times New Roman" w:cs="Times New Roman"/>
          <w:lang w:val="pt-BR"/>
        </w:rPr>
        <w:t>_____________________</w:t>
      </w:r>
      <w:r w:rsidR="002E0990" w:rsidRPr="00DA1DC5">
        <w:rPr>
          <w:rFonts w:ascii="Times New Roman" w:hAnsi="Times New Roman" w:cs="Times New Roman"/>
          <w:lang w:val="pt-BR"/>
        </w:rPr>
        <w:t>_______________________</w:t>
      </w:r>
    </w:p>
    <w:p w14:paraId="709AA644" w14:textId="77777777" w:rsidR="00EB63F3" w:rsidRDefault="00EB63F3" w:rsidP="00162393">
      <w:pPr>
        <w:spacing w:after="0" w:line="240" w:lineRule="auto"/>
        <w:rPr>
          <w:rFonts w:ascii="Times New Roman" w:hAnsi="Times New Roman" w:cs="Times New Roman"/>
          <w:b/>
          <w:lang w:val="pt-BR"/>
        </w:rPr>
      </w:pPr>
    </w:p>
    <w:p w14:paraId="0AAB287B" w14:textId="2D2FE768" w:rsidR="00162393" w:rsidRPr="00DA1DC5" w:rsidRDefault="00EC63DB" w:rsidP="00162393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pt-BR"/>
        </w:rPr>
      </w:pPr>
      <w:r w:rsidRPr="00DA1DC5">
        <w:rPr>
          <w:rFonts w:ascii="Times New Roman" w:hAnsi="Times New Roman" w:cs="Times New Roman"/>
          <w:b/>
          <w:lang w:val="pt-BR"/>
        </w:rPr>
        <w:t xml:space="preserve">5. </w:t>
      </w:r>
      <w:r w:rsidRPr="00DA1DC5">
        <w:rPr>
          <w:rFonts w:ascii="Times New Roman" w:hAnsi="Times New Roman" w:cs="Times New Roman"/>
          <w:b/>
          <w:sz w:val="16"/>
          <w:szCs w:val="16"/>
          <w:lang w:val="pt-BR"/>
        </w:rPr>
        <w:t>ASSINATURAS</w:t>
      </w:r>
    </w:p>
    <w:p w14:paraId="296CD7AA" w14:textId="77777777" w:rsidR="00162393" w:rsidRPr="00DA1DC5" w:rsidRDefault="00162393" w:rsidP="002E099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pt-BR"/>
        </w:rPr>
      </w:pPr>
    </w:p>
    <w:p w14:paraId="7CD5FECF" w14:textId="585CF77E" w:rsidR="00162393" w:rsidRPr="00DA1DC5" w:rsidRDefault="00EC63DB" w:rsidP="002E099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pt-BR"/>
        </w:rPr>
      </w:pPr>
      <w:r w:rsidRPr="00DA1DC5">
        <w:rPr>
          <w:rFonts w:ascii="Times New Roman" w:hAnsi="Times New Roman" w:cs="Times New Roman"/>
          <w:sz w:val="16"/>
          <w:szCs w:val="16"/>
          <w:lang w:val="pt-BR"/>
        </w:rPr>
        <w:t>___________________________________________________</w:t>
      </w:r>
      <w:r w:rsidR="002E0990" w:rsidRPr="00DA1DC5">
        <w:rPr>
          <w:rFonts w:ascii="Times New Roman" w:hAnsi="Times New Roman" w:cs="Times New Roman"/>
          <w:sz w:val="16"/>
          <w:szCs w:val="16"/>
          <w:lang w:val="pt-BR"/>
        </w:rPr>
        <w:tab/>
        <w:t>___________________________________________________</w:t>
      </w:r>
      <w:r w:rsidR="002E0990" w:rsidRPr="00DA1DC5">
        <w:rPr>
          <w:rFonts w:ascii="Times New Roman" w:hAnsi="Times New Roman" w:cs="Times New Roman"/>
          <w:sz w:val="16"/>
          <w:szCs w:val="16"/>
          <w:lang w:val="pt-BR"/>
        </w:rPr>
        <w:br/>
      </w:r>
      <w:r w:rsidR="002E0990" w:rsidRPr="00DA1DC5">
        <w:rPr>
          <w:rFonts w:ascii="Times New Roman" w:hAnsi="Times New Roman" w:cs="Times New Roman"/>
          <w:b/>
          <w:sz w:val="16"/>
          <w:szCs w:val="16"/>
          <w:lang w:val="pt-BR"/>
        </w:rPr>
        <w:t>Membro da Banca / Avaliador(a)</w:t>
      </w:r>
      <w:r w:rsidR="002E0990" w:rsidRPr="00DA1DC5">
        <w:rPr>
          <w:rFonts w:ascii="Times New Roman" w:hAnsi="Times New Roman" w:cs="Times New Roman"/>
          <w:b/>
          <w:sz w:val="16"/>
          <w:szCs w:val="16"/>
          <w:lang w:val="pt-BR"/>
        </w:rPr>
        <w:tab/>
      </w:r>
      <w:r w:rsidR="002E0990" w:rsidRPr="00DA1DC5">
        <w:rPr>
          <w:rFonts w:ascii="Times New Roman" w:hAnsi="Times New Roman" w:cs="Times New Roman"/>
          <w:b/>
          <w:sz w:val="16"/>
          <w:szCs w:val="16"/>
          <w:lang w:val="pt-BR"/>
        </w:rPr>
        <w:tab/>
      </w:r>
      <w:r w:rsidR="00DA1DC5">
        <w:rPr>
          <w:rFonts w:ascii="Times New Roman" w:hAnsi="Times New Roman" w:cs="Times New Roman"/>
          <w:b/>
          <w:sz w:val="16"/>
          <w:szCs w:val="16"/>
          <w:lang w:val="pt-BR"/>
        </w:rPr>
        <w:t xml:space="preserve">                     </w:t>
      </w:r>
      <w:r w:rsidR="002E0990" w:rsidRPr="00DA1DC5">
        <w:rPr>
          <w:rFonts w:ascii="Times New Roman" w:hAnsi="Times New Roman" w:cs="Times New Roman"/>
          <w:b/>
          <w:sz w:val="16"/>
          <w:szCs w:val="16"/>
          <w:lang w:val="pt-BR"/>
        </w:rPr>
        <w:t>Membro da Banca / Avaliador(a)</w:t>
      </w:r>
      <w:r w:rsidR="002E0990" w:rsidRPr="00DA1DC5">
        <w:rPr>
          <w:rFonts w:ascii="Times New Roman" w:hAnsi="Times New Roman" w:cs="Times New Roman"/>
          <w:b/>
          <w:sz w:val="16"/>
          <w:szCs w:val="16"/>
          <w:lang w:val="pt-BR"/>
        </w:rPr>
        <w:br/>
      </w:r>
    </w:p>
    <w:p w14:paraId="3175A3B0" w14:textId="389D53B8" w:rsidR="00182F85" w:rsidRPr="00DA1DC5" w:rsidRDefault="00EC63DB" w:rsidP="002E099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pt-BR"/>
        </w:rPr>
      </w:pPr>
      <w:r w:rsidRPr="00DA1DC5">
        <w:rPr>
          <w:rFonts w:ascii="Times New Roman" w:hAnsi="Times New Roman" w:cs="Times New Roman"/>
          <w:sz w:val="16"/>
          <w:szCs w:val="16"/>
          <w:lang w:val="pt-BR"/>
        </w:rPr>
        <w:br/>
        <w:t>________________________________________________</w:t>
      </w:r>
      <w:r w:rsidRPr="00DA1DC5">
        <w:rPr>
          <w:rFonts w:ascii="Times New Roman" w:hAnsi="Times New Roman" w:cs="Times New Roman"/>
          <w:sz w:val="16"/>
          <w:szCs w:val="16"/>
          <w:lang w:val="pt-BR"/>
        </w:rPr>
        <w:br/>
      </w:r>
      <w:r w:rsidRPr="00DA1DC5">
        <w:rPr>
          <w:rFonts w:ascii="Times New Roman" w:hAnsi="Times New Roman" w:cs="Times New Roman"/>
          <w:b/>
          <w:sz w:val="16"/>
          <w:szCs w:val="16"/>
          <w:lang w:val="pt-BR"/>
        </w:rPr>
        <w:t>Residente</w:t>
      </w:r>
      <w:r w:rsidRPr="00DA1DC5">
        <w:rPr>
          <w:rFonts w:ascii="Times New Roman" w:hAnsi="Times New Roman" w:cs="Times New Roman"/>
          <w:b/>
          <w:sz w:val="16"/>
          <w:szCs w:val="16"/>
          <w:lang w:val="pt-BR"/>
        </w:rPr>
        <w:br/>
      </w:r>
    </w:p>
    <w:sectPr w:rsidR="00182F85" w:rsidRPr="00DA1DC5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93D23" w14:textId="77777777" w:rsidR="00EC63DB" w:rsidRDefault="00EC63DB" w:rsidP="00162393">
      <w:pPr>
        <w:spacing w:after="0" w:line="240" w:lineRule="auto"/>
      </w:pPr>
      <w:r>
        <w:separator/>
      </w:r>
    </w:p>
  </w:endnote>
  <w:endnote w:type="continuationSeparator" w:id="0">
    <w:p w14:paraId="5089B95C" w14:textId="77777777" w:rsidR="00EC63DB" w:rsidRDefault="00EC63DB" w:rsidP="0016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49E79" w14:textId="77777777" w:rsidR="00EC63DB" w:rsidRDefault="00EC63DB" w:rsidP="00162393">
      <w:pPr>
        <w:spacing w:after="0" w:line="240" w:lineRule="auto"/>
      </w:pPr>
      <w:r>
        <w:separator/>
      </w:r>
    </w:p>
  </w:footnote>
  <w:footnote w:type="continuationSeparator" w:id="0">
    <w:p w14:paraId="5C64772B" w14:textId="77777777" w:rsidR="00EC63DB" w:rsidRDefault="00EC63DB" w:rsidP="0016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31038" w14:textId="4912F041" w:rsidR="00162393" w:rsidRDefault="00162393">
    <w:pPr>
      <w:pStyle w:val="Cabealho"/>
    </w:pPr>
    <w:r w:rsidRPr="0016104B">
      <w:rPr>
        <w:noProof/>
        <w:color w:val="FFFFFF" w:themeColor="background1"/>
      </w:rPr>
      <w:drawing>
        <wp:anchor distT="0" distB="0" distL="114300" distR="114300" simplePos="0" relativeHeight="251659264" behindDoc="1" locked="0" layoutInCell="1" allowOverlap="1" wp14:anchorId="7697CC05" wp14:editId="40D84515">
          <wp:simplePos x="0" y="0"/>
          <wp:positionH relativeFrom="page">
            <wp:posOffset>28575</wp:posOffset>
          </wp:positionH>
          <wp:positionV relativeFrom="paragraph">
            <wp:posOffset>-676275</wp:posOffset>
          </wp:positionV>
          <wp:extent cx="7879281" cy="11145600"/>
          <wp:effectExtent l="0" t="0" r="7620" b="0"/>
          <wp:wrapNone/>
          <wp:docPr id="184792422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8406864" name="Imagem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9281" cy="111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7294241">
    <w:abstractNumId w:val="8"/>
  </w:num>
  <w:num w:numId="2" w16cid:durableId="600189808">
    <w:abstractNumId w:val="6"/>
  </w:num>
  <w:num w:numId="3" w16cid:durableId="1199127097">
    <w:abstractNumId w:val="5"/>
  </w:num>
  <w:num w:numId="4" w16cid:durableId="2089961746">
    <w:abstractNumId w:val="4"/>
  </w:num>
  <w:num w:numId="5" w16cid:durableId="1190266953">
    <w:abstractNumId w:val="7"/>
  </w:num>
  <w:num w:numId="6" w16cid:durableId="1856187771">
    <w:abstractNumId w:val="3"/>
  </w:num>
  <w:num w:numId="7" w16cid:durableId="1318195003">
    <w:abstractNumId w:val="2"/>
  </w:num>
  <w:num w:numId="8" w16cid:durableId="440691230">
    <w:abstractNumId w:val="1"/>
  </w:num>
  <w:num w:numId="9" w16cid:durableId="185143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075D"/>
    <w:rsid w:val="0015074B"/>
    <w:rsid w:val="00153FFE"/>
    <w:rsid w:val="00162393"/>
    <w:rsid w:val="00182F85"/>
    <w:rsid w:val="002161DF"/>
    <w:rsid w:val="0029639D"/>
    <w:rsid w:val="002E0990"/>
    <w:rsid w:val="00326F90"/>
    <w:rsid w:val="00367190"/>
    <w:rsid w:val="00387066"/>
    <w:rsid w:val="005868CD"/>
    <w:rsid w:val="00633AB2"/>
    <w:rsid w:val="00672DDC"/>
    <w:rsid w:val="00AA1D8D"/>
    <w:rsid w:val="00AF7176"/>
    <w:rsid w:val="00B47730"/>
    <w:rsid w:val="00BE4E2A"/>
    <w:rsid w:val="00BF12E3"/>
    <w:rsid w:val="00C86C5C"/>
    <w:rsid w:val="00CB0664"/>
    <w:rsid w:val="00CD58A9"/>
    <w:rsid w:val="00CF765C"/>
    <w:rsid w:val="00D1690E"/>
    <w:rsid w:val="00DA1DC5"/>
    <w:rsid w:val="00E32F44"/>
    <w:rsid w:val="00EB63F3"/>
    <w:rsid w:val="00EC63D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D13D59"/>
  <w14:defaultImageDpi w14:val="300"/>
  <w15:docId w15:val="{D10B2A29-71CB-4941-B0F7-4C8E9DDAD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422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Janatar Stella Vasconcelos De Melo</cp:lastModifiedBy>
  <cp:revision>12</cp:revision>
  <dcterms:created xsi:type="dcterms:W3CDTF">2026-07-10T14:44:00Z</dcterms:created>
  <dcterms:modified xsi:type="dcterms:W3CDTF">2026-08-13T14:29:00Z</dcterms:modified>
  <cp:category/>
</cp:coreProperties>
</file>