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8A3F7" w14:textId="77777777" w:rsidR="0097296A" w:rsidRPr="007204D9" w:rsidRDefault="0097296A">
      <w:pPr>
        <w:autoSpaceDE w:val="0"/>
        <w:autoSpaceDN w:val="0"/>
        <w:spacing w:after="436" w:line="220" w:lineRule="exact"/>
        <w:rPr>
          <w:b/>
          <w:bCs/>
        </w:rPr>
      </w:pPr>
    </w:p>
    <w:p w14:paraId="4826EC7C" w14:textId="77777777" w:rsidR="0097296A" w:rsidRPr="007204D9" w:rsidRDefault="00000000">
      <w:pPr>
        <w:autoSpaceDE w:val="0"/>
        <w:autoSpaceDN w:val="0"/>
        <w:spacing w:after="0" w:line="338" w:lineRule="exact"/>
        <w:ind w:right="3494"/>
        <w:jc w:val="right"/>
        <w:rPr>
          <w:b/>
          <w:bCs/>
        </w:rPr>
      </w:pPr>
      <w:r w:rsidRPr="007204D9">
        <w:rPr>
          <w:b/>
          <w:bCs/>
          <w:color w:val="000000"/>
        </w:rPr>
        <w:t>DOCUMENTO 9</w:t>
      </w:r>
    </w:p>
    <w:p w14:paraId="184B1BE7" w14:textId="3E9F4F9B" w:rsidR="0097296A" w:rsidRPr="007204D9" w:rsidRDefault="00000000">
      <w:pPr>
        <w:autoSpaceDE w:val="0"/>
        <w:autoSpaceDN w:val="0"/>
        <w:spacing w:before="324" w:after="0" w:line="334" w:lineRule="exact"/>
        <w:ind w:left="1440" w:right="1008"/>
        <w:jc w:val="center"/>
        <w:rPr>
          <w:b/>
          <w:bCs/>
        </w:rPr>
      </w:pPr>
      <w:r w:rsidRPr="007204D9">
        <w:rPr>
          <w:b/>
          <w:bCs/>
          <w:color w:val="000000"/>
        </w:rPr>
        <w:t>GUIA DE UTILIZAÇÃO E INSTRUMENTO DE VERIFICAÇÃO Condições</w:t>
      </w:r>
      <w:r w:rsidR="003A4E39">
        <w:rPr>
          <w:b/>
          <w:bCs/>
          <w:color w:val="000000"/>
        </w:rPr>
        <w:t xml:space="preserve"> </w:t>
      </w:r>
      <w:r w:rsidRPr="007204D9">
        <w:rPr>
          <w:b/>
          <w:bCs/>
          <w:color w:val="000000"/>
        </w:rPr>
        <w:t>Sanitárias</w:t>
      </w:r>
      <w:r w:rsidR="003A4E39">
        <w:rPr>
          <w:b/>
          <w:bCs/>
          <w:color w:val="000000"/>
        </w:rPr>
        <w:t xml:space="preserve"> </w:t>
      </w:r>
      <w:r w:rsidRPr="007204D9">
        <w:rPr>
          <w:b/>
          <w:bCs/>
          <w:color w:val="000000"/>
        </w:rPr>
        <w:t>e</w:t>
      </w:r>
      <w:r w:rsidR="003A4E39">
        <w:rPr>
          <w:b/>
          <w:bCs/>
          <w:color w:val="000000"/>
        </w:rPr>
        <w:t xml:space="preserve"> </w:t>
      </w:r>
      <w:r w:rsidRPr="007204D9">
        <w:rPr>
          <w:b/>
          <w:bCs/>
          <w:color w:val="000000"/>
        </w:rPr>
        <w:t>de</w:t>
      </w:r>
      <w:r w:rsidR="003A4E39">
        <w:rPr>
          <w:b/>
          <w:bCs/>
          <w:color w:val="000000"/>
        </w:rPr>
        <w:t xml:space="preserve"> </w:t>
      </w:r>
      <w:r w:rsidRPr="007204D9">
        <w:rPr>
          <w:b/>
          <w:bCs/>
          <w:color w:val="000000"/>
        </w:rPr>
        <w:t>Higiene</w:t>
      </w:r>
    </w:p>
    <w:p w14:paraId="147A3201" w14:textId="77777777" w:rsidR="0097296A" w:rsidRPr="007204D9" w:rsidRDefault="00000000">
      <w:pPr>
        <w:autoSpaceDE w:val="0"/>
        <w:autoSpaceDN w:val="0"/>
        <w:spacing w:before="432" w:after="0" w:line="338" w:lineRule="exact"/>
        <w:ind w:left="20"/>
        <w:rPr>
          <w:b/>
          <w:bCs/>
        </w:rPr>
      </w:pPr>
      <w:r w:rsidRPr="007204D9">
        <w:rPr>
          <w:b/>
          <w:bCs/>
          <w:color w:val="000000"/>
          <w:w w:val="98"/>
          <w:sz w:val="23"/>
        </w:rPr>
        <w:t>Guia de Utilização</w:t>
      </w:r>
    </w:p>
    <w:p w14:paraId="2EDD15F9" w14:textId="77777777" w:rsidR="0097296A" w:rsidRPr="007204D9" w:rsidRDefault="00000000">
      <w:pPr>
        <w:autoSpaceDE w:val="0"/>
        <w:autoSpaceDN w:val="0"/>
        <w:spacing w:before="92" w:after="0" w:line="328" w:lineRule="exact"/>
        <w:ind w:left="262" w:right="172" w:firstLine="706"/>
        <w:jc w:val="both"/>
      </w:pPr>
      <w:r w:rsidRPr="007204D9">
        <w:rPr>
          <w:color w:val="000000"/>
          <w:w w:val="98"/>
          <w:sz w:val="25"/>
        </w:rPr>
        <w:t xml:space="preserve">O objetivo deste instrumento é orientar quanto às melhorias e </w:t>
      </w:r>
      <w:r w:rsidRPr="007204D9">
        <w:rPr>
          <w:color w:val="000000"/>
          <w:w w:val="98"/>
          <w:sz w:val="25"/>
        </w:rPr>
        <w:t>intervenções a serem realizadas nos estádios de futebol em relação aos padrões sanitários dispostos em leis e portarias, com a finalidade de eliminar, diminuir e prevenir riscos à saúde.</w:t>
      </w:r>
    </w:p>
    <w:p w14:paraId="72A0C17A" w14:textId="77777777" w:rsidR="0097296A" w:rsidRPr="007204D9" w:rsidRDefault="00000000">
      <w:pPr>
        <w:autoSpaceDE w:val="0"/>
        <w:autoSpaceDN w:val="0"/>
        <w:spacing w:before="68" w:after="284" w:line="326" w:lineRule="exact"/>
        <w:ind w:left="262" w:right="174" w:firstLine="706"/>
        <w:jc w:val="both"/>
      </w:pPr>
      <w:r w:rsidRPr="007204D9">
        <w:rPr>
          <w:color w:val="000000"/>
          <w:w w:val="98"/>
          <w:sz w:val="25"/>
        </w:rPr>
        <w:t>O instrumento consiste em perguntas quantitativas e qualitativas da área de Condições Sanitárias e de Higiene. Cada quesito quantitativo possui até 5 opções de resposta, a saber:</w:t>
      </w:r>
    </w:p>
    <w:tbl>
      <w:tblPr>
        <w:tblW w:w="0" w:type="auto"/>
        <w:tblInd w:w="1280" w:type="dxa"/>
        <w:tblLayout w:type="fixed"/>
        <w:tblLook w:val="04A0" w:firstRow="1" w:lastRow="0" w:firstColumn="1" w:lastColumn="0" w:noHBand="0" w:noVBand="1"/>
      </w:tblPr>
      <w:tblGrid>
        <w:gridCol w:w="2060"/>
        <w:gridCol w:w="4240"/>
      </w:tblGrid>
      <w:tr w:rsidR="0097296A" w:rsidRPr="007204D9" w14:paraId="34139BA0" w14:textId="77777777">
        <w:trPr>
          <w:trHeight w:val="1822"/>
        </w:trPr>
        <w:tc>
          <w:tcPr>
            <w:tcW w:w="2060" w:type="dxa"/>
            <w:tcMar>
              <w:left w:w="0" w:type="dxa"/>
              <w:right w:w="0" w:type="dxa"/>
            </w:tcMar>
          </w:tcPr>
          <w:p w14:paraId="1C2B653A" w14:textId="77777777" w:rsidR="0097296A" w:rsidRPr="007204D9" w:rsidRDefault="0097296A">
            <w:pPr>
              <w:autoSpaceDE w:val="0"/>
              <w:autoSpaceDN w:val="0"/>
              <w:spacing w:after="0" w:line="66" w:lineRule="exact"/>
            </w:pPr>
          </w:p>
          <w:tbl>
            <w:tblPr>
              <w:tblW w:w="0" w:type="auto"/>
              <w:tblInd w:w="1294" w:type="dxa"/>
              <w:tblLayout w:type="fixed"/>
              <w:tblLook w:val="04A0" w:firstRow="1" w:lastRow="0" w:firstColumn="1" w:lastColumn="0" w:noHBand="0" w:noVBand="1"/>
            </w:tblPr>
            <w:tblGrid>
              <w:gridCol w:w="710"/>
            </w:tblGrid>
            <w:tr w:rsidR="0097296A" w:rsidRPr="007204D9" w14:paraId="21BE6965" w14:textId="77777777">
              <w:trPr>
                <w:trHeight w:val="340"/>
              </w:trPr>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14:paraId="47D717F2" w14:textId="77777777" w:rsidR="0097296A" w:rsidRPr="007204D9" w:rsidRDefault="00000000">
                  <w:pPr>
                    <w:autoSpaceDE w:val="0"/>
                    <w:autoSpaceDN w:val="0"/>
                    <w:spacing w:before="38" w:after="0" w:line="268" w:lineRule="exact"/>
                    <w:ind w:left="108"/>
                  </w:pPr>
                  <w:r w:rsidRPr="007204D9">
                    <w:rPr>
                      <w:color w:val="000000"/>
                      <w:sz w:val="24"/>
                    </w:rPr>
                    <w:t xml:space="preserve">AT </w:t>
                  </w:r>
                </w:p>
              </w:tc>
            </w:tr>
            <w:tr w:rsidR="0097296A" w:rsidRPr="007204D9" w14:paraId="02240DD4" w14:textId="77777777">
              <w:trPr>
                <w:trHeight w:val="334"/>
              </w:trPr>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14:paraId="20DE104D" w14:textId="77777777" w:rsidR="0097296A" w:rsidRPr="007204D9" w:rsidRDefault="00000000">
                  <w:pPr>
                    <w:autoSpaceDE w:val="0"/>
                    <w:autoSpaceDN w:val="0"/>
                    <w:spacing w:before="32" w:after="0" w:line="268" w:lineRule="exact"/>
                    <w:ind w:left="108"/>
                  </w:pPr>
                  <w:r w:rsidRPr="007204D9">
                    <w:rPr>
                      <w:color w:val="000000"/>
                      <w:sz w:val="24"/>
                    </w:rPr>
                    <w:t xml:space="preserve">AP </w:t>
                  </w:r>
                </w:p>
              </w:tc>
            </w:tr>
            <w:tr w:rsidR="0097296A" w:rsidRPr="007204D9" w14:paraId="113E14A0" w14:textId="77777777">
              <w:trPr>
                <w:trHeight w:val="336"/>
              </w:trPr>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14:paraId="3C3325CE" w14:textId="77777777" w:rsidR="0097296A" w:rsidRPr="007204D9" w:rsidRDefault="00000000">
                  <w:pPr>
                    <w:autoSpaceDE w:val="0"/>
                    <w:autoSpaceDN w:val="0"/>
                    <w:spacing w:before="34" w:after="0" w:line="268" w:lineRule="exact"/>
                    <w:jc w:val="center"/>
                  </w:pPr>
                  <w:r w:rsidRPr="007204D9">
                    <w:rPr>
                      <w:color w:val="000000"/>
                      <w:sz w:val="24"/>
                    </w:rPr>
                    <w:t>NAT</w:t>
                  </w:r>
                </w:p>
              </w:tc>
            </w:tr>
            <w:tr w:rsidR="0097296A" w:rsidRPr="007204D9" w14:paraId="35A33BBA" w14:textId="77777777">
              <w:trPr>
                <w:trHeight w:val="340"/>
              </w:trPr>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14:paraId="15A9FEDE" w14:textId="77777777" w:rsidR="0097296A" w:rsidRPr="007204D9" w:rsidRDefault="00000000">
                  <w:pPr>
                    <w:autoSpaceDE w:val="0"/>
                    <w:autoSpaceDN w:val="0"/>
                    <w:spacing w:before="38" w:after="0" w:line="268" w:lineRule="exact"/>
                    <w:jc w:val="center"/>
                  </w:pPr>
                  <w:r w:rsidRPr="007204D9">
                    <w:rPr>
                      <w:color w:val="000000"/>
                      <w:sz w:val="24"/>
                    </w:rPr>
                    <w:t>NAP</w:t>
                  </w:r>
                </w:p>
              </w:tc>
            </w:tr>
            <w:tr w:rsidR="0097296A" w:rsidRPr="007204D9" w14:paraId="28F0B780" w14:textId="77777777">
              <w:trPr>
                <w:trHeight w:val="316"/>
              </w:trPr>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14:paraId="5237276F" w14:textId="77777777" w:rsidR="0097296A" w:rsidRPr="007204D9" w:rsidRDefault="00000000">
                  <w:pPr>
                    <w:autoSpaceDE w:val="0"/>
                    <w:autoSpaceDN w:val="0"/>
                    <w:spacing w:before="38" w:after="0" w:line="268" w:lineRule="exact"/>
                    <w:jc w:val="center"/>
                  </w:pPr>
                  <w:r w:rsidRPr="007204D9">
                    <w:rPr>
                      <w:color w:val="000000"/>
                      <w:sz w:val="24"/>
                    </w:rPr>
                    <w:t xml:space="preserve">NO </w:t>
                  </w:r>
                </w:p>
              </w:tc>
            </w:tr>
          </w:tbl>
          <w:p w14:paraId="35BC6BBD" w14:textId="77777777" w:rsidR="0097296A" w:rsidRPr="007204D9" w:rsidRDefault="0097296A">
            <w:pPr>
              <w:autoSpaceDE w:val="0"/>
              <w:autoSpaceDN w:val="0"/>
              <w:spacing w:after="0" w:line="14" w:lineRule="exact"/>
            </w:pPr>
          </w:p>
        </w:tc>
        <w:tc>
          <w:tcPr>
            <w:tcW w:w="4240" w:type="dxa"/>
            <w:tcMar>
              <w:left w:w="0" w:type="dxa"/>
              <w:right w:w="0" w:type="dxa"/>
            </w:tcMar>
          </w:tcPr>
          <w:p w14:paraId="187DFB05" w14:textId="3D3D7C83" w:rsidR="0097296A" w:rsidRPr="007204D9" w:rsidRDefault="00000000">
            <w:pPr>
              <w:autoSpaceDE w:val="0"/>
              <w:autoSpaceDN w:val="0"/>
              <w:spacing w:before="60" w:after="0" w:line="338" w:lineRule="exact"/>
              <w:ind w:left="54" w:right="1296"/>
            </w:pPr>
            <w:r w:rsidRPr="007204D9">
              <w:rPr>
                <w:color w:val="000000"/>
                <w:sz w:val="24"/>
              </w:rPr>
              <w:t xml:space="preserve">Atendido </w:t>
            </w:r>
            <w:r w:rsidRPr="007204D9">
              <w:br/>
            </w:r>
            <w:r w:rsidRPr="007204D9">
              <w:rPr>
                <w:color w:val="000000"/>
                <w:w w:val="98"/>
                <w:sz w:val="23"/>
              </w:rPr>
              <w:t>Atendido</w:t>
            </w:r>
            <w:r w:rsidR="003A4E39">
              <w:rPr>
                <w:color w:val="000000"/>
                <w:w w:val="98"/>
                <w:sz w:val="23"/>
              </w:rPr>
              <w:t xml:space="preserve"> </w:t>
            </w:r>
            <w:r w:rsidR="003A4E39" w:rsidRPr="007204D9">
              <w:rPr>
                <w:color w:val="000000"/>
                <w:w w:val="101"/>
                <w:sz w:val="23"/>
              </w:rPr>
              <w:t xml:space="preserve">parcialmente </w:t>
            </w:r>
            <w:r w:rsidR="003A4E39" w:rsidRPr="007204D9">
              <w:rPr>
                <w:color w:val="000000"/>
                <w:w w:val="98"/>
                <w:sz w:val="23"/>
              </w:rPr>
              <w:t>não</w:t>
            </w:r>
            <w:r w:rsidR="003A4E39">
              <w:rPr>
                <w:color w:val="000000"/>
                <w:w w:val="98"/>
                <w:sz w:val="23"/>
              </w:rPr>
              <w:t xml:space="preserve"> A</w:t>
            </w:r>
            <w:r w:rsidRPr="007204D9">
              <w:rPr>
                <w:color w:val="000000"/>
                <w:sz w:val="24"/>
              </w:rPr>
              <w:t xml:space="preserve">tendido </w:t>
            </w:r>
            <w:r w:rsidRPr="007204D9">
              <w:br/>
            </w:r>
            <w:r w:rsidRPr="007204D9">
              <w:rPr>
                <w:color w:val="000000"/>
                <w:w w:val="98"/>
                <w:sz w:val="23"/>
              </w:rPr>
              <w:t>Não</w:t>
            </w:r>
            <w:r w:rsidR="003A4E39">
              <w:rPr>
                <w:color w:val="000000"/>
                <w:w w:val="98"/>
                <w:sz w:val="23"/>
              </w:rPr>
              <w:t xml:space="preserve"> </w:t>
            </w:r>
            <w:r w:rsidRPr="007204D9">
              <w:rPr>
                <w:color w:val="000000"/>
                <w:w w:val="101"/>
                <w:sz w:val="23"/>
              </w:rPr>
              <w:t xml:space="preserve">aplicável </w:t>
            </w:r>
            <w:r w:rsidRPr="007204D9">
              <w:br/>
            </w:r>
            <w:r w:rsidRPr="007204D9">
              <w:rPr>
                <w:color w:val="000000"/>
                <w:w w:val="98"/>
                <w:sz w:val="23"/>
              </w:rPr>
              <w:t>Não</w:t>
            </w:r>
            <w:r w:rsidR="003A4E39">
              <w:rPr>
                <w:color w:val="000000"/>
                <w:w w:val="98"/>
                <w:sz w:val="23"/>
              </w:rPr>
              <w:t xml:space="preserve"> </w:t>
            </w:r>
            <w:r w:rsidRPr="007204D9">
              <w:rPr>
                <w:color w:val="000000"/>
                <w:sz w:val="24"/>
              </w:rPr>
              <w:t>observado</w:t>
            </w:r>
          </w:p>
        </w:tc>
      </w:tr>
    </w:tbl>
    <w:p w14:paraId="6F46146D" w14:textId="77777777" w:rsidR="0097296A" w:rsidRPr="007204D9" w:rsidRDefault="00000000">
      <w:pPr>
        <w:autoSpaceDE w:val="0"/>
        <w:autoSpaceDN w:val="0"/>
        <w:spacing w:before="368" w:after="0" w:line="328" w:lineRule="exact"/>
        <w:ind w:left="262" w:right="172" w:firstLine="706"/>
        <w:jc w:val="both"/>
      </w:pPr>
      <w:r w:rsidRPr="007204D9">
        <w:rPr>
          <w:color w:val="000000"/>
          <w:w w:val="98"/>
          <w:sz w:val="25"/>
        </w:rPr>
        <w:t>A fim de possibilitar o diagnóstico qualitativo e para especificar determinadas situações não definidas nos padrões de respostas associadas a cada quesito, todas as perguntas possuem espaços para comentários adicionais, especificações técnicas, análises subjetivas, explanações das variáveis possivelmente identificadas durante o processo de visita ao campo, bem como, a análise crítica do vistoriador. Ainda, devem ser adicionados documentos comprobatórios e de evidência técnica, tais como: fotografias, certif</w:t>
      </w:r>
      <w:r w:rsidRPr="007204D9">
        <w:rPr>
          <w:color w:val="000000"/>
          <w:w w:val="98"/>
          <w:sz w:val="25"/>
        </w:rPr>
        <w:t>icados, declarações, licenças, dentre outros.</w:t>
      </w:r>
    </w:p>
    <w:p w14:paraId="6E8A887D" w14:textId="77777777" w:rsidR="0097296A" w:rsidRPr="007204D9" w:rsidRDefault="00000000">
      <w:pPr>
        <w:autoSpaceDE w:val="0"/>
        <w:autoSpaceDN w:val="0"/>
        <w:spacing w:before="108" w:after="0" w:line="326" w:lineRule="exact"/>
        <w:ind w:left="262" w:right="178" w:firstLine="706"/>
        <w:jc w:val="both"/>
      </w:pPr>
      <w:r w:rsidRPr="007204D9">
        <w:rPr>
          <w:color w:val="000000"/>
          <w:w w:val="98"/>
          <w:sz w:val="25"/>
        </w:rPr>
        <w:t xml:space="preserve">No caso em que o quesito analisado for aplicável em mais de um ambiente no mesmo estádio (por exemplo, dois postos médicos, duas cozinhas, dois </w:t>
      </w:r>
      <w:proofErr w:type="gramStart"/>
      <w:r w:rsidRPr="007204D9">
        <w:rPr>
          <w:color w:val="000000"/>
          <w:w w:val="98"/>
          <w:sz w:val="25"/>
        </w:rPr>
        <w:t>vestiários, etc.</w:t>
      </w:r>
      <w:proofErr w:type="gramEnd"/>
      <w:r w:rsidRPr="007204D9">
        <w:rPr>
          <w:color w:val="000000"/>
          <w:w w:val="98"/>
          <w:sz w:val="25"/>
        </w:rPr>
        <w:t>), o instrumento deve ser aplicado em todos os ambientes observados, repetindo o quesito de acordo com a necessidade.</w:t>
      </w:r>
    </w:p>
    <w:p w14:paraId="53A31D05" w14:textId="77777777" w:rsidR="0097296A" w:rsidRPr="007204D9" w:rsidRDefault="00000000">
      <w:pPr>
        <w:autoSpaceDE w:val="0"/>
        <w:autoSpaceDN w:val="0"/>
        <w:spacing w:before="122" w:after="0" w:line="326" w:lineRule="exact"/>
        <w:ind w:left="262" w:right="174" w:firstLine="706"/>
        <w:jc w:val="both"/>
      </w:pPr>
      <w:r w:rsidRPr="007204D9">
        <w:rPr>
          <w:color w:val="000000"/>
          <w:w w:val="98"/>
          <w:sz w:val="25"/>
        </w:rPr>
        <w:t>Se algum quesito analisado não for observado durante a visita, a alternativa referente a essa pergunta deve ser marcada na opção “NO” (não observado) no instrumento, bem como, vir acompanhada da devida justificativa da não observação deste quesito, no espaço referente aos comentários adicionais.</w:t>
      </w:r>
    </w:p>
    <w:p w14:paraId="339D1B2A" w14:textId="77777777" w:rsidR="0097296A" w:rsidRPr="007204D9" w:rsidRDefault="00000000">
      <w:pPr>
        <w:tabs>
          <w:tab w:val="left" w:pos="968"/>
        </w:tabs>
        <w:autoSpaceDE w:val="0"/>
        <w:autoSpaceDN w:val="0"/>
        <w:spacing w:before="126" w:after="0" w:line="326" w:lineRule="exact"/>
        <w:ind w:left="262" w:right="144"/>
      </w:pPr>
      <w:r w:rsidRPr="007204D9">
        <w:tab/>
      </w:r>
      <w:r w:rsidRPr="007204D9">
        <w:rPr>
          <w:color w:val="000000"/>
          <w:w w:val="98"/>
          <w:sz w:val="25"/>
        </w:rPr>
        <w:t>Os tópicos e quesitos a serem observados em vistoria estão descritos na tabela a seguir.</w:t>
      </w:r>
    </w:p>
    <w:p w14:paraId="2D27E5A3" w14:textId="77777777" w:rsidR="0097296A" w:rsidRPr="007204D9" w:rsidRDefault="00000000">
      <w:pPr>
        <w:autoSpaceDE w:val="0"/>
        <w:autoSpaceDN w:val="0"/>
        <w:spacing w:before="566" w:after="0" w:line="266" w:lineRule="exact"/>
        <w:ind w:right="496"/>
        <w:jc w:val="right"/>
      </w:pPr>
      <w:r w:rsidRPr="007204D9">
        <w:rPr>
          <w:color w:val="000000"/>
          <w:sz w:val="24"/>
        </w:rPr>
        <w:t>1</w:t>
      </w:r>
    </w:p>
    <w:p w14:paraId="6EA16DB6" w14:textId="77777777" w:rsidR="0097296A" w:rsidRPr="007204D9" w:rsidRDefault="0097296A">
      <w:pPr>
        <w:sectPr w:rsidR="0097296A" w:rsidRPr="007204D9">
          <w:pgSz w:w="11906" w:h="16838"/>
          <w:pgMar w:top="340" w:right="1440" w:bottom="340" w:left="1440" w:header="720" w:footer="720" w:gutter="0"/>
          <w:cols w:space="720"/>
          <w:docGrid w:linePitch="360"/>
        </w:sectPr>
      </w:pPr>
    </w:p>
    <w:p w14:paraId="41FAD49B" w14:textId="77777777" w:rsidR="0097296A" w:rsidRPr="007204D9" w:rsidRDefault="0097296A">
      <w:pPr>
        <w:autoSpaceDE w:val="0"/>
        <w:autoSpaceDN w:val="0"/>
        <w:spacing w:after="660" w:line="220" w:lineRule="exact"/>
      </w:pPr>
    </w:p>
    <w:tbl>
      <w:tblPr>
        <w:tblW w:w="0" w:type="auto"/>
        <w:tblInd w:w="4" w:type="dxa"/>
        <w:tblLayout w:type="fixed"/>
        <w:tblLook w:val="04A0" w:firstRow="1" w:lastRow="0" w:firstColumn="1" w:lastColumn="0" w:noHBand="0" w:noVBand="1"/>
      </w:tblPr>
      <w:tblGrid>
        <w:gridCol w:w="5250"/>
        <w:gridCol w:w="5386"/>
      </w:tblGrid>
      <w:tr w:rsidR="0097296A" w:rsidRPr="007204D9" w14:paraId="798647E3" w14:textId="77777777">
        <w:trPr>
          <w:trHeight w:val="880"/>
        </w:trPr>
        <w:tc>
          <w:tcPr>
            <w:tcW w:w="10636" w:type="dxa"/>
            <w:gridSpan w:val="2"/>
            <w:tcBorders>
              <w:top w:val="single" w:sz="3" w:space="0" w:color="auto"/>
              <w:left w:val="single" w:sz="4" w:space="0" w:color="auto"/>
              <w:bottom w:val="single" w:sz="4" w:space="0" w:color="auto"/>
              <w:right w:val="single" w:sz="3" w:space="0" w:color="auto"/>
            </w:tcBorders>
            <w:tcMar>
              <w:left w:w="0" w:type="dxa"/>
              <w:right w:w="0" w:type="dxa"/>
            </w:tcMar>
          </w:tcPr>
          <w:p w14:paraId="4EBB10F4" w14:textId="77777777" w:rsidR="0097296A" w:rsidRPr="007204D9" w:rsidRDefault="00000000">
            <w:pPr>
              <w:autoSpaceDE w:val="0"/>
              <w:autoSpaceDN w:val="0"/>
              <w:spacing w:before="18" w:after="0" w:line="422" w:lineRule="exact"/>
              <w:ind w:left="2592" w:right="2592"/>
              <w:jc w:val="center"/>
            </w:pPr>
            <w:r w:rsidRPr="007204D9">
              <w:rPr>
                <w:color w:val="000000"/>
                <w:w w:val="102"/>
                <w:sz w:val="19"/>
              </w:rPr>
              <w:t xml:space="preserve">VISTORIA </w:t>
            </w:r>
            <w:r w:rsidRPr="007204D9">
              <w:br/>
            </w:r>
            <w:r w:rsidRPr="007204D9">
              <w:rPr>
                <w:color w:val="000000"/>
                <w:w w:val="98"/>
                <w:sz w:val="18"/>
              </w:rPr>
              <w:t>TÓPICOS A SEREM OBSERVADOS NAS SEGUINTES ÁREAS</w:t>
            </w:r>
          </w:p>
        </w:tc>
      </w:tr>
      <w:tr w:rsidR="0097296A" w:rsidRPr="007204D9" w14:paraId="52C4B8CA" w14:textId="77777777">
        <w:trPr>
          <w:trHeight w:val="12060"/>
        </w:trPr>
        <w:tc>
          <w:tcPr>
            <w:tcW w:w="5250" w:type="dxa"/>
            <w:tcBorders>
              <w:top w:val="single" w:sz="4" w:space="0" w:color="auto"/>
              <w:left w:val="single" w:sz="4" w:space="0" w:color="auto"/>
              <w:bottom w:val="single" w:sz="4" w:space="0" w:color="auto"/>
              <w:right w:val="single" w:sz="4" w:space="0" w:color="auto"/>
            </w:tcBorders>
            <w:tcMar>
              <w:left w:w="0" w:type="dxa"/>
              <w:right w:w="0" w:type="dxa"/>
            </w:tcMar>
          </w:tcPr>
          <w:p w14:paraId="2F80DB35" w14:textId="7DF2DA5B" w:rsidR="0097296A" w:rsidRPr="007204D9" w:rsidRDefault="00000000">
            <w:pPr>
              <w:tabs>
                <w:tab w:val="left" w:pos="468"/>
              </w:tabs>
              <w:autoSpaceDE w:val="0"/>
              <w:autoSpaceDN w:val="0"/>
              <w:spacing w:before="140" w:after="0" w:line="298" w:lineRule="exact"/>
              <w:ind w:left="108" w:right="288"/>
            </w:pPr>
            <w:r w:rsidRPr="007204D9">
              <w:rPr>
                <w:color w:val="000000"/>
                <w:w w:val="102"/>
                <w:sz w:val="16"/>
              </w:rPr>
              <w:t>1.</w:t>
            </w:r>
            <w:r w:rsidR="007204D9" w:rsidRPr="007204D9">
              <w:rPr>
                <w:color w:val="000000"/>
                <w:w w:val="102"/>
                <w:sz w:val="16"/>
              </w:rPr>
              <w:t xml:space="preserve"> </w:t>
            </w:r>
            <w:r w:rsidRPr="007204D9">
              <w:rPr>
                <w:color w:val="000000"/>
                <w:w w:val="102"/>
                <w:sz w:val="18"/>
              </w:rPr>
              <w:t>Instalações</w:t>
            </w:r>
            <w:r w:rsidR="007204D9" w:rsidRPr="007204D9">
              <w:rPr>
                <w:color w:val="000000"/>
                <w:w w:val="102"/>
                <w:sz w:val="18"/>
              </w:rPr>
              <w:t xml:space="preserve"> </w:t>
            </w:r>
            <w:r w:rsidRPr="007204D9">
              <w:rPr>
                <w:color w:val="000000"/>
                <w:w w:val="102"/>
                <w:sz w:val="18"/>
              </w:rPr>
              <w:t>Sanitárias</w:t>
            </w:r>
            <w:r w:rsidR="007204D9" w:rsidRPr="007204D9">
              <w:rPr>
                <w:color w:val="000000"/>
                <w:w w:val="102"/>
                <w:sz w:val="18"/>
              </w:rPr>
              <w:t xml:space="preserve"> </w:t>
            </w:r>
            <w:r w:rsidRPr="007204D9">
              <w:rPr>
                <w:color w:val="000000"/>
                <w:w w:val="102"/>
                <w:sz w:val="18"/>
              </w:rPr>
              <w:t>e</w:t>
            </w:r>
            <w:r w:rsidR="007204D9" w:rsidRPr="007204D9">
              <w:rPr>
                <w:color w:val="000000"/>
                <w:w w:val="102"/>
                <w:sz w:val="18"/>
              </w:rPr>
              <w:t xml:space="preserve"> </w:t>
            </w:r>
            <w:r w:rsidRPr="007204D9">
              <w:rPr>
                <w:color w:val="000000"/>
                <w:w w:val="102"/>
                <w:sz w:val="18"/>
              </w:rPr>
              <w:t xml:space="preserve">Efluentes </w:t>
            </w:r>
            <w:r w:rsidR="007204D9" w:rsidRPr="007204D9">
              <w:rPr>
                <w:color w:val="000000"/>
                <w:w w:val="102"/>
                <w:sz w:val="18"/>
              </w:rPr>
              <w:br/>
            </w:r>
            <w:r w:rsidRPr="007204D9">
              <w:br/>
            </w:r>
            <w:r w:rsidRPr="007204D9">
              <w:rPr>
                <w:color w:val="000000"/>
                <w:sz w:val="23"/>
              </w:rPr>
              <w:t xml:space="preserve">a) </w:t>
            </w:r>
            <w:r w:rsidRPr="007204D9">
              <w:rPr>
                <w:color w:val="000000"/>
                <w:w w:val="101"/>
                <w:sz w:val="20"/>
              </w:rPr>
              <w:t xml:space="preserve">Quantidade de sanitários, lavatórios e mictórios; </w:t>
            </w:r>
            <w:r w:rsidR="007204D9" w:rsidRPr="007204D9">
              <w:rPr>
                <w:color w:val="000000"/>
                <w:w w:val="101"/>
                <w:sz w:val="20"/>
              </w:rPr>
              <w:br/>
            </w:r>
            <w:r w:rsidRPr="007204D9">
              <w:rPr>
                <w:color w:val="000000"/>
                <w:sz w:val="23"/>
              </w:rPr>
              <w:t xml:space="preserve">b) </w:t>
            </w:r>
            <w:r w:rsidRPr="007204D9">
              <w:rPr>
                <w:color w:val="000000"/>
                <w:sz w:val="20"/>
              </w:rPr>
              <w:t xml:space="preserve">Condições de limpeza dos banheiros; </w:t>
            </w:r>
            <w:r w:rsidRPr="007204D9">
              <w:br/>
            </w:r>
            <w:r w:rsidRPr="007204D9">
              <w:rPr>
                <w:color w:val="000000"/>
                <w:sz w:val="23"/>
              </w:rPr>
              <w:t xml:space="preserve">c) </w:t>
            </w:r>
            <w:r w:rsidRPr="007204D9">
              <w:rPr>
                <w:color w:val="000000"/>
                <w:w w:val="101"/>
                <w:sz w:val="20"/>
              </w:rPr>
              <w:t xml:space="preserve">Presença de sanitários destinados a deficientes </w:t>
            </w:r>
            <w:r w:rsidRPr="007204D9">
              <w:tab/>
            </w:r>
            <w:r w:rsidRPr="007204D9">
              <w:rPr>
                <w:color w:val="000000"/>
                <w:w w:val="101"/>
                <w:sz w:val="20"/>
              </w:rPr>
              <w:t xml:space="preserve">físicos; </w:t>
            </w:r>
            <w:r w:rsidRPr="007204D9">
              <w:br/>
            </w:r>
            <w:r w:rsidRPr="007204D9">
              <w:rPr>
                <w:color w:val="000000"/>
                <w:sz w:val="23"/>
              </w:rPr>
              <w:t xml:space="preserve">d) </w:t>
            </w:r>
            <w:r w:rsidRPr="007204D9">
              <w:rPr>
                <w:color w:val="000000"/>
                <w:sz w:val="20"/>
              </w:rPr>
              <w:t xml:space="preserve">Lixeiras; </w:t>
            </w:r>
            <w:r w:rsidRPr="007204D9">
              <w:br/>
            </w:r>
            <w:r w:rsidRPr="007204D9">
              <w:rPr>
                <w:color w:val="000000"/>
                <w:sz w:val="23"/>
              </w:rPr>
              <w:t xml:space="preserve">e) </w:t>
            </w:r>
            <w:r w:rsidRPr="007204D9">
              <w:rPr>
                <w:color w:val="000000"/>
                <w:w w:val="101"/>
                <w:sz w:val="20"/>
              </w:rPr>
              <w:t xml:space="preserve">Equipamentos e instalações para materiais de </w:t>
            </w:r>
            <w:r w:rsidRPr="007204D9">
              <w:tab/>
            </w:r>
            <w:r w:rsidRPr="007204D9">
              <w:rPr>
                <w:color w:val="000000"/>
                <w:w w:val="101"/>
                <w:sz w:val="20"/>
              </w:rPr>
              <w:t xml:space="preserve">higiene; </w:t>
            </w:r>
            <w:r w:rsidRPr="007204D9">
              <w:br/>
            </w:r>
            <w:r w:rsidRPr="007204D9">
              <w:rPr>
                <w:color w:val="000000"/>
                <w:sz w:val="23"/>
              </w:rPr>
              <w:t xml:space="preserve">f) </w:t>
            </w:r>
            <w:r w:rsidRPr="007204D9">
              <w:tab/>
            </w:r>
            <w:r w:rsidRPr="007204D9">
              <w:rPr>
                <w:color w:val="000000"/>
                <w:sz w:val="20"/>
              </w:rPr>
              <w:t xml:space="preserve">Tipo de tratamento de efluente; </w:t>
            </w:r>
            <w:r w:rsidRPr="007204D9">
              <w:br/>
            </w:r>
            <w:r w:rsidRPr="007204D9">
              <w:rPr>
                <w:color w:val="000000"/>
                <w:sz w:val="23"/>
              </w:rPr>
              <w:t xml:space="preserve">g) </w:t>
            </w:r>
            <w:r w:rsidRPr="007204D9">
              <w:rPr>
                <w:color w:val="000000"/>
                <w:sz w:val="20"/>
              </w:rPr>
              <w:t xml:space="preserve">Caixas de passagem, gordura e esgoto; </w:t>
            </w:r>
            <w:r w:rsidRPr="007204D9">
              <w:br/>
            </w:r>
            <w:r w:rsidRPr="007204D9">
              <w:rPr>
                <w:color w:val="000000"/>
                <w:sz w:val="23"/>
              </w:rPr>
              <w:t xml:space="preserve">h) </w:t>
            </w:r>
            <w:r w:rsidRPr="007204D9">
              <w:rPr>
                <w:color w:val="000000"/>
                <w:sz w:val="20"/>
              </w:rPr>
              <w:t xml:space="preserve">Presença de ventilação. </w:t>
            </w:r>
          </w:p>
          <w:p w14:paraId="7D6650F3" w14:textId="25064E34" w:rsidR="0097296A" w:rsidRPr="007204D9" w:rsidRDefault="00000000">
            <w:pPr>
              <w:tabs>
                <w:tab w:val="left" w:pos="468"/>
              </w:tabs>
              <w:autoSpaceDE w:val="0"/>
              <w:autoSpaceDN w:val="0"/>
              <w:spacing w:before="426" w:after="0" w:line="284" w:lineRule="exact"/>
              <w:ind w:left="108" w:right="432"/>
            </w:pPr>
            <w:r w:rsidRPr="007204D9">
              <w:rPr>
                <w:color w:val="000000"/>
                <w:w w:val="102"/>
                <w:sz w:val="18"/>
              </w:rPr>
              <w:t>2.</w:t>
            </w:r>
            <w:r w:rsidR="007204D9" w:rsidRPr="007204D9">
              <w:rPr>
                <w:color w:val="000000"/>
                <w:w w:val="102"/>
                <w:sz w:val="18"/>
              </w:rPr>
              <w:t xml:space="preserve"> </w:t>
            </w:r>
            <w:r w:rsidRPr="007204D9">
              <w:rPr>
                <w:color w:val="000000"/>
                <w:sz w:val="19"/>
              </w:rPr>
              <w:t xml:space="preserve">Instalações Prediais e Circulações e </w:t>
            </w:r>
            <w:r w:rsidRPr="007204D9">
              <w:br/>
            </w:r>
            <w:r w:rsidRPr="007204D9">
              <w:rPr>
                <w:color w:val="000000"/>
                <w:sz w:val="19"/>
              </w:rPr>
              <w:t xml:space="preserve">Gerenciamento de Resíduos Sólidos Urbanos </w:t>
            </w:r>
            <w:r w:rsidR="007204D9" w:rsidRPr="007204D9">
              <w:rPr>
                <w:color w:val="000000"/>
                <w:sz w:val="19"/>
              </w:rPr>
              <w:br/>
            </w:r>
            <w:r w:rsidR="007204D9" w:rsidRPr="007204D9">
              <w:rPr>
                <w:color w:val="000000"/>
                <w:sz w:val="19"/>
              </w:rPr>
              <w:br/>
            </w:r>
            <w:r w:rsidRPr="007204D9">
              <w:rPr>
                <w:color w:val="000000"/>
                <w:sz w:val="23"/>
              </w:rPr>
              <w:t xml:space="preserve">a) </w:t>
            </w:r>
            <w:r w:rsidRPr="007204D9">
              <w:rPr>
                <w:color w:val="000000"/>
                <w:w w:val="101"/>
                <w:sz w:val="20"/>
              </w:rPr>
              <w:t xml:space="preserve">Condições de limpeza do estádio; </w:t>
            </w:r>
            <w:r w:rsidRPr="007204D9">
              <w:br/>
            </w:r>
            <w:r w:rsidRPr="007204D9">
              <w:rPr>
                <w:color w:val="000000"/>
                <w:sz w:val="23"/>
              </w:rPr>
              <w:t xml:space="preserve">b) </w:t>
            </w:r>
            <w:r w:rsidRPr="007204D9">
              <w:rPr>
                <w:color w:val="000000"/>
                <w:w w:val="101"/>
                <w:sz w:val="20"/>
              </w:rPr>
              <w:t xml:space="preserve">Condições de limpeza e conservação dos </w:t>
            </w:r>
            <w:r w:rsidRPr="007204D9">
              <w:tab/>
            </w:r>
            <w:r w:rsidRPr="007204D9">
              <w:rPr>
                <w:color w:val="000000"/>
                <w:w w:val="101"/>
                <w:sz w:val="20"/>
              </w:rPr>
              <w:t xml:space="preserve">condicionadores de ar; </w:t>
            </w:r>
            <w:r w:rsidRPr="007204D9">
              <w:br/>
            </w:r>
            <w:r w:rsidRPr="007204D9">
              <w:rPr>
                <w:color w:val="000000"/>
                <w:sz w:val="23"/>
              </w:rPr>
              <w:t xml:space="preserve">c) </w:t>
            </w:r>
            <w:r w:rsidRPr="007204D9">
              <w:rPr>
                <w:color w:val="000000"/>
                <w:w w:val="101"/>
                <w:sz w:val="20"/>
              </w:rPr>
              <w:t xml:space="preserve">Local para disposição dos resíduos sólidos do </w:t>
            </w:r>
            <w:r w:rsidRPr="007204D9">
              <w:tab/>
            </w:r>
            <w:r w:rsidRPr="007204D9">
              <w:rPr>
                <w:color w:val="000000"/>
                <w:w w:val="101"/>
                <w:sz w:val="20"/>
              </w:rPr>
              <w:t>estádio que aguardam coleta.</w:t>
            </w:r>
          </w:p>
          <w:p w14:paraId="593C6C2B" w14:textId="68AFE179" w:rsidR="0097296A" w:rsidRPr="007204D9" w:rsidRDefault="00000000">
            <w:pPr>
              <w:tabs>
                <w:tab w:val="left" w:pos="468"/>
              </w:tabs>
              <w:autoSpaceDE w:val="0"/>
              <w:autoSpaceDN w:val="0"/>
              <w:spacing w:before="434" w:after="0" w:line="292" w:lineRule="exact"/>
              <w:ind w:left="108" w:right="144"/>
            </w:pPr>
            <w:r w:rsidRPr="007204D9">
              <w:rPr>
                <w:color w:val="000000"/>
                <w:w w:val="102"/>
                <w:sz w:val="16"/>
              </w:rPr>
              <w:t>3.</w:t>
            </w:r>
            <w:r w:rsidRPr="007204D9">
              <w:rPr>
                <w:color w:val="000000"/>
                <w:sz w:val="19"/>
              </w:rPr>
              <w:t xml:space="preserve">Instalações e Higiene das Áreas de Manipulação </w:t>
            </w:r>
            <w:r w:rsidRPr="007204D9">
              <w:rPr>
                <w:color w:val="000000"/>
                <w:sz w:val="20"/>
              </w:rPr>
              <w:t xml:space="preserve">de Alimentos </w:t>
            </w:r>
            <w:r w:rsidR="007204D9" w:rsidRPr="007204D9">
              <w:rPr>
                <w:color w:val="000000"/>
                <w:sz w:val="20"/>
              </w:rPr>
              <w:br/>
            </w:r>
            <w:r w:rsidRPr="007204D9">
              <w:br/>
            </w:r>
            <w:r w:rsidRPr="007204D9">
              <w:rPr>
                <w:color w:val="000000"/>
                <w:sz w:val="23"/>
              </w:rPr>
              <w:t xml:space="preserve">a) </w:t>
            </w:r>
            <w:r w:rsidRPr="007204D9">
              <w:rPr>
                <w:color w:val="000000"/>
                <w:sz w:val="20"/>
              </w:rPr>
              <w:t xml:space="preserve">Condições de limpeza nas cozinhas, bares, </w:t>
            </w:r>
            <w:r w:rsidRPr="007204D9">
              <w:br/>
            </w:r>
            <w:r w:rsidRPr="007204D9">
              <w:tab/>
            </w:r>
            <w:r w:rsidRPr="007204D9">
              <w:rPr>
                <w:color w:val="000000"/>
                <w:w w:val="101"/>
                <w:sz w:val="20"/>
              </w:rPr>
              <w:t xml:space="preserve">quiosques e / ou lanchonetes; </w:t>
            </w:r>
            <w:r w:rsidRPr="007204D9">
              <w:br/>
            </w:r>
            <w:r w:rsidRPr="007204D9">
              <w:rPr>
                <w:color w:val="000000"/>
                <w:sz w:val="23"/>
              </w:rPr>
              <w:t xml:space="preserve">b) </w:t>
            </w:r>
            <w:r w:rsidRPr="007204D9">
              <w:rPr>
                <w:color w:val="000000"/>
                <w:sz w:val="20"/>
              </w:rPr>
              <w:t xml:space="preserve">Utensílios e equipamentos; </w:t>
            </w:r>
            <w:r w:rsidRPr="007204D9">
              <w:br/>
            </w:r>
            <w:r w:rsidRPr="007204D9">
              <w:rPr>
                <w:color w:val="000000"/>
                <w:sz w:val="23"/>
              </w:rPr>
              <w:t xml:space="preserve">c) </w:t>
            </w:r>
            <w:r w:rsidRPr="007204D9">
              <w:rPr>
                <w:color w:val="000000"/>
                <w:w w:val="101"/>
                <w:sz w:val="20"/>
              </w:rPr>
              <w:t>Presença de caixa de gordura ou de esgoto;</w:t>
            </w:r>
          </w:p>
          <w:p w14:paraId="7E0E8B0E" w14:textId="38B5D415" w:rsidR="0097296A" w:rsidRPr="007204D9" w:rsidRDefault="00000000">
            <w:pPr>
              <w:tabs>
                <w:tab w:val="left" w:pos="468"/>
              </w:tabs>
              <w:autoSpaceDE w:val="0"/>
              <w:autoSpaceDN w:val="0"/>
              <w:spacing w:before="412" w:after="0" w:line="298" w:lineRule="exact"/>
              <w:ind w:left="108"/>
            </w:pPr>
            <w:r w:rsidRPr="007204D9">
              <w:rPr>
                <w:color w:val="000000"/>
                <w:w w:val="102"/>
                <w:sz w:val="18"/>
              </w:rPr>
              <w:t>4.</w:t>
            </w:r>
            <w:r w:rsidRPr="007204D9">
              <w:rPr>
                <w:color w:val="000000"/>
                <w:sz w:val="19"/>
              </w:rPr>
              <w:t>Produção e</w:t>
            </w:r>
            <w:r w:rsidR="003A4E39">
              <w:rPr>
                <w:color w:val="000000"/>
                <w:sz w:val="19"/>
              </w:rPr>
              <w:t xml:space="preserve"> </w:t>
            </w:r>
            <w:r w:rsidRPr="007204D9">
              <w:rPr>
                <w:color w:val="000000"/>
                <w:sz w:val="19"/>
              </w:rPr>
              <w:t>Manipulação de</w:t>
            </w:r>
            <w:r w:rsidR="003A4E39">
              <w:rPr>
                <w:color w:val="000000"/>
                <w:sz w:val="19"/>
              </w:rPr>
              <w:t xml:space="preserve"> </w:t>
            </w:r>
            <w:r w:rsidRPr="007204D9">
              <w:rPr>
                <w:color w:val="000000"/>
                <w:sz w:val="19"/>
              </w:rPr>
              <w:t xml:space="preserve">Alimentos </w:t>
            </w:r>
            <w:r w:rsidR="007204D9" w:rsidRPr="007204D9">
              <w:rPr>
                <w:color w:val="000000"/>
                <w:sz w:val="19"/>
              </w:rPr>
              <w:br/>
            </w:r>
            <w:r w:rsidRPr="007204D9">
              <w:br/>
            </w:r>
            <w:r w:rsidRPr="007204D9">
              <w:rPr>
                <w:color w:val="000000"/>
                <w:sz w:val="23"/>
              </w:rPr>
              <w:t xml:space="preserve">a) </w:t>
            </w:r>
            <w:r w:rsidRPr="007204D9">
              <w:rPr>
                <w:color w:val="000000"/>
                <w:w w:val="101"/>
                <w:sz w:val="20"/>
              </w:rPr>
              <w:t xml:space="preserve">Processos de limpeza e desinfecção de verduras e </w:t>
            </w:r>
            <w:r w:rsidRPr="007204D9">
              <w:tab/>
            </w:r>
            <w:r w:rsidRPr="007204D9">
              <w:rPr>
                <w:color w:val="000000"/>
                <w:w w:val="101"/>
                <w:sz w:val="20"/>
              </w:rPr>
              <w:t xml:space="preserve">legumes; </w:t>
            </w:r>
            <w:r w:rsidRPr="007204D9">
              <w:br/>
            </w:r>
            <w:r w:rsidRPr="007204D9">
              <w:rPr>
                <w:color w:val="000000"/>
                <w:sz w:val="23"/>
              </w:rPr>
              <w:t xml:space="preserve">b) </w:t>
            </w:r>
            <w:r w:rsidRPr="007204D9">
              <w:rPr>
                <w:color w:val="000000"/>
                <w:sz w:val="20"/>
              </w:rPr>
              <w:t xml:space="preserve">Capacitação dos manipuladores; </w:t>
            </w:r>
            <w:r w:rsidRPr="007204D9">
              <w:br/>
            </w:r>
            <w:r w:rsidRPr="007204D9">
              <w:rPr>
                <w:color w:val="000000"/>
                <w:sz w:val="23"/>
              </w:rPr>
              <w:t xml:space="preserve">c) </w:t>
            </w:r>
            <w:r w:rsidRPr="007204D9">
              <w:rPr>
                <w:color w:val="000000"/>
                <w:sz w:val="20"/>
              </w:rPr>
              <w:t xml:space="preserve">Destinação dos resíduos de cozinha; </w:t>
            </w:r>
            <w:r w:rsidRPr="007204D9">
              <w:br/>
            </w:r>
            <w:r w:rsidRPr="007204D9">
              <w:rPr>
                <w:color w:val="000000"/>
                <w:sz w:val="23"/>
              </w:rPr>
              <w:t xml:space="preserve">d) </w:t>
            </w:r>
            <w:r w:rsidRPr="007204D9">
              <w:rPr>
                <w:color w:val="000000"/>
                <w:w w:val="101"/>
                <w:sz w:val="20"/>
              </w:rPr>
              <w:t xml:space="preserve">Armazenamento dos produtos; </w:t>
            </w:r>
            <w:r w:rsidRPr="007204D9">
              <w:br/>
            </w:r>
            <w:r w:rsidRPr="007204D9">
              <w:rPr>
                <w:color w:val="000000"/>
                <w:sz w:val="23"/>
              </w:rPr>
              <w:t xml:space="preserve">e) </w:t>
            </w:r>
            <w:r w:rsidRPr="007204D9">
              <w:rPr>
                <w:color w:val="000000"/>
                <w:sz w:val="20"/>
              </w:rPr>
              <w:t xml:space="preserve">Local de exposição para a venda; </w:t>
            </w:r>
            <w:r w:rsidRPr="007204D9">
              <w:br/>
            </w:r>
            <w:r w:rsidRPr="007204D9">
              <w:rPr>
                <w:color w:val="000000"/>
                <w:sz w:val="23"/>
              </w:rPr>
              <w:t xml:space="preserve">f) </w:t>
            </w:r>
            <w:r w:rsidRPr="007204D9">
              <w:rPr>
                <w:color w:val="000000"/>
                <w:w w:val="101"/>
                <w:sz w:val="20"/>
              </w:rPr>
              <w:t xml:space="preserve">Presença do manual de boas práticas e </w:t>
            </w:r>
            <w:r w:rsidRPr="007204D9">
              <w:br/>
            </w:r>
            <w:r w:rsidRPr="007204D9">
              <w:tab/>
            </w:r>
            <w:r w:rsidRPr="007204D9">
              <w:rPr>
                <w:color w:val="000000"/>
                <w:w w:val="101"/>
                <w:sz w:val="20"/>
              </w:rPr>
              <w:t xml:space="preserve">procedimentos padronizados; </w:t>
            </w:r>
            <w:r w:rsidRPr="007204D9">
              <w:br/>
            </w:r>
            <w:r w:rsidRPr="007204D9">
              <w:rPr>
                <w:color w:val="000000"/>
                <w:sz w:val="23"/>
              </w:rPr>
              <w:t xml:space="preserve">g) </w:t>
            </w:r>
            <w:r w:rsidRPr="007204D9">
              <w:rPr>
                <w:color w:val="000000"/>
                <w:w w:val="101"/>
                <w:sz w:val="20"/>
              </w:rPr>
              <w:t>Armazenamento de utensílios de cozinha.</w:t>
            </w:r>
          </w:p>
        </w:tc>
        <w:tc>
          <w:tcPr>
            <w:tcW w:w="5386" w:type="dxa"/>
            <w:tcBorders>
              <w:top w:val="single" w:sz="4" w:space="0" w:color="auto"/>
              <w:left w:val="single" w:sz="4" w:space="0" w:color="auto"/>
              <w:bottom w:val="single" w:sz="4" w:space="0" w:color="auto"/>
              <w:right w:val="single" w:sz="3" w:space="0" w:color="auto"/>
            </w:tcBorders>
            <w:tcMar>
              <w:left w:w="0" w:type="dxa"/>
              <w:right w:w="0" w:type="dxa"/>
            </w:tcMar>
          </w:tcPr>
          <w:p w14:paraId="0EF98556" w14:textId="7B2DA165" w:rsidR="0097296A" w:rsidRPr="007204D9" w:rsidRDefault="00000000">
            <w:pPr>
              <w:tabs>
                <w:tab w:val="left" w:pos="468"/>
              </w:tabs>
              <w:autoSpaceDE w:val="0"/>
              <w:autoSpaceDN w:val="0"/>
              <w:spacing w:before="144" w:after="0" w:line="296" w:lineRule="exact"/>
              <w:ind w:left="108" w:right="720"/>
            </w:pPr>
            <w:r w:rsidRPr="007204D9">
              <w:rPr>
                <w:color w:val="000000"/>
                <w:w w:val="102"/>
                <w:sz w:val="18"/>
              </w:rPr>
              <w:t>5.</w:t>
            </w:r>
            <w:r w:rsidR="007204D9" w:rsidRPr="007204D9">
              <w:rPr>
                <w:color w:val="000000"/>
                <w:w w:val="102"/>
                <w:sz w:val="18"/>
              </w:rPr>
              <w:t xml:space="preserve"> </w:t>
            </w:r>
            <w:r w:rsidRPr="007204D9">
              <w:rPr>
                <w:color w:val="000000"/>
                <w:sz w:val="19"/>
              </w:rPr>
              <w:t xml:space="preserve">Água </w:t>
            </w:r>
            <w:r w:rsidRPr="007204D9">
              <w:rPr>
                <w:color w:val="000000"/>
                <w:sz w:val="20"/>
              </w:rPr>
              <w:t xml:space="preserve">Potável </w:t>
            </w:r>
            <w:r w:rsidR="007204D9" w:rsidRPr="007204D9">
              <w:rPr>
                <w:color w:val="000000"/>
                <w:sz w:val="20"/>
              </w:rPr>
              <w:br/>
            </w:r>
            <w:r w:rsidRPr="007204D9">
              <w:br/>
            </w:r>
            <w:r w:rsidRPr="007204D9">
              <w:rPr>
                <w:color w:val="000000"/>
                <w:sz w:val="23"/>
              </w:rPr>
              <w:t xml:space="preserve">a) </w:t>
            </w:r>
            <w:r w:rsidRPr="007204D9">
              <w:rPr>
                <w:color w:val="000000"/>
                <w:sz w:val="20"/>
              </w:rPr>
              <w:t xml:space="preserve">Tipo de Sistema de Armazenamento; </w:t>
            </w:r>
            <w:r w:rsidRPr="007204D9">
              <w:br/>
            </w:r>
            <w:r w:rsidRPr="007204D9">
              <w:rPr>
                <w:color w:val="000000"/>
                <w:sz w:val="23"/>
              </w:rPr>
              <w:t xml:space="preserve">b) </w:t>
            </w:r>
            <w:r w:rsidRPr="007204D9">
              <w:rPr>
                <w:color w:val="000000"/>
                <w:sz w:val="20"/>
              </w:rPr>
              <w:t xml:space="preserve">Reservatórios de água potável (capacidade e </w:t>
            </w:r>
            <w:r w:rsidRPr="007204D9">
              <w:tab/>
            </w:r>
            <w:r w:rsidRPr="007204D9">
              <w:rPr>
                <w:color w:val="000000"/>
                <w:w w:val="101"/>
                <w:sz w:val="20"/>
              </w:rPr>
              <w:t xml:space="preserve">condições estruturais); </w:t>
            </w:r>
            <w:r w:rsidRPr="007204D9">
              <w:br/>
            </w:r>
            <w:r w:rsidRPr="007204D9">
              <w:rPr>
                <w:color w:val="000000"/>
                <w:sz w:val="23"/>
              </w:rPr>
              <w:t xml:space="preserve">c) </w:t>
            </w:r>
            <w:r w:rsidRPr="007204D9">
              <w:rPr>
                <w:color w:val="000000"/>
                <w:sz w:val="20"/>
              </w:rPr>
              <w:t xml:space="preserve">Presença de bebedouros e sua higienização. </w:t>
            </w:r>
          </w:p>
          <w:p w14:paraId="157CE16D" w14:textId="77777777" w:rsidR="0097296A" w:rsidRPr="007204D9" w:rsidRDefault="00000000">
            <w:pPr>
              <w:autoSpaceDE w:val="0"/>
              <w:autoSpaceDN w:val="0"/>
              <w:spacing w:before="40" w:after="0" w:line="268" w:lineRule="exact"/>
              <w:ind w:left="108"/>
            </w:pPr>
            <w:r w:rsidRPr="007204D9">
              <w:rPr>
                <w:color w:val="000000"/>
                <w:sz w:val="23"/>
              </w:rPr>
              <w:t xml:space="preserve">d) </w:t>
            </w:r>
            <w:r w:rsidRPr="007204D9">
              <w:rPr>
                <w:color w:val="000000"/>
                <w:w w:val="101"/>
                <w:sz w:val="20"/>
              </w:rPr>
              <w:t>Laudo de potabilidade e outorga;</w:t>
            </w:r>
          </w:p>
          <w:p w14:paraId="72E0DA60" w14:textId="2095A2BE" w:rsidR="0097296A" w:rsidRPr="007204D9" w:rsidRDefault="00000000">
            <w:pPr>
              <w:tabs>
                <w:tab w:val="left" w:pos="468"/>
              </w:tabs>
              <w:autoSpaceDE w:val="0"/>
              <w:autoSpaceDN w:val="0"/>
              <w:spacing w:before="144" w:after="0" w:line="294" w:lineRule="exact"/>
              <w:ind w:left="108" w:right="144"/>
            </w:pPr>
            <w:r w:rsidRPr="007204D9">
              <w:rPr>
                <w:color w:val="000000"/>
                <w:w w:val="102"/>
                <w:sz w:val="18"/>
              </w:rPr>
              <w:t>6.</w:t>
            </w:r>
            <w:r w:rsidRPr="007204D9">
              <w:rPr>
                <w:color w:val="000000"/>
                <w:sz w:val="20"/>
              </w:rPr>
              <w:t>Saúde</w:t>
            </w:r>
            <w:r w:rsidR="007204D9" w:rsidRPr="007204D9">
              <w:rPr>
                <w:color w:val="000000"/>
                <w:sz w:val="20"/>
              </w:rPr>
              <w:br/>
            </w:r>
            <w:r w:rsidRPr="007204D9">
              <w:rPr>
                <w:color w:val="000000"/>
                <w:sz w:val="20"/>
              </w:rPr>
              <w:t xml:space="preserve"> </w:t>
            </w:r>
            <w:r w:rsidRPr="007204D9">
              <w:br/>
            </w:r>
            <w:r w:rsidRPr="007204D9">
              <w:rPr>
                <w:color w:val="000000"/>
                <w:sz w:val="23"/>
              </w:rPr>
              <w:t xml:space="preserve">a) </w:t>
            </w:r>
            <w:r w:rsidRPr="007204D9">
              <w:rPr>
                <w:color w:val="000000"/>
                <w:w w:val="101"/>
                <w:sz w:val="20"/>
              </w:rPr>
              <w:t xml:space="preserve">Local do atendimento médico </w:t>
            </w:r>
            <w:r w:rsidRPr="007204D9">
              <w:br/>
            </w:r>
            <w:r w:rsidRPr="007204D9">
              <w:rPr>
                <w:color w:val="000000"/>
                <w:sz w:val="23"/>
              </w:rPr>
              <w:t xml:space="preserve">b) </w:t>
            </w:r>
            <w:r w:rsidRPr="007204D9">
              <w:rPr>
                <w:color w:val="000000"/>
                <w:w w:val="101"/>
                <w:sz w:val="20"/>
              </w:rPr>
              <w:t xml:space="preserve">Tamanho do posto médico; </w:t>
            </w:r>
            <w:r w:rsidRPr="007204D9">
              <w:br/>
            </w:r>
            <w:r w:rsidRPr="007204D9">
              <w:rPr>
                <w:color w:val="000000"/>
                <w:sz w:val="23"/>
              </w:rPr>
              <w:t xml:space="preserve">c) </w:t>
            </w:r>
            <w:r w:rsidRPr="007204D9">
              <w:rPr>
                <w:color w:val="000000"/>
                <w:w w:val="101"/>
                <w:sz w:val="20"/>
              </w:rPr>
              <w:t xml:space="preserve">Quantidade de postos de atendimento; </w:t>
            </w:r>
            <w:r w:rsidRPr="007204D9">
              <w:br/>
            </w:r>
            <w:r w:rsidRPr="007204D9">
              <w:rPr>
                <w:color w:val="000000"/>
                <w:sz w:val="23"/>
              </w:rPr>
              <w:t xml:space="preserve">d) </w:t>
            </w:r>
            <w:r w:rsidRPr="007204D9">
              <w:rPr>
                <w:color w:val="000000"/>
                <w:w w:val="101"/>
                <w:sz w:val="20"/>
              </w:rPr>
              <w:t xml:space="preserve">Luzes de emergência, ventilação, pias bebedouros </w:t>
            </w:r>
            <w:r w:rsidRPr="007204D9">
              <w:tab/>
            </w:r>
            <w:r w:rsidRPr="007204D9">
              <w:rPr>
                <w:color w:val="000000"/>
                <w:w w:val="101"/>
                <w:sz w:val="20"/>
              </w:rPr>
              <w:t>e acesso ao telefone;</w:t>
            </w:r>
          </w:p>
          <w:p w14:paraId="37269587" w14:textId="07CD7E63" w:rsidR="0097296A" w:rsidRPr="007204D9" w:rsidRDefault="00000000">
            <w:pPr>
              <w:tabs>
                <w:tab w:val="left" w:pos="468"/>
              </w:tabs>
              <w:autoSpaceDE w:val="0"/>
              <w:autoSpaceDN w:val="0"/>
              <w:spacing w:before="36" w:after="0" w:line="290" w:lineRule="exact"/>
              <w:ind w:left="108" w:right="288"/>
            </w:pPr>
            <w:r w:rsidRPr="007204D9">
              <w:rPr>
                <w:color w:val="000000"/>
                <w:sz w:val="23"/>
              </w:rPr>
              <w:t xml:space="preserve">e) </w:t>
            </w:r>
            <w:r w:rsidRPr="007204D9">
              <w:rPr>
                <w:color w:val="000000"/>
                <w:w w:val="101"/>
                <w:sz w:val="20"/>
              </w:rPr>
              <w:t xml:space="preserve">Acessibilidade ao posto pelos torcedores </w:t>
            </w:r>
            <w:r w:rsidRPr="007204D9">
              <w:br/>
            </w:r>
            <w:r w:rsidRPr="007204D9">
              <w:tab/>
            </w:r>
            <w:r w:rsidRPr="007204D9">
              <w:rPr>
                <w:color w:val="000000"/>
                <w:w w:val="101"/>
                <w:sz w:val="20"/>
              </w:rPr>
              <w:t xml:space="preserve">(sinalização e facilidade de chegar); </w:t>
            </w:r>
            <w:r w:rsidRPr="007204D9">
              <w:br/>
            </w:r>
            <w:r w:rsidRPr="007204D9">
              <w:rPr>
                <w:color w:val="000000"/>
                <w:sz w:val="23"/>
              </w:rPr>
              <w:t xml:space="preserve">f) </w:t>
            </w:r>
            <w:r w:rsidRPr="007204D9">
              <w:rPr>
                <w:color w:val="000000"/>
                <w:w w:val="101"/>
                <w:sz w:val="20"/>
              </w:rPr>
              <w:t xml:space="preserve">Condições de limpeza do local; </w:t>
            </w:r>
            <w:r w:rsidRPr="007204D9">
              <w:br/>
            </w:r>
            <w:r w:rsidRPr="007204D9">
              <w:rPr>
                <w:color w:val="000000"/>
                <w:sz w:val="23"/>
              </w:rPr>
              <w:t xml:space="preserve">g) </w:t>
            </w:r>
            <w:r w:rsidRPr="007204D9">
              <w:rPr>
                <w:color w:val="000000"/>
                <w:w w:val="101"/>
                <w:sz w:val="20"/>
              </w:rPr>
              <w:t xml:space="preserve">Medicamentos e materiais essenciais (presença e </w:t>
            </w:r>
            <w:r w:rsidRPr="007204D9">
              <w:tab/>
            </w:r>
            <w:r w:rsidRPr="007204D9">
              <w:rPr>
                <w:color w:val="000000"/>
                <w:w w:val="101"/>
                <w:sz w:val="20"/>
              </w:rPr>
              <w:t xml:space="preserve">armazenamento); </w:t>
            </w:r>
            <w:r w:rsidRPr="007204D9">
              <w:br/>
            </w:r>
            <w:r w:rsidRPr="007204D9">
              <w:rPr>
                <w:color w:val="000000"/>
                <w:sz w:val="23"/>
              </w:rPr>
              <w:t xml:space="preserve">h) </w:t>
            </w:r>
            <w:r w:rsidRPr="007204D9">
              <w:rPr>
                <w:color w:val="000000"/>
                <w:w w:val="101"/>
                <w:sz w:val="20"/>
              </w:rPr>
              <w:t xml:space="preserve">Desfibriladores (presença, condições e operador </w:t>
            </w:r>
            <w:r w:rsidRPr="007204D9">
              <w:tab/>
            </w:r>
            <w:r w:rsidRPr="007204D9">
              <w:rPr>
                <w:color w:val="000000"/>
                <w:w w:val="101"/>
                <w:sz w:val="20"/>
              </w:rPr>
              <w:t xml:space="preserve">capacitado); </w:t>
            </w:r>
            <w:r w:rsidRPr="007204D9">
              <w:br/>
            </w:r>
            <w:r w:rsidR="007204D9" w:rsidRPr="007204D9">
              <w:rPr>
                <w:color w:val="000000"/>
                <w:w w:val="102"/>
                <w:sz w:val="23"/>
              </w:rPr>
              <w:t>i)</w:t>
            </w:r>
            <w:r w:rsidR="007204D9" w:rsidRPr="007204D9">
              <w:rPr>
                <w:color w:val="000000"/>
                <w:w w:val="101"/>
                <w:sz w:val="20"/>
              </w:rPr>
              <w:t xml:space="preserve"> Plano</w:t>
            </w:r>
            <w:r w:rsidRPr="007204D9">
              <w:rPr>
                <w:color w:val="000000"/>
                <w:w w:val="101"/>
                <w:sz w:val="20"/>
              </w:rPr>
              <w:t xml:space="preserve"> de procedimentos; </w:t>
            </w:r>
            <w:r w:rsidRPr="007204D9">
              <w:br/>
            </w:r>
            <w:r w:rsidRPr="007204D9">
              <w:rPr>
                <w:color w:val="000000"/>
                <w:sz w:val="23"/>
              </w:rPr>
              <w:t xml:space="preserve">j) </w:t>
            </w:r>
            <w:r w:rsidRPr="007204D9">
              <w:tab/>
            </w:r>
            <w:r w:rsidRPr="007204D9">
              <w:rPr>
                <w:color w:val="000000"/>
                <w:w w:val="101"/>
                <w:sz w:val="20"/>
              </w:rPr>
              <w:t xml:space="preserve">Histórico de ocorrências; </w:t>
            </w:r>
            <w:r w:rsidRPr="007204D9">
              <w:br/>
            </w:r>
            <w:r w:rsidRPr="007204D9">
              <w:rPr>
                <w:color w:val="000000"/>
                <w:sz w:val="23"/>
              </w:rPr>
              <w:t xml:space="preserve">k) </w:t>
            </w:r>
            <w:r w:rsidRPr="007204D9">
              <w:rPr>
                <w:color w:val="000000"/>
                <w:sz w:val="20"/>
              </w:rPr>
              <w:t xml:space="preserve">Portas amplas para acesso de ambulâncias; </w:t>
            </w:r>
            <w:r w:rsidRPr="007204D9">
              <w:br/>
            </w:r>
            <w:r w:rsidRPr="007204D9">
              <w:rPr>
                <w:color w:val="000000"/>
                <w:sz w:val="23"/>
              </w:rPr>
              <w:t xml:space="preserve">l) </w:t>
            </w:r>
            <w:r w:rsidRPr="007204D9">
              <w:tab/>
            </w:r>
            <w:r w:rsidRPr="007204D9">
              <w:rPr>
                <w:color w:val="000000"/>
                <w:w w:val="101"/>
                <w:sz w:val="20"/>
              </w:rPr>
              <w:t xml:space="preserve">Coletores para resíduos infectantes e para </w:t>
            </w:r>
            <w:r w:rsidRPr="007204D9">
              <w:br/>
            </w:r>
            <w:r w:rsidRPr="007204D9">
              <w:tab/>
            </w:r>
            <w:r w:rsidRPr="007204D9">
              <w:rPr>
                <w:color w:val="000000"/>
                <w:w w:val="101"/>
                <w:sz w:val="20"/>
              </w:rPr>
              <w:t xml:space="preserve">perfurantes (identificação); </w:t>
            </w:r>
            <w:r w:rsidRPr="007204D9">
              <w:br/>
            </w:r>
            <w:r w:rsidRPr="007204D9">
              <w:rPr>
                <w:color w:val="000000"/>
                <w:sz w:val="23"/>
              </w:rPr>
              <w:t xml:space="preserve">m) </w:t>
            </w:r>
            <w:r w:rsidRPr="007204D9">
              <w:rPr>
                <w:color w:val="000000"/>
                <w:w w:val="101"/>
                <w:sz w:val="20"/>
              </w:rPr>
              <w:t>Quantidade de ambulâncias do tipo UTI.</w:t>
            </w:r>
          </w:p>
          <w:p w14:paraId="5E43313C" w14:textId="7176616C" w:rsidR="0097296A" w:rsidRPr="007204D9" w:rsidRDefault="00000000">
            <w:pPr>
              <w:tabs>
                <w:tab w:val="left" w:pos="468"/>
              </w:tabs>
              <w:autoSpaceDE w:val="0"/>
              <w:autoSpaceDN w:val="0"/>
              <w:spacing w:before="432" w:after="0" w:line="282" w:lineRule="exact"/>
              <w:ind w:left="108" w:right="576"/>
            </w:pPr>
            <w:r w:rsidRPr="007204D9">
              <w:rPr>
                <w:color w:val="000000"/>
                <w:w w:val="102"/>
                <w:sz w:val="18"/>
              </w:rPr>
              <w:t>7.</w:t>
            </w:r>
            <w:r w:rsidRPr="007204D9">
              <w:rPr>
                <w:color w:val="000000"/>
                <w:sz w:val="20"/>
              </w:rPr>
              <w:t xml:space="preserve">Vestiários </w:t>
            </w:r>
            <w:r w:rsidR="007204D9" w:rsidRPr="007204D9">
              <w:rPr>
                <w:color w:val="000000"/>
                <w:sz w:val="20"/>
              </w:rPr>
              <w:br/>
            </w:r>
            <w:r w:rsidRPr="007204D9">
              <w:br/>
            </w:r>
            <w:r w:rsidRPr="007204D9">
              <w:rPr>
                <w:color w:val="000000"/>
                <w:sz w:val="23"/>
              </w:rPr>
              <w:t xml:space="preserve">a) </w:t>
            </w:r>
            <w:r w:rsidRPr="007204D9">
              <w:rPr>
                <w:color w:val="000000"/>
                <w:w w:val="101"/>
                <w:sz w:val="20"/>
              </w:rPr>
              <w:t xml:space="preserve">Vestiários para atletas e equipe técnica (Pisos, </w:t>
            </w:r>
            <w:r w:rsidRPr="007204D9">
              <w:tab/>
            </w:r>
            <w:r w:rsidRPr="007204D9">
              <w:rPr>
                <w:color w:val="000000"/>
                <w:w w:val="101"/>
                <w:sz w:val="20"/>
              </w:rPr>
              <w:t xml:space="preserve">tetos, paredes, mobiliário e ventilação); </w:t>
            </w:r>
            <w:r w:rsidRPr="007204D9">
              <w:br/>
            </w:r>
            <w:r w:rsidRPr="007204D9">
              <w:rPr>
                <w:color w:val="000000"/>
                <w:sz w:val="23"/>
              </w:rPr>
              <w:t xml:space="preserve">b) </w:t>
            </w:r>
            <w:r w:rsidRPr="007204D9">
              <w:rPr>
                <w:color w:val="000000"/>
                <w:w w:val="101"/>
                <w:sz w:val="20"/>
              </w:rPr>
              <w:t xml:space="preserve">Vestiários para árbitros (Pisos, tetos, paredes, </w:t>
            </w:r>
            <w:r w:rsidRPr="007204D9">
              <w:tab/>
            </w:r>
            <w:r w:rsidRPr="007204D9">
              <w:rPr>
                <w:color w:val="000000"/>
                <w:w w:val="101"/>
                <w:sz w:val="20"/>
              </w:rPr>
              <w:t>mobiliário e ventilação);</w:t>
            </w:r>
          </w:p>
        </w:tc>
      </w:tr>
    </w:tbl>
    <w:p w14:paraId="5FF21019" w14:textId="77777777" w:rsidR="0097296A" w:rsidRPr="007204D9" w:rsidRDefault="00000000">
      <w:pPr>
        <w:autoSpaceDE w:val="0"/>
        <w:autoSpaceDN w:val="0"/>
        <w:spacing w:before="760" w:after="0" w:line="266" w:lineRule="exact"/>
        <w:ind w:right="1442"/>
        <w:jc w:val="right"/>
      </w:pPr>
      <w:r w:rsidRPr="007204D9">
        <w:rPr>
          <w:color w:val="000000"/>
          <w:sz w:val="24"/>
        </w:rPr>
        <w:t>2</w:t>
      </w:r>
    </w:p>
    <w:p w14:paraId="64606C71" w14:textId="77777777" w:rsidR="0097296A" w:rsidRPr="007204D9" w:rsidRDefault="0097296A">
      <w:pPr>
        <w:sectPr w:rsidR="0097296A" w:rsidRPr="007204D9">
          <w:pgSz w:w="11906" w:h="16838"/>
          <w:pgMar w:top="340" w:right="494" w:bottom="340" w:left="748" w:header="720" w:footer="720" w:gutter="0"/>
          <w:cols w:space="720"/>
          <w:docGrid w:linePitch="360"/>
        </w:sectPr>
      </w:pPr>
    </w:p>
    <w:p w14:paraId="622D1153" w14:textId="77777777" w:rsidR="0097296A" w:rsidRPr="007204D9" w:rsidRDefault="0097296A">
      <w:pPr>
        <w:autoSpaceDE w:val="0"/>
        <w:autoSpaceDN w:val="0"/>
        <w:spacing w:after="218" w:line="220" w:lineRule="exact"/>
      </w:pPr>
    </w:p>
    <w:p w14:paraId="75FE9B07" w14:textId="77777777" w:rsidR="0097296A" w:rsidRPr="007204D9" w:rsidRDefault="00000000">
      <w:pPr>
        <w:autoSpaceDE w:val="0"/>
        <w:autoSpaceDN w:val="0"/>
        <w:spacing w:after="0" w:line="338" w:lineRule="exact"/>
      </w:pPr>
      <w:r w:rsidRPr="007204D9">
        <w:rPr>
          <w:color w:val="000000"/>
          <w:w w:val="98"/>
          <w:sz w:val="23"/>
        </w:rPr>
        <w:t>Níveis de Relevância</w:t>
      </w:r>
    </w:p>
    <w:p w14:paraId="438E61BD" w14:textId="77777777" w:rsidR="0097296A" w:rsidRPr="007204D9" w:rsidRDefault="00000000">
      <w:pPr>
        <w:tabs>
          <w:tab w:val="left" w:pos="1668"/>
        </w:tabs>
        <w:autoSpaceDE w:val="0"/>
        <w:autoSpaceDN w:val="0"/>
        <w:spacing w:before="386" w:after="282" w:line="324" w:lineRule="exact"/>
        <w:ind w:left="962" w:right="576"/>
      </w:pPr>
      <w:r w:rsidRPr="007204D9">
        <w:tab/>
      </w:r>
      <w:r w:rsidRPr="007204D9">
        <w:rPr>
          <w:color w:val="000000"/>
          <w:w w:val="98"/>
          <w:sz w:val="25"/>
        </w:rPr>
        <w:t xml:space="preserve">Cada quesito avaliado possui um dos 4 níveis de relevância dentro da subárea considerada. </w:t>
      </w:r>
      <w:r w:rsidRPr="007204D9">
        <w:rPr>
          <w:color w:val="000000"/>
          <w:w w:val="98"/>
          <w:sz w:val="25"/>
        </w:rPr>
        <w:t>A saber:</w:t>
      </w:r>
    </w:p>
    <w:tbl>
      <w:tblPr>
        <w:tblW w:w="0" w:type="auto"/>
        <w:tblInd w:w="1540" w:type="dxa"/>
        <w:tblLayout w:type="fixed"/>
        <w:tblLook w:val="04A0" w:firstRow="1" w:lastRow="0" w:firstColumn="1" w:lastColumn="0" w:noHBand="0" w:noVBand="1"/>
      </w:tblPr>
      <w:tblGrid>
        <w:gridCol w:w="2340"/>
        <w:gridCol w:w="4120"/>
      </w:tblGrid>
      <w:tr w:rsidR="0097296A" w:rsidRPr="007204D9" w14:paraId="23329A97" w14:textId="77777777">
        <w:trPr>
          <w:trHeight w:val="1490"/>
        </w:trPr>
        <w:tc>
          <w:tcPr>
            <w:tcW w:w="2340" w:type="dxa"/>
            <w:tcMar>
              <w:left w:w="0" w:type="dxa"/>
              <w:right w:w="0" w:type="dxa"/>
            </w:tcMar>
          </w:tcPr>
          <w:p w14:paraId="484875CA" w14:textId="77777777" w:rsidR="0097296A" w:rsidRPr="007204D9" w:rsidRDefault="0097296A">
            <w:pPr>
              <w:autoSpaceDE w:val="0"/>
              <w:autoSpaceDN w:val="0"/>
              <w:spacing w:after="0" w:line="64" w:lineRule="exact"/>
            </w:pPr>
          </w:p>
          <w:tbl>
            <w:tblPr>
              <w:tblW w:w="0" w:type="auto"/>
              <w:tblInd w:w="1580" w:type="dxa"/>
              <w:tblLayout w:type="fixed"/>
              <w:tblLook w:val="04A0" w:firstRow="1" w:lastRow="0" w:firstColumn="1" w:lastColumn="0" w:noHBand="0" w:noVBand="1"/>
            </w:tblPr>
            <w:tblGrid>
              <w:gridCol w:w="712"/>
            </w:tblGrid>
            <w:tr w:rsidR="0097296A" w:rsidRPr="007204D9" w14:paraId="682EB871" w14:textId="77777777">
              <w:trPr>
                <w:trHeight w:val="338"/>
              </w:trPr>
              <w:tc>
                <w:tcPr>
                  <w:tcW w:w="712" w:type="dxa"/>
                  <w:tcBorders>
                    <w:top w:val="single" w:sz="4" w:space="0" w:color="auto"/>
                    <w:left w:val="single" w:sz="3" w:space="0" w:color="auto"/>
                    <w:bottom w:val="single" w:sz="3" w:space="0" w:color="auto"/>
                    <w:right w:val="single" w:sz="4" w:space="0" w:color="auto"/>
                  </w:tcBorders>
                  <w:tcMar>
                    <w:left w:w="0" w:type="dxa"/>
                    <w:right w:w="0" w:type="dxa"/>
                  </w:tcMar>
                </w:tcPr>
                <w:p w14:paraId="1EDB8FF7" w14:textId="77777777" w:rsidR="0097296A" w:rsidRPr="007204D9" w:rsidRDefault="00000000">
                  <w:pPr>
                    <w:autoSpaceDE w:val="0"/>
                    <w:autoSpaceDN w:val="0"/>
                    <w:spacing w:before="38" w:after="0" w:line="268" w:lineRule="exact"/>
                    <w:ind w:left="112"/>
                  </w:pPr>
                  <w:r w:rsidRPr="007204D9">
                    <w:rPr>
                      <w:color w:val="000000"/>
                      <w:sz w:val="24"/>
                    </w:rPr>
                    <w:t xml:space="preserve">0 </w:t>
                  </w:r>
                </w:p>
              </w:tc>
            </w:tr>
            <w:tr w:rsidR="0097296A" w:rsidRPr="007204D9" w14:paraId="74EEE8B6" w14:textId="77777777">
              <w:trPr>
                <w:trHeight w:val="338"/>
              </w:trPr>
              <w:tc>
                <w:tcPr>
                  <w:tcW w:w="712" w:type="dxa"/>
                  <w:tcBorders>
                    <w:top w:val="single" w:sz="3" w:space="0" w:color="auto"/>
                    <w:left w:val="single" w:sz="3" w:space="0" w:color="auto"/>
                    <w:bottom w:val="single" w:sz="4" w:space="0" w:color="auto"/>
                    <w:right w:val="single" w:sz="4" w:space="0" w:color="auto"/>
                  </w:tcBorders>
                  <w:tcMar>
                    <w:left w:w="0" w:type="dxa"/>
                    <w:right w:w="0" w:type="dxa"/>
                  </w:tcMar>
                </w:tcPr>
                <w:p w14:paraId="6366AC5A" w14:textId="77777777" w:rsidR="0097296A" w:rsidRPr="007204D9" w:rsidRDefault="00000000">
                  <w:pPr>
                    <w:autoSpaceDE w:val="0"/>
                    <w:autoSpaceDN w:val="0"/>
                    <w:spacing w:before="38" w:after="0" w:line="268" w:lineRule="exact"/>
                    <w:ind w:left="112"/>
                  </w:pPr>
                  <w:r w:rsidRPr="007204D9">
                    <w:rPr>
                      <w:color w:val="000000"/>
                      <w:sz w:val="24"/>
                    </w:rPr>
                    <w:t xml:space="preserve">1 </w:t>
                  </w:r>
                </w:p>
              </w:tc>
            </w:tr>
            <w:tr w:rsidR="0097296A" w:rsidRPr="007204D9" w14:paraId="39686F3A" w14:textId="77777777">
              <w:trPr>
                <w:trHeight w:val="338"/>
              </w:trPr>
              <w:tc>
                <w:tcPr>
                  <w:tcW w:w="712" w:type="dxa"/>
                  <w:tcBorders>
                    <w:top w:val="single" w:sz="4" w:space="0" w:color="auto"/>
                    <w:left w:val="single" w:sz="3" w:space="0" w:color="auto"/>
                    <w:bottom w:val="single" w:sz="4" w:space="0" w:color="auto"/>
                    <w:right w:val="single" w:sz="4" w:space="0" w:color="auto"/>
                  </w:tcBorders>
                  <w:tcMar>
                    <w:left w:w="0" w:type="dxa"/>
                    <w:right w:w="0" w:type="dxa"/>
                  </w:tcMar>
                </w:tcPr>
                <w:p w14:paraId="0C627D2A" w14:textId="77777777" w:rsidR="0097296A" w:rsidRPr="007204D9" w:rsidRDefault="00000000">
                  <w:pPr>
                    <w:autoSpaceDE w:val="0"/>
                    <w:autoSpaceDN w:val="0"/>
                    <w:spacing w:before="36" w:after="0" w:line="268" w:lineRule="exact"/>
                    <w:ind w:left="112"/>
                  </w:pPr>
                  <w:r w:rsidRPr="007204D9">
                    <w:rPr>
                      <w:color w:val="000000"/>
                      <w:sz w:val="24"/>
                    </w:rPr>
                    <w:t xml:space="preserve">2 </w:t>
                  </w:r>
                </w:p>
              </w:tc>
            </w:tr>
            <w:tr w:rsidR="0097296A" w:rsidRPr="007204D9" w14:paraId="2229288D" w14:textId="77777777">
              <w:trPr>
                <w:trHeight w:val="320"/>
              </w:trPr>
              <w:tc>
                <w:tcPr>
                  <w:tcW w:w="712" w:type="dxa"/>
                  <w:tcBorders>
                    <w:top w:val="single" w:sz="4" w:space="0" w:color="auto"/>
                    <w:left w:val="single" w:sz="3" w:space="0" w:color="auto"/>
                    <w:bottom w:val="single" w:sz="4" w:space="0" w:color="auto"/>
                    <w:right w:val="single" w:sz="4" w:space="0" w:color="auto"/>
                  </w:tcBorders>
                  <w:tcMar>
                    <w:left w:w="0" w:type="dxa"/>
                    <w:right w:w="0" w:type="dxa"/>
                  </w:tcMar>
                </w:tcPr>
                <w:p w14:paraId="767FDC08" w14:textId="77777777" w:rsidR="0097296A" w:rsidRPr="007204D9" w:rsidRDefault="00000000">
                  <w:pPr>
                    <w:autoSpaceDE w:val="0"/>
                    <w:autoSpaceDN w:val="0"/>
                    <w:spacing w:before="36" w:after="0" w:line="268" w:lineRule="exact"/>
                    <w:ind w:left="112"/>
                  </w:pPr>
                  <w:r w:rsidRPr="007204D9">
                    <w:rPr>
                      <w:color w:val="000000"/>
                      <w:sz w:val="24"/>
                    </w:rPr>
                    <w:t xml:space="preserve">3 </w:t>
                  </w:r>
                </w:p>
              </w:tc>
            </w:tr>
          </w:tbl>
          <w:p w14:paraId="200576A0" w14:textId="77777777" w:rsidR="0097296A" w:rsidRPr="007204D9" w:rsidRDefault="0097296A">
            <w:pPr>
              <w:autoSpaceDE w:val="0"/>
              <w:autoSpaceDN w:val="0"/>
              <w:spacing w:after="0" w:line="14" w:lineRule="exact"/>
            </w:pPr>
          </w:p>
        </w:tc>
        <w:tc>
          <w:tcPr>
            <w:tcW w:w="4120" w:type="dxa"/>
            <w:tcMar>
              <w:left w:w="0" w:type="dxa"/>
              <w:right w:w="0" w:type="dxa"/>
            </w:tcMar>
          </w:tcPr>
          <w:p w14:paraId="0CA4A3F5" w14:textId="7CC22843" w:rsidR="0097296A" w:rsidRPr="007204D9" w:rsidRDefault="00000000">
            <w:pPr>
              <w:autoSpaceDE w:val="0"/>
              <w:autoSpaceDN w:val="0"/>
              <w:spacing w:before="60" w:after="0" w:line="338" w:lineRule="exact"/>
              <w:ind w:left="64" w:right="1872"/>
            </w:pPr>
            <w:r w:rsidRPr="007204D9">
              <w:rPr>
                <w:color w:val="000000"/>
                <w:sz w:val="24"/>
              </w:rPr>
              <w:t xml:space="preserve">Qualitativo </w:t>
            </w:r>
            <w:r w:rsidRPr="007204D9">
              <w:br/>
            </w:r>
            <w:r w:rsidRPr="007204D9">
              <w:rPr>
                <w:color w:val="000000"/>
              </w:rPr>
              <w:t>Relevância</w:t>
            </w:r>
            <w:r w:rsidR="006B510E">
              <w:rPr>
                <w:color w:val="000000"/>
              </w:rPr>
              <w:t xml:space="preserve"> </w:t>
            </w:r>
            <w:r w:rsidRPr="007204D9">
              <w:rPr>
                <w:color w:val="000000"/>
                <w:sz w:val="24"/>
              </w:rPr>
              <w:t xml:space="preserve">Baixa </w:t>
            </w:r>
            <w:r w:rsidRPr="007204D9">
              <w:rPr>
                <w:color w:val="000000"/>
              </w:rPr>
              <w:t>Relevância</w:t>
            </w:r>
            <w:r w:rsidR="006B510E">
              <w:rPr>
                <w:color w:val="000000"/>
              </w:rPr>
              <w:t xml:space="preserve"> </w:t>
            </w:r>
            <w:r w:rsidRPr="007204D9">
              <w:rPr>
                <w:color w:val="000000"/>
                <w:sz w:val="24"/>
              </w:rPr>
              <w:t xml:space="preserve">Média </w:t>
            </w:r>
            <w:r w:rsidRPr="007204D9">
              <w:rPr>
                <w:color w:val="000000"/>
              </w:rPr>
              <w:t>Relevância</w:t>
            </w:r>
            <w:r w:rsidR="006B510E">
              <w:rPr>
                <w:color w:val="000000"/>
              </w:rPr>
              <w:t xml:space="preserve"> </w:t>
            </w:r>
            <w:r w:rsidRPr="007204D9">
              <w:rPr>
                <w:color w:val="000000"/>
                <w:sz w:val="24"/>
              </w:rPr>
              <w:t>Alta</w:t>
            </w:r>
          </w:p>
        </w:tc>
      </w:tr>
    </w:tbl>
    <w:p w14:paraId="67614940" w14:textId="77777777" w:rsidR="0097296A" w:rsidRPr="007204D9" w:rsidRDefault="00000000">
      <w:pPr>
        <w:autoSpaceDE w:val="0"/>
        <w:autoSpaceDN w:val="0"/>
        <w:spacing w:before="662" w:after="0" w:line="338" w:lineRule="exact"/>
      </w:pPr>
      <w:r w:rsidRPr="007204D9">
        <w:rPr>
          <w:color w:val="000000"/>
          <w:w w:val="98"/>
          <w:sz w:val="23"/>
        </w:rPr>
        <w:t>Níveis de Risco</w:t>
      </w:r>
    </w:p>
    <w:p w14:paraId="1A441782" w14:textId="77777777" w:rsidR="0097296A" w:rsidRPr="007204D9" w:rsidRDefault="00000000">
      <w:pPr>
        <w:autoSpaceDE w:val="0"/>
        <w:autoSpaceDN w:val="0"/>
        <w:spacing w:before="386" w:after="350" w:line="326" w:lineRule="exact"/>
        <w:ind w:left="962" w:right="704" w:firstLine="634"/>
        <w:jc w:val="both"/>
      </w:pPr>
      <w:r w:rsidRPr="007204D9">
        <w:rPr>
          <w:color w:val="000000"/>
          <w:w w:val="98"/>
          <w:sz w:val="25"/>
        </w:rPr>
        <w:t>Cada quesito de cunho quantitativo possui até 4 níveis de risco possíveis para as opções de resposta, os quais foram desenvolvidos de acordo com as situações diagnosticadas nos estádios de futebol. Para cada resposta foi atribuído um valor associado à conformidade do quesito e ao risco à saúde humana e/ou meio ambiente associado ao grau de não conformidade, a saber:</w:t>
      </w:r>
    </w:p>
    <w:tbl>
      <w:tblPr>
        <w:tblW w:w="0" w:type="auto"/>
        <w:tblInd w:w="10" w:type="dxa"/>
        <w:tblLayout w:type="fixed"/>
        <w:tblLook w:val="04A0" w:firstRow="1" w:lastRow="0" w:firstColumn="1" w:lastColumn="0" w:noHBand="0" w:noVBand="1"/>
      </w:tblPr>
      <w:tblGrid>
        <w:gridCol w:w="2126"/>
        <w:gridCol w:w="7800"/>
      </w:tblGrid>
      <w:tr w:rsidR="0097296A" w:rsidRPr="007204D9" w14:paraId="4EB53B2B" w14:textId="77777777">
        <w:trPr>
          <w:trHeight w:val="340"/>
        </w:trPr>
        <w:tc>
          <w:tcPr>
            <w:tcW w:w="9926"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4146A859" w14:textId="77777777" w:rsidR="0097296A" w:rsidRPr="007204D9" w:rsidRDefault="00000000">
            <w:pPr>
              <w:autoSpaceDE w:val="0"/>
              <w:autoSpaceDN w:val="0"/>
              <w:spacing w:after="0" w:line="338" w:lineRule="exact"/>
              <w:jc w:val="center"/>
            </w:pPr>
            <w:r w:rsidRPr="007204D9">
              <w:rPr>
                <w:color w:val="000000"/>
                <w:w w:val="102"/>
                <w:sz w:val="21"/>
              </w:rPr>
              <w:t>NÍVEIS DE RISCO</w:t>
            </w:r>
          </w:p>
        </w:tc>
      </w:tr>
      <w:tr w:rsidR="0097296A" w:rsidRPr="007204D9" w14:paraId="53CA3C92" w14:textId="77777777">
        <w:trPr>
          <w:trHeight w:val="454"/>
        </w:trPr>
        <w:tc>
          <w:tcPr>
            <w:tcW w:w="2126" w:type="dxa"/>
            <w:tcBorders>
              <w:top w:val="single" w:sz="4" w:space="0" w:color="auto"/>
              <w:left w:val="single" w:sz="4" w:space="0" w:color="auto"/>
              <w:bottom w:val="single" w:sz="4" w:space="0" w:color="auto"/>
              <w:right w:val="single" w:sz="3" w:space="0" w:color="auto"/>
            </w:tcBorders>
            <w:tcMar>
              <w:left w:w="0" w:type="dxa"/>
              <w:right w:w="0" w:type="dxa"/>
            </w:tcMar>
          </w:tcPr>
          <w:p w14:paraId="19ABBC7C" w14:textId="77777777" w:rsidR="0097296A" w:rsidRPr="007204D9" w:rsidRDefault="00000000">
            <w:pPr>
              <w:autoSpaceDE w:val="0"/>
              <w:autoSpaceDN w:val="0"/>
              <w:spacing w:before="36" w:after="0" w:line="268" w:lineRule="exact"/>
              <w:jc w:val="center"/>
            </w:pPr>
            <w:r w:rsidRPr="007204D9">
              <w:rPr>
                <w:color w:val="000000"/>
                <w:sz w:val="24"/>
              </w:rPr>
              <w:t xml:space="preserve">(0) Não se aplica </w:t>
            </w:r>
          </w:p>
        </w:tc>
        <w:tc>
          <w:tcPr>
            <w:tcW w:w="7800" w:type="dxa"/>
            <w:tcBorders>
              <w:top w:val="single" w:sz="4" w:space="0" w:color="auto"/>
              <w:left w:val="single" w:sz="3" w:space="0" w:color="auto"/>
              <w:bottom w:val="single" w:sz="4" w:space="0" w:color="auto"/>
              <w:right w:val="single" w:sz="3" w:space="0" w:color="auto"/>
            </w:tcBorders>
            <w:tcMar>
              <w:left w:w="0" w:type="dxa"/>
              <w:right w:w="0" w:type="dxa"/>
            </w:tcMar>
          </w:tcPr>
          <w:p w14:paraId="6C6AAF0B" w14:textId="77777777" w:rsidR="0097296A" w:rsidRPr="007204D9" w:rsidRDefault="00000000">
            <w:pPr>
              <w:autoSpaceDE w:val="0"/>
              <w:autoSpaceDN w:val="0"/>
              <w:spacing w:before="36" w:after="0" w:line="268" w:lineRule="exact"/>
              <w:jc w:val="center"/>
            </w:pPr>
            <w:r w:rsidRPr="007204D9">
              <w:rPr>
                <w:color w:val="000000"/>
                <w:w w:val="98"/>
                <w:sz w:val="25"/>
              </w:rPr>
              <w:t>Quando o quesito observado não se aplica ao estádio em questão</w:t>
            </w:r>
          </w:p>
        </w:tc>
      </w:tr>
      <w:tr w:rsidR="0097296A" w:rsidRPr="007204D9" w14:paraId="13434AB9" w14:textId="77777777">
        <w:trPr>
          <w:trHeight w:val="432"/>
        </w:trPr>
        <w:tc>
          <w:tcPr>
            <w:tcW w:w="2126" w:type="dxa"/>
            <w:tcBorders>
              <w:top w:val="single" w:sz="4" w:space="0" w:color="auto"/>
              <w:left w:val="single" w:sz="4" w:space="0" w:color="auto"/>
              <w:bottom w:val="single" w:sz="4" w:space="0" w:color="auto"/>
              <w:right w:val="single" w:sz="3" w:space="0" w:color="auto"/>
            </w:tcBorders>
            <w:tcMar>
              <w:left w:w="0" w:type="dxa"/>
              <w:right w:w="0" w:type="dxa"/>
            </w:tcMar>
          </w:tcPr>
          <w:p w14:paraId="10828562" w14:textId="77777777" w:rsidR="0097296A" w:rsidRPr="007204D9" w:rsidRDefault="00000000">
            <w:pPr>
              <w:autoSpaceDE w:val="0"/>
              <w:autoSpaceDN w:val="0"/>
              <w:spacing w:before="40" w:after="0" w:line="268" w:lineRule="exact"/>
              <w:jc w:val="center"/>
            </w:pPr>
            <w:r w:rsidRPr="007204D9">
              <w:rPr>
                <w:color w:val="000000"/>
                <w:sz w:val="24"/>
              </w:rPr>
              <w:t xml:space="preserve">(1) Mínimo </w:t>
            </w:r>
          </w:p>
        </w:tc>
        <w:tc>
          <w:tcPr>
            <w:tcW w:w="7800" w:type="dxa"/>
            <w:tcBorders>
              <w:top w:val="single" w:sz="4" w:space="0" w:color="auto"/>
              <w:left w:val="single" w:sz="3" w:space="0" w:color="auto"/>
              <w:bottom w:val="single" w:sz="4" w:space="0" w:color="auto"/>
              <w:right w:val="single" w:sz="3" w:space="0" w:color="auto"/>
            </w:tcBorders>
            <w:tcMar>
              <w:left w:w="0" w:type="dxa"/>
              <w:right w:w="0" w:type="dxa"/>
            </w:tcMar>
          </w:tcPr>
          <w:p w14:paraId="7A43B9FE" w14:textId="77777777" w:rsidR="0097296A" w:rsidRPr="007204D9" w:rsidRDefault="00000000">
            <w:pPr>
              <w:autoSpaceDE w:val="0"/>
              <w:autoSpaceDN w:val="0"/>
              <w:spacing w:before="40" w:after="0" w:line="268" w:lineRule="exact"/>
              <w:jc w:val="center"/>
            </w:pPr>
            <w:r w:rsidRPr="007204D9">
              <w:rPr>
                <w:color w:val="000000"/>
                <w:w w:val="98"/>
                <w:sz w:val="25"/>
              </w:rPr>
              <w:t>Não apresenta restrições associadas</w:t>
            </w:r>
          </w:p>
        </w:tc>
      </w:tr>
      <w:tr w:rsidR="0097296A" w:rsidRPr="007204D9" w14:paraId="15773F12" w14:textId="77777777">
        <w:trPr>
          <w:trHeight w:val="428"/>
        </w:trPr>
        <w:tc>
          <w:tcPr>
            <w:tcW w:w="2126" w:type="dxa"/>
            <w:tcBorders>
              <w:top w:val="single" w:sz="4" w:space="0" w:color="auto"/>
              <w:left w:val="single" w:sz="4" w:space="0" w:color="auto"/>
              <w:bottom w:val="single" w:sz="3" w:space="0" w:color="auto"/>
              <w:right w:val="single" w:sz="3" w:space="0" w:color="auto"/>
            </w:tcBorders>
            <w:tcMar>
              <w:left w:w="0" w:type="dxa"/>
              <w:right w:w="0" w:type="dxa"/>
            </w:tcMar>
          </w:tcPr>
          <w:p w14:paraId="17966204" w14:textId="77777777" w:rsidR="0097296A" w:rsidRPr="007204D9" w:rsidRDefault="00000000">
            <w:pPr>
              <w:autoSpaceDE w:val="0"/>
              <w:autoSpaceDN w:val="0"/>
              <w:spacing w:before="44" w:after="0" w:line="268" w:lineRule="exact"/>
              <w:jc w:val="center"/>
            </w:pPr>
            <w:r w:rsidRPr="007204D9">
              <w:rPr>
                <w:color w:val="000000"/>
                <w:sz w:val="24"/>
              </w:rPr>
              <w:t xml:space="preserve">(2) Regular </w:t>
            </w:r>
          </w:p>
        </w:tc>
        <w:tc>
          <w:tcPr>
            <w:tcW w:w="7800" w:type="dxa"/>
            <w:tcBorders>
              <w:top w:val="single" w:sz="4" w:space="0" w:color="auto"/>
              <w:left w:val="single" w:sz="3" w:space="0" w:color="auto"/>
              <w:bottom w:val="single" w:sz="3" w:space="0" w:color="auto"/>
              <w:right w:val="single" w:sz="3" w:space="0" w:color="auto"/>
            </w:tcBorders>
            <w:tcMar>
              <w:left w:w="0" w:type="dxa"/>
              <w:right w:w="0" w:type="dxa"/>
            </w:tcMar>
          </w:tcPr>
          <w:p w14:paraId="7F3AFFE0" w14:textId="77777777" w:rsidR="0097296A" w:rsidRPr="007204D9" w:rsidRDefault="00000000">
            <w:pPr>
              <w:autoSpaceDE w:val="0"/>
              <w:autoSpaceDN w:val="0"/>
              <w:spacing w:before="44" w:after="0" w:line="268" w:lineRule="exact"/>
              <w:jc w:val="center"/>
            </w:pPr>
            <w:r w:rsidRPr="007204D9">
              <w:rPr>
                <w:color w:val="000000"/>
                <w:w w:val="98"/>
                <w:sz w:val="25"/>
              </w:rPr>
              <w:t>Apresenta restrições que devem ser resolvidas em curto prazo</w:t>
            </w:r>
          </w:p>
        </w:tc>
      </w:tr>
      <w:tr w:rsidR="0097296A" w:rsidRPr="007204D9" w14:paraId="649328C4" w14:textId="77777777">
        <w:trPr>
          <w:trHeight w:val="460"/>
        </w:trPr>
        <w:tc>
          <w:tcPr>
            <w:tcW w:w="2126" w:type="dxa"/>
            <w:tcBorders>
              <w:top w:val="single" w:sz="3" w:space="0" w:color="auto"/>
              <w:left w:val="single" w:sz="4" w:space="0" w:color="auto"/>
              <w:bottom w:val="single" w:sz="4" w:space="0" w:color="auto"/>
              <w:right w:val="single" w:sz="3" w:space="0" w:color="auto"/>
            </w:tcBorders>
            <w:tcMar>
              <w:left w:w="0" w:type="dxa"/>
              <w:right w:w="0" w:type="dxa"/>
            </w:tcMar>
          </w:tcPr>
          <w:p w14:paraId="1ABB5169" w14:textId="77777777" w:rsidR="0097296A" w:rsidRPr="007204D9" w:rsidRDefault="00000000">
            <w:pPr>
              <w:autoSpaceDE w:val="0"/>
              <w:autoSpaceDN w:val="0"/>
              <w:spacing w:before="42" w:after="0" w:line="268" w:lineRule="exact"/>
              <w:jc w:val="center"/>
            </w:pPr>
            <w:r w:rsidRPr="007204D9">
              <w:rPr>
                <w:color w:val="000000"/>
                <w:sz w:val="24"/>
              </w:rPr>
              <w:t xml:space="preserve">(3) Crítico </w:t>
            </w:r>
          </w:p>
        </w:tc>
        <w:tc>
          <w:tcPr>
            <w:tcW w:w="7800" w:type="dxa"/>
            <w:tcBorders>
              <w:top w:val="single" w:sz="3" w:space="0" w:color="auto"/>
              <w:left w:val="single" w:sz="3" w:space="0" w:color="auto"/>
              <w:bottom w:val="single" w:sz="4" w:space="0" w:color="auto"/>
              <w:right w:val="single" w:sz="3" w:space="0" w:color="auto"/>
            </w:tcBorders>
            <w:tcMar>
              <w:left w:w="0" w:type="dxa"/>
              <w:right w:w="0" w:type="dxa"/>
            </w:tcMar>
          </w:tcPr>
          <w:p w14:paraId="1F2EE1A5" w14:textId="77777777" w:rsidR="0097296A" w:rsidRPr="007204D9" w:rsidRDefault="00000000">
            <w:pPr>
              <w:autoSpaceDE w:val="0"/>
              <w:autoSpaceDN w:val="0"/>
              <w:spacing w:before="42" w:after="0" w:line="268" w:lineRule="exact"/>
              <w:jc w:val="center"/>
            </w:pPr>
            <w:r w:rsidRPr="007204D9">
              <w:rPr>
                <w:color w:val="000000"/>
                <w:w w:val="98"/>
                <w:sz w:val="25"/>
              </w:rPr>
              <w:t>Apresenta restrições que devem ser resolvidas imediatamente</w:t>
            </w:r>
          </w:p>
        </w:tc>
      </w:tr>
    </w:tbl>
    <w:p w14:paraId="7C8FDF62" w14:textId="2423BBB8" w:rsidR="0097296A" w:rsidRPr="007204D9" w:rsidRDefault="00000000">
      <w:pPr>
        <w:autoSpaceDE w:val="0"/>
        <w:autoSpaceDN w:val="0"/>
        <w:spacing w:before="600" w:after="0" w:line="338" w:lineRule="exact"/>
      </w:pPr>
      <w:r w:rsidRPr="007204D9">
        <w:rPr>
          <w:color w:val="000000"/>
          <w:w w:val="98"/>
          <w:sz w:val="23"/>
        </w:rPr>
        <w:t>Matriz</w:t>
      </w:r>
      <w:r w:rsidR="007204D9" w:rsidRPr="007204D9">
        <w:rPr>
          <w:color w:val="000000"/>
          <w:w w:val="98"/>
          <w:sz w:val="23"/>
        </w:rPr>
        <w:t xml:space="preserve"> </w:t>
      </w:r>
      <w:r w:rsidRPr="007204D9">
        <w:rPr>
          <w:color w:val="000000"/>
          <w:w w:val="98"/>
          <w:sz w:val="23"/>
        </w:rPr>
        <w:t>de</w:t>
      </w:r>
      <w:r w:rsidR="007204D9" w:rsidRPr="007204D9">
        <w:rPr>
          <w:color w:val="000000"/>
          <w:w w:val="98"/>
          <w:sz w:val="23"/>
        </w:rPr>
        <w:t xml:space="preserve"> </w:t>
      </w:r>
      <w:r w:rsidRPr="007204D9">
        <w:rPr>
          <w:color w:val="000000"/>
          <w:w w:val="98"/>
          <w:sz w:val="23"/>
        </w:rPr>
        <w:t>Impacto</w:t>
      </w:r>
    </w:p>
    <w:p w14:paraId="3679C04B" w14:textId="77777777" w:rsidR="0097296A" w:rsidRPr="007204D9" w:rsidRDefault="00000000">
      <w:pPr>
        <w:autoSpaceDE w:val="0"/>
        <w:autoSpaceDN w:val="0"/>
        <w:spacing w:before="378" w:after="574" w:line="328" w:lineRule="exact"/>
        <w:ind w:left="962" w:right="708" w:firstLine="706"/>
        <w:jc w:val="both"/>
      </w:pPr>
      <w:r w:rsidRPr="007204D9">
        <w:rPr>
          <w:color w:val="000000"/>
          <w:w w:val="98"/>
          <w:sz w:val="25"/>
        </w:rPr>
        <w:t>A saída da matriz de impacto é obtida a partir interseção entre a relevância de cada quesito com o nível de risco de cada resposta obtida. Assim, é possível identificar o impacto do quesito para a saúde humana e/ou ao meio ambiente, que é dividido em três faixas:</w:t>
      </w:r>
    </w:p>
    <w:tbl>
      <w:tblPr>
        <w:tblW w:w="0" w:type="auto"/>
        <w:tblInd w:w="1040" w:type="dxa"/>
        <w:tblLayout w:type="fixed"/>
        <w:tblLook w:val="04A0" w:firstRow="1" w:lastRow="0" w:firstColumn="1" w:lastColumn="0" w:noHBand="0" w:noVBand="1"/>
      </w:tblPr>
      <w:tblGrid>
        <w:gridCol w:w="2100"/>
        <w:gridCol w:w="6040"/>
      </w:tblGrid>
      <w:tr w:rsidR="0097296A" w:rsidRPr="007204D9" w14:paraId="33DF475E" w14:textId="77777777">
        <w:trPr>
          <w:trHeight w:val="1700"/>
        </w:trPr>
        <w:tc>
          <w:tcPr>
            <w:tcW w:w="2100" w:type="dxa"/>
            <w:tcMar>
              <w:left w:w="0" w:type="dxa"/>
              <w:right w:w="0" w:type="dxa"/>
            </w:tcMar>
          </w:tcPr>
          <w:p w14:paraId="77D2C34D" w14:textId="77777777" w:rsidR="0097296A" w:rsidRPr="007204D9" w:rsidRDefault="00000000">
            <w:pPr>
              <w:autoSpaceDE w:val="0"/>
              <w:autoSpaceDN w:val="0"/>
              <w:spacing w:before="60" w:after="0" w:line="240" w:lineRule="auto"/>
              <w:ind w:right="20"/>
              <w:jc w:val="right"/>
            </w:pPr>
            <w:r w:rsidRPr="007204D9">
              <w:rPr>
                <w:noProof/>
              </w:rPr>
              <w:drawing>
                <wp:inline distT="0" distB="0" distL="0" distR="0" wp14:anchorId="029F4682" wp14:editId="33608AF2">
                  <wp:extent cx="660400" cy="100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660400" cy="1003300"/>
                          </a:xfrm>
                          <a:prstGeom prst="rect">
                            <a:avLst/>
                          </a:prstGeom>
                        </pic:spPr>
                      </pic:pic>
                    </a:graphicData>
                  </a:graphic>
                </wp:inline>
              </w:drawing>
            </w:r>
          </w:p>
        </w:tc>
        <w:tc>
          <w:tcPr>
            <w:tcW w:w="6040" w:type="dxa"/>
            <w:tcMar>
              <w:left w:w="0" w:type="dxa"/>
              <w:right w:w="0" w:type="dxa"/>
            </w:tcMar>
          </w:tcPr>
          <w:p w14:paraId="6B9B5ACE" w14:textId="77777777" w:rsidR="0097296A" w:rsidRPr="007204D9" w:rsidRDefault="00000000">
            <w:pPr>
              <w:autoSpaceDE w:val="0"/>
              <w:autoSpaceDN w:val="0"/>
              <w:spacing w:before="132" w:after="0" w:line="268" w:lineRule="exact"/>
              <w:ind w:left="38"/>
            </w:pPr>
            <w:r w:rsidRPr="007204D9">
              <w:rPr>
                <w:color w:val="000000"/>
                <w:sz w:val="24"/>
              </w:rPr>
              <w:t xml:space="preserve">Pouco significativo. </w:t>
            </w:r>
          </w:p>
          <w:p w14:paraId="41F7782A" w14:textId="77777777" w:rsidR="0097296A" w:rsidRPr="007204D9" w:rsidRDefault="00000000">
            <w:pPr>
              <w:autoSpaceDE w:val="0"/>
              <w:autoSpaceDN w:val="0"/>
              <w:spacing w:before="140" w:after="0" w:line="268" w:lineRule="exact"/>
              <w:ind w:left="38"/>
            </w:pPr>
            <w:r w:rsidRPr="007204D9">
              <w:rPr>
                <w:color w:val="000000"/>
                <w:w w:val="98"/>
                <w:sz w:val="25"/>
              </w:rPr>
              <w:t>Medianamente significativo.</w:t>
            </w:r>
          </w:p>
          <w:p w14:paraId="4DC9A951" w14:textId="77777777" w:rsidR="0097296A" w:rsidRPr="007204D9" w:rsidRDefault="00000000">
            <w:pPr>
              <w:autoSpaceDE w:val="0"/>
              <w:autoSpaceDN w:val="0"/>
              <w:spacing w:before="118" w:after="0" w:line="268" w:lineRule="exact"/>
              <w:ind w:left="38"/>
            </w:pPr>
            <w:r w:rsidRPr="007204D9">
              <w:rPr>
                <w:color w:val="000000"/>
                <w:sz w:val="25"/>
              </w:rPr>
              <w:t>Muito significativo.</w:t>
            </w:r>
          </w:p>
          <w:p w14:paraId="4C715BE5" w14:textId="77777777" w:rsidR="0097296A" w:rsidRPr="007204D9" w:rsidRDefault="00000000">
            <w:pPr>
              <w:autoSpaceDE w:val="0"/>
              <w:autoSpaceDN w:val="0"/>
              <w:spacing w:before="116" w:after="0" w:line="268" w:lineRule="exact"/>
              <w:ind w:left="38"/>
            </w:pPr>
            <w:r w:rsidRPr="007204D9">
              <w:rPr>
                <w:color w:val="000000"/>
                <w:sz w:val="24"/>
              </w:rPr>
              <w:t xml:space="preserve">Não aplicáveis; não observadas; ou qualitativas. </w:t>
            </w:r>
          </w:p>
        </w:tc>
      </w:tr>
    </w:tbl>
    <w:p w14:paraId="17C1BF90" w14:textId="77777777" w:rsidR="0097296A" w:rsidRPr="007204D9" w:rsidRDefault="00000000">
      <w:pPr>
        <w:autoSpaceDE w:val="0"/>
        <w:autoSpaceDN w:val="0"/>
        <w:spacing w:before="728" w:after="0" w:line="266" w:lineRule="exact"/>
        <w:ind w:right="710"/>
        <w:jc w:val="right"/>
      </w:pPr>
      <w:r w:rsidRPr="007204D9">
        <w:rPr>
          <w:color w:val="000000"/>
          <w:sz w:val="24"/>
        </w:rPr>
        <w:t>3</w:t>
      </w:r>
    </w:p>
    <w:p w14:paraId="7EDEA5B1" w14:textId="77777777" w:rsidR="0097296A" w:rsidRPr="007204D9" w:rsidRDefault="0097296A">
      <w:pPr>
        <w:sectPr w:rsidR="0097296A" w:rsidRPr="007204D9">
          <w:pgSz w:w="11906" w:h="16838"/>
          <w:pgMar w:top="340" w:right="1226" w:bottom="340" w:left="720" w:header="720" w:footer="720" w:gutter="0"/>
          <w:cols w:space="720"/>
          <w:docGrid w:linePitch="360"/>
        </w:sectPr>
      </w:pPr>
    </w:p>
    <w:p w14:paraId="3E8761D9" w14:textId="77777777" w:rsidR="0097296A" w:rsidRPr="007204D9" w:rsidRDefault="0097296A">
      <w:pPr>
        <w:autoSpaceDE w:val="0"/>
        <w:autoSpaceDN w:val="0"/>
        <w:spacing w:after="302" w:line="220" w:lineRule="exact"/>
      </w:pPr>
    </w:p>
    <w:tbl>
      <w:tblPr>
        <w:tblW w:w="0" w:type="auto"/>
        <w:tblInd w:w="1338" w:type="dxa"/>
        <w:tblLayout w:type="fixed"/>
        <w:tblLook w:val="04A0" w:firstRow="1" w:lastRow="0" w:firstColumn="1" w:lastColumn="0" w:noHBand="0" w:noVBand="1"/>
      </w:tblPr>
      <w:tblGrid>
        <w:gridCol w:w="1776"/>
        <w:gridCol w:w="1274"/>
        <w:gridCol w:w="1700"/>
        <w:gridCol w:w="1560"/>
      </w:tblGrid>
      <w:tr w:rsidR="0097296A" w:rsidRPr="007204D9" w14:paraId="12E8A24E" w14:textId="77777777">
        <w:trPr>
          <w:trHeight w:val="400"/>
        </w:trPr>
        <w:tc>
          <w:tcPr>
            <w:tcW w:w="1776" w:type="dxa"/>
            <w:tcBorders>
              <w:bottom w:val="single" w:sz="4" w:space="0" w:color="auto"/>
              <w:right w:val="single" w:sz="4" w:space="0" w:color="auto"/>
            </w:tcBorders>
            <w:tcMar>
              <w:left w:w="0" w:type="dxa"/>
              <w:right w:w="0" w:type="dxa"/>
            </w:tcMar>
          </w:tcPr>
          <w:p w14:paraId="6AC1A70F" w14:textId="77777777" w:rsidR="0097296A" w:rsidRPr="007204D9" w:rsidRDefault="0097296A"/>
        </w:tc>
        <w:tc>
          <w:tcPr>
            <w:tcW w:w="453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232D380" w14:textId="77777777" w:rsidR="0097296A" w:rsidRPr="007204D9" w:rsidRDefault="00000000">
            <w:pPr>
              <w:autoSpaceDE w:val="0"/>
              <w:autoSpaceDN w:val="0"/>
              <w:spacing w:before="40" w:after="0" w:line="338" w:lineRule="exact"/>
              <w:jc w:val="center"/>
            </w:pPr>
            <w:r w:rsidRPr="007204D9">
              <w:rPr>
                <w:color w:val="000000"/>
                <w:w w:val="101"/>
                <w:sz w:val="23"/>
              </w:rPr>
              <w:t>Risco</w:t>
            </w:r>
          </w:p>
        </w:tc>
      </w:tr>
      <w:tr w:rsidR="0097296A" w:rsidRPr="007204D9" w14:paraId="4FE3EF03" w14:textId="77777777">
        <w:trPr>
          <w:trHeight w:val="666"/>
        </w:trPr>
        <w:tc>
          <w:tcPr>
            <w:tcW w:w="1776" w:type="dxa"/>
            <w:tcBorders>
              <w:top w:val="single" w:sz="4" w:space="0" w:color="auto"/>
              <w:left w:val="single" w:sz="4" w:space="0" w:color="auto"/>
              <w:bottom w:val="single" w:sz="4" w:space="0" w:color="auto"/>
              <w:right w:val="single" w:sz="4" w:space="0" w:color="auto"/>
            </w:tcBorders>
            <w:tcMar>
              <w:left w:w="0" w:type="dxa"/>
              <w:right w:w="0" w:type="dxa"/>
            </w:tcMar>
          </w:tcPr>
          <w:p w14:paraId="01A744C9" w14:textId="77777777" w:rsidR="0097296A" w:rsidRPr="007204D9" w:rsidRDefault="00000000">
            <w:pPr>
              <w:autoSpaceDE w:val="0"/>
              <w:autoSpaceDN w:val="0"/>
              <w:spacing w:before="126" w:after="0" w:line="338" w:lineRule="exact"/>
              <w:ind w:left="170"/>
            </w:pPr>
            <w:r w:rsidRPr="007204D9">
              <w:rPr>
                <w:color w:val="000000"/>
                <w:sz w:val="24"/>
              </w:rPr>
              <w:t xml:space="preserve">Relevância </w:t>
            </w:r>
          </w:p>
        </w:tc>
        <w:tc>
          <w:tcPr>
            <w:tcW w:w="1274" w:type="dxa"/>
            <w:tcBorders>
              <w:top w:val="single" w:sz="4" w:space="0" w:color="auto"/>
              <w:left w:val="single" w:sz="4" w:space="0" w:color="auto"/>
              <w:bottom w:val="single" w:sz="4" w:space="0" w:color="auto"/>
              <w:right w:val="single" w:sz="4" w:space="0" w:color="auto"/>
            </w:tcBorders>
            <w:tcMar>
              <w:left w:w="0" w:type="dxa"/>
              <w:right w:w="0" w:type="dxa"/>
            </w:tcMar>
          </w:tcPr>
          <w:p w14:paraId="09067A36" w14:textId="77777777" w:rsidR="0097296A" w:rsidRPr="007204D9" w:rsidRDefault="00000000">
            <w:pPr>
              <w:autoSpaceDE w:val="0"/>
              <w:autoSpaceDN w:val="0"/>
              <w:spacing w:after="0" w:line="316" w:lineRule="exact"/>
              <w:ind w:left="144" w:right="144"/>
              <w:jc w:val="center"/>
            </w:pPr>
            <w:r w:rsidRPr="007204D9">
              <w:rPr>
                <w:color w:val="000000"/>
                <w:sz w:val="25"/>
              </w:rPr>
              <w:t xml:space="preserve">Mínimo </w:t>
            </w:r>
            <w:r w:rsidRPr="007204D9">
              <w:rPr>
                <w:color w:val="000000"/>
                <w:sz w:val="24"/>
              </w:rPr>
              <w:t xml:space="preserve">(1) </w:t>
            </w:r>
          </w:p>
        </w:tc>
        <w:tc>
          <w:tcPr>
            <w:tcW w:w="1700" w:type="dxa"/>
            <w:tcBorders>
              <w:top w:val="single" w:sz="4" w:space="0" w:color="auto"/>
              <w:left w:val="single" w:sz="4" w:space="0" w:color="auto"/>
              <w:bottom w:val="single" w:sz="4" w:space="0" w:color="auto"/>
              <w:right w:val="single" w:sz="4" w:space="0" w:color="auto"/>
            </w:tcBorders>
            <w:tcMar>
              <w:left w:w="0" w:type="dxa"/>
              <w:right w:w="0" w:type="dxa"/>
            </w:tcMar>
          </w:tcPr>
          <w:p w14:paraId="588B1D05" w14:textId="77777777" w:rsidR="0097296A" w:rsidRPr="007204D9" w:rsidRDefault="00000000">
            <w:pPr>
              <w:autoSpaceDE w:val="0"/>
              <w:autoSpaceDN w:val="0"/>
              <w:spacing w:after="0" w:line="316" w:lineRule="exact"/>
              <w:ind w:left="288" w:right="288"/>
              <w:jc w:val="center"/>
            </w:pPr>
            <w:r w:rsidRPr="007204D9">
              <w:rPr>
                <w:color w:val="000000"/>
                <w:w w:val="98"/>
                <w:sz w:val="25"/>
              </w:rPr>
              <w:t xml:space="preserve">Regular </w:t>
            </w:r>
            <w:r w:rsidRPr="007204D9">
              <w:rPr>
                <w:color w:val="000000"/>
                <w:sz w:val="24"/>
              </w:rPr>
              <w:t xml:space="preserve">(2) </w:t>
            </w:r>
          </w:p>
        </w:tc>
        <w:tc>
          <w:tcPr>
            <w:tcW w:w="1560" w:type="dxa"/>
            <w:tcBorders>
              <w:top w:val="single" w:sz="4" w:space="0" w:color="auto"/>
              <w:left w:val="single" w:sz="4" w:space="0" w:color="auto"/>
              <w:bottom w:val="single" w:sz="4" w:space="0" w:color="auto"/>
              <w:right w:val="single" w:sz="4" w:space="0" w:color="auto"/>
            </w:tcBorders>
            <w:tcMar>
              <w:left w:w="0" w:type="dxa"/>
              <w:right w:w="0" w:type="dxa"/>
            </w:tcMar>
          </w:tcPr>
          <w:p w14:paraId="6BE51F05" w14:textId="77777777" w:rsidR="0097296A" w:rsidRPr="007204D9" w:rsidRDefault="00000000">
            <w:pPr>
              <w:autoSpaceDE w:val="0"/>
              <w:autoSpaceDN w:val="0"/>
              <w:spacing w:after="0" w:line="316" w:lineRule="exact"/>
              <w:ind w:left="288" w:right="288"/>
              <w:jc w:val="center"/>
            </w:pPr>
            <w:r w:rsidRPr="007204D9">
              <w:rPr>
                <w:color w:val="000000"/>
                <w:w w:val="98"/>
                <w:sz w:val="25"/>
              </w:rPr>
              <w:t xml:space="preserve">Crítico </w:t>
            </w:r>
            <w:r w:rsidRPr="007204D9">
              <w:br/>
            </w:r>
            <w:r w:rsidRPr="007204D9">
              <w:rPr>
                <w:color w:val="000000"/>
                <w:sz w:val="24"/>
              </w:rPr>
              <w:t xml:space="preserve">(3) </w:t>
            </w:r>
          </w:p>
        </w:tc>
      </w:tr>
      <w:tr w:rsidR="0097296A" w:rsidRPr="007204D9" w14:paraId="71F57864" w14:textId="77777777" w:rsidTr="007204D9">
        <w:trPr>
          <w:trHeight w:val="398"/>
        </w:trPr>
        <w:tc>
          <w:tcPr>
            <w:tcW w:w="1776" w:type="dxa"/>
            <w:tcBorders>
              <w:top w:val="single" w:sz="4" w:space="0" w:color="auto"/>
              <w:left w:val="single" w:sz="4" w:space="0" w:color="auto"/>
              <w:bottom w:val="single" w:sz="4" w:space="0" w:color="auto"/>
              <w:right w:val="single" w:sz="4" w:space="0" w:color="auto"/>
            </w:tcBorders>
            <w:tcMar>
              <w:left w:w="0" w:type="dxa"/>
              <w:right w:w="0" w:type="dxa"/>
            </w:tcMar>
          </w:tcPr>
          <w:p w14:paraId="76552B04" w14:textId="77777777" w:rsidR="0097296A" w:rsidRPr="007204D9" w:rsidRDefault="00000000">
            <w:pPr>
              <w:autoSpaceDE w:val="0"/>
              <w:autoSpaceDN w:val="0"/>
              <w:spacing w:before="86" w:after="0" w:line="268" w:lineRule="exact"/>
              <w:ind w:left="416"/>
            </w:pPr>
            <w:r w:rsidRPr="007204D9">
              <w:rPr>
                <w:color w:val="000000"/>
                <w:sz w:val="24"/>
              </w:rPr>
              <w:t xml:space="preserve">Baixa (1) </w:t>
            </w:r>
          </w:p>
        </w:tc>
        <w:tc>
          <w:tcPr>
            <w:tcW w:w="127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3C602BFE" w14:textId="77777777" w:rsidR="0097296A" w:rsidRPr="007204D9" w:rsidRDefault="00000000">
            <w:pPr>
              <w:autoSpaceDE w:val="0"/>
              <w:autoSpaceDN w:val="0"/>
              <w:spacing w:before="86" w:after="0" w:line="268" w:lineRule="exact"/>
              <w:ind w:right="382"/>
              <w:jc w:val="right"/>
            </w:pPr>
            <w:r w:rsidRPr="007204D9">
              <w:rPr>
                <w:color w:val="000000"/>
                <w:sz w:val="24"/>
              </w:rPr>
              <w:t>1;1</w:t>
            </w:r>
            <w:r w:rsidRPr="007204D9">
              <w:rPr>
                <w:color w:val="000000"/>
                <w:sz w:val="24"/>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50848CB5" w14:textId="77777777" w:rsidR="0097296A" w:rsidRPr="007204D9" w:rsidRDefault="00000000">
            <w:pPr>
              <w:autoSpaceDE w:val="0"/>
              <w:autoSpaceDN w:val="0"/>
              <w:spacing w:before="86" w:after="0" w:line="268" w:lineRule="exact"/>
              <w:jc w:val="center"/>
            </w:pPr>
            <w:r w:rsidRPr="007204D9">
              <w:rPr>
                <w:color w:val="000000"/>
                <w:sz w:val="24"/>
              </w:rPr>
              <w:t xml:space="preserve">1;2 </w:t>
            </w:r>
          </w:p>
        </w:tc>
        <w:tc>
          <w:tcPr>
            <w:tcW w:w="156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0816E901" w14:textId="77777777" w:rsidR="0097296A" w:rsidRPr="007204D9" w:rsidRDefault="00000000">
            <w:pPr>
              <w:autoSpaceDE w:val="0"/>
              <w:autoSpaceDN w:val="0"/>
              <w:spacing w:before="86" w:after="0" w:line="268" w:lineRule="exact"/>
              <w:ind w:right="542"/>
              <w:jc w:val="right"/>
            </w:pPr>
            <w:r w:rsidRPr="007204D9">
              <w:rPr>
                <w:color w:val="000000"/>
                <w:sz w:val="24"/>
              </w:rPr>
              <w:t xml:space="preserve">1;3 </w:t>
            </w:r>
          </w:p>
        </w:tc>
      </w:tr>
      <w:tr w:rsidR="0097296A" w:rsidRPr="007204D9" w14:paraId="0FD635FD" w14:textId="77777777" w:rsidTr="007204D9">
        <w:trPr>
          <w:trHeight w:val="398"/>
        </w:trPr>
        <w:tc>
          <w:tcPr>
            <w:tcW w:w="1776" w:type="dxa"/>
            <w:tcBorders>
              <w:top w:val="single" w:sz="4" w:space="0" w:color="auto"/>
              <w:left w:val="single" w:sz="4" w:space="0" w:color="auto"/>
              <w:bottom w:val="single" w:sz="4" w:space="0" w:color="auto"/>
              <w:right w:val="single" w:sz="4" w:space="0" w:color="auto"/>
            </w:tcBorders>
            <w:tcMar>
              <w:left w:w="0" w:type="dxa"/>
              <w:right w:w="0" w:type="dxa"/>
            </w:tcMar>
          </w:tcPr>
          <w:p w14:paraId="71189AE6" w14:textId="77777777" w:rsidR="0097296A" w:rsidRPr="007204D9" w:rsidRDefault="00000000">
            <w:pPr>
              <w:autoSpaceDE w:val="0"/>
              <w:autoSpaceDN w:val="0"/>
              <w:spacing w:before="82" w:after="0" w:line="268" w:lineRule="exact"/>
              <w:jc w:val="center"/>
            </w:pPr>
            <w:r w:rsidRPr="007204D9">
              <w:rPr>
                <w:color w:val="000000"/>
                <w:w w:val="98"/>
                <w:sz w:val="25"/>
              </w:rPr>
              <w:t>Média (2)</w:t>
            </w:r>
          </w:p>
        </w:tc>
        <w:tc>
          <w:tcPr>
            <w:tcW w:w="127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57FB4C16" w14:textId="77777777" w:rsidR="0097296A" w:rsidRPr="007204D9" w:rsidRDefault="00000000">
            <w:pPr>
              <w:autoSpaceDE w:val="0"/>
              <w:autoSpaceDN w:val="0"/>
              <w:spacing w:before="82" w:after="0" w:line="268" w:lineRule="exact"/>
              <w:ind w:right="382"/>
              <w:jc w:val="right"/>
            </w:pPr>
            <w:r w:rsidRPr="007204D9">
              <w:rPr>
                <w:color w:val="000000"/>
                <w:sz w:val="24"/>
              </w:rPr>
              <w:t xml:space="preserve">2;1 </w:t>
            </w:r>
          </w:p>
        </w:tc>
        <w:tc>
          <w:tcPr>
            <w:tcW w:w="170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5EA2BC6F" w14:textId="77777777" w:rsidR="0097296A" w:rsidRPr="007204D9" w:rsidRDefault="00000000">
            <w:pPr>
              <w:autoSpaceDE w:val="0"/>
              <w:autoSpaceDN w:val="0"/>
              <w:spacing w:before="82" w:after="0" w:line="268" w:lineRule="exact"/>
              <w:jc w:val="center"/>
            </w:pPr>
            <w:r w:rsidRPr="007204D9">
              <w:rPr>
                <w:color w:val="000000"/>
                <w:sz w:val="24"/>
              </w:rPr>
              <w:t xml:space="preserve">2;2 </w:t>
            </w:r>
          </w:p>
        </w:tc>
        <w:tc>
          <w:tcPr>
            <w:tcW w:w="156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423E35D" w14:textId="77777777" w:rsidR="0097296A" w:rsidRPr="007204D9" w:rsidRDefault="00000000">
            <w:pPr>
              <w:autoSpaceDE w:val="0"/>
              <w:autoSpaceDN w:val="0"/>
              <w:spacing w:before="82" w:after="0" w:line="268" w:lineRule="exact"/>
              <w:ind w:right="542"/>
              <w:jc w:val="right"/>
            </w:pPr>
            <w:r w:rsidRPr="007204D9">
              <w:rPr>
                <w:color w:val="000000"/>
                <w:sz w:val="24"/>
              </w:rPr>
              <w:t xml:space="preserve">2;3 </w:t>
            </w:r>
          </w:p>
        </w:tc>
      </w:tr>
      <w:tr w:rsidR="0097296A" w:rsidRPr="007204D9" w14:paraId="42322C7D" w14:textId="77777777" w:rsidTr="007204D9">
        <w:trPr>
          <w:trHeight w:val="400"/>
        </w:trPr>
        <w:tc>
          <w:tcPr>
            <w:tcW w:w="1776" w:type="dxa"/>
            <w:tcBorders>
              <w:top w:val="single" w:sz="4" w:space="0" w:color="auto"/>
              <w:left w:val="single" w:sz="4" w:space="0" w:color="auto"/>
              <w:bottom w:val="single" w:sz="3" w:space="0" w:color="auto"/>
              <w:right w:val="single" w:sz="4" w:space="0" w:color="auto"/>
            </w:tcBorders>
            <w:tcMar>
              <w:left w:w="0" w:type="dxa"/>
              <w:right w:w="0" w:type="dxa"/>
            </w:tcMar>
          </w:tcPr>
          <w:p w14:paraId="27E1DE2A" w14:textId="77777777" w:rsidR="0097296A" w:rsidRPr="007204D9" w:rsidRDefault="00000000">
            <w:pPr>
              <w:autoSpaceDE w:val="0"/>
              <w:autoSpaceDN w:val="0"/>
              <w:spacing w:before="88" w:after="0" w:line="268" w:lineRule="exact"/>
              <w:ind w:right="424"/>
              <w:jc w:val="right"/>
            </w:pPr>
            <w:r w:rsidRPr="007204D9">
              <w:rPr>
                <w:color w:val="000000"/>
                <w:sz w:val="24"/>
              </w:rPr>
              <w:t xml:space="preserve">Alta (3) </w:t>
            </w:r>
          </w:p>
        </w:tc>
        <w:tc>
          <w:tcPr>
            <w:tcW w:w="1274"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1F14AE07" w14:textId="77777777" w:rsidR="0097296A" w:rsidRPr="007204D9" w:rsidRDefault="00000000">
            <w:pPr>
              <w:autoSpaceDE w:val="0"/>
              <w:autoSpaceDN w:val="0"/>
              <w:spacing w:before="88" w:after="0" w:line="268" w:lineRule="exact"/>
              <w:ind w:right="382"/>
              <w:jc w:val="right"/>
            </w:pPr>
            <w:r w:rsidRPr="007204D9">
              <w:rPr>
                <w:color w:val="000000"/>
                <w:sz w:val="24"/>
              </w:rPr>
              <w:t xml:space="preserve">3;1 </w:t>
            </w:r>
          </w:p>
        </w:tc>
        <w:tc>
          <w:tcPr>
            <w:tcW w:w="1700"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776501EE" w14:textId="77777777" w:rsidR="0097296A" w:rsidRPr="007204D9" w:rsidRDefault="00000000">
            <w:pPr>
              <w:autoSpaceDE w:val="0"/>
              <w:autoSpaceDN w:val="0"/>
              <w:spacing w:before="88" w:after="0" w:line="268" w:lineRule="exact"/>
              <w:jc w:val="center"/>
            </w:pPr>
            <w:r w:rsidRPr="007204D9">
              <w:rPr>
                <w:color w:val="000000"/>
                <w:sz w:val="24"/>
              </w:rPr>
              <w:t xml:space="preserve">3;2 </w:t>
            </w:r>
          </w:p>
        </w:tc>
        <w:tc>
          <w:tcPr>
            <w:tcW w:w="1560"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7907FAEC" w14:textId="77777777" w:rsidR="0097296A" w:rsidRPr="007204D9" w:rsidRDefault="00000000">
            <w:pPr>
              <w:autoSpaceDE w:val="0"/>
              <w:autoSpaceDN w:val="0"/>
              <w:spacing w:before="88" w:after="0" w:line="268" w:lineRule="exact"/>
              <w:ind w:right="542"/>
              <w:jc w:val="right"/>
            </w:pPr>
            <w:r w:rsidRPr="007204D9">
              <w:rPr>
                <w:color w:val="000000"/>
                <w:sz w:val="24"/>
              </w:rPr>
              <w:t xml:space="preserve">3;3 </w:t>
            </w:r>
          </w:p>
        </w:tc>
      </w:tr>
    </w:tbl>
    <w:p w14:paraId="19E1A1E3" w14:textId="77777777" w:rsidR="0097296A" w:rsidRPr="007204D9" w:rsidRDefault="00000000">
      <w:pPr>
        <w:autoSpaceDE w:val="0"/>
        <w:autoSpaceDN w:val="0"/>
        <w:spacing w:before="638" w:after="522" w:line="326" w:lineRule="exact"/>
        <w:ind w:left="242" w:right="490" w:firstLine="706"/>
        <w:jc w:val="both"/>
      </w:pPr>
      <w:r w:rsidRPr="007204D9">
        <w:rPr>
          <w:color w:val="000000"/>
          <w:w w:val="98"/>
          <w:sz w:val="25"/>
        </w:rPr>
        <w:t>No exemplo abaixo, o item 1.1 possui relevância 2, o que significa ser uma relevância média em relação aos outros quesitos avaliados no Instrumento de Verificação das Condições Sanitárias e de Higiene. Desse modo, a alternativa “Sim” possui risco 1 porque não possui restrições associadas e por isso o impacto é pouco significativo. A alternativa “Em parte” possui risco 2 porque possui restrições associadas que devem ser resolvidas em curto prazo, logo apresenta impacto medianamente significativo. A alternati</w:t>
      </w:r>
      <w:r w:rsidRPr="007204D9">
        <w:rPr>
          <w:color w:val="000000"/>
          <w:w w:val="98"/>
          <w:sz w:val="25"/>
        </w:rPr>
        <w:t>va “Não” possui risco 3 porque possui restrições associadas que devem ser resolvidas imediatamente, logo apresenta impacto muito significativo.</w:t>
      </w:r>
    </w:p>
    <w:tbl>
      <w:tblPr>
        <w:tblW w:w="0" w:type="auto"/>
        <w:tblInd w:w="220" w:type="dxa"/>
        <w:tblLayout w:type="fixed"/>
        <w:tblLook w:val="04A0" w:firstRow="1" w:lastRow="0" w:firstColumn="1" w:lastColumn="0" w:noHBand="0" w:noVBand="1"/>
      </w:tblPr>
      <w:tblGrid>
        <w:gridCol w:w="844"/>
        <w:gridCol w:w="1512"/>
        <w:gridCol w:w="3452"/>
        <w:gridCol w:w="1400"/>
        <w:gridCol w:w="1404"/>
      </w:tblGrid>
      <w:tr w:rsidR="0097296A" w:rsidRPr="007204D9" w14:paraId="6FFBABD9" w14:textId="77777777">
        <w:trPr>
          <w:trHeight w:val="504"/>
        </w:trPr>
        <w:tc>
          <w:tcPr>
            <w:tcW w:w="8612" w:type="dxa"/>
            <w:gridSpan w:val="5"/>
            <w:tcBorders>
              <w:top w:val="single" w:sz="4" w:space="0" w:color="auto"/>
              <w:left w:val="single" w:sz="4" w:space="0" w:color="auto"/>
              <w:bottom w:val="single" w:sz="4" w:space="0" w:color="auto"/>
              <w:right w:val="single" w:sz="3" w:space="0" w:color="auto"/>
            </w:tcBorders>
            <w:tcMar>
              <w:left w:w="0" w:type="dxa"/>
              <w:right w:w="0" w:type="dxa"/>
            </w:tcMar>
          </w:tcPr>
          <w:p w14:paraId="000C3937" w14:textId="77777777" w:rsidR="0097296A" w:rsidRPr="007204D9" w:rsidRDefault="00000000">
            <w:pPr>
              <w:autoSpaceDE w:val="0"/>
              <w:autoSpaceDN w:val="0"/>
              <w:spacing w:before="192" w:after="0" w:line="278" w:lineRule="exact"/>
              <w:jc w:val="center"/>
            </w:pPr>
            <w:r w:rsidRPr="007204D9">
              <w:rPr>
                <w:b/>
                <w:i/>
                <w:color w:val="000000"/>
                <w:w w:val="99"/>
                <w:sz w:val="23"/>
              </w:rPr>
              <w:t xml:space="preserve">1. </w:t>
            </w:r>
            <w:r w:rsidRPr="007204D9">
              <w:rPr>
                <w:b/>
                <w:i/>
                <w:color w:val="000000"/>
                <w:sz w:val="24"/>
              </w:rPr>
              <w:t xml:space="preserve">Subárea </w:t>
            </w:r>
          </w:p>
        </w:tc>
      </w:tr>
      <w:tr w:rsidR="0097296A" w:rsidRPr="007204D9" w14:paraId="6BB571E4" w14:textId="77777777">
        <w:trPr>
          <w:trHeight w:val="496"/>
        </w:trPr>
        <w:tc>
          <w:tcPr>
            <w:tcW w:w="844"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4FC9EDE" w14:textId="77777777" w:rsidR="0097296A" w:rsidRPr="007204D9" w:rsidRDefault="00000000">
            <w:pPr>
              <w:autoSpaceDE w:val="0"/>
              <w:autoSpaceDN w:val="0"/>
              <w:spacing w:before="154" w:after="0" w:line="338" w:lineRule="exact"/>
              <w:jc w:val="center"/>
            </w:pPr>
            <w:r w:rsidRPr="007204D9">
              <w:rPr>
                <w:color w:val="000000"/>
                <w:sz w:val="24"/>
              </w:rPr>
              <w:t>Item</w:t>
            </w:r>
          </w:p>
        </w:tc>
        <w:tc>
          <w:tcPr>
            <w:tcW w:w="151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A6775A8" w14:textId="77777777" w:rsidR="0097296A" w:rsidRPr="007204D9" w:rsidRDefault="00000000">
            <w:pPr>
              <w:autoSpaceDE w:val="0"/>
              <w:autoSpaceDN w:val="0"/>
              <w:spacing w:before="154" w:after="0" w:line="338" w:lineRule="exact"/>
              <w:ind w:left="108"/>
            </w:pPr>
            <w:r w:rsidRPr="007204D9">
              <w:rPr>
                <w:color w:val="000000"/>
                <w:sz w:val="24"/>
              </w:rPr>
              <w:t>Relevância</w:t>
            </w:r>
          </w:p>
        </w:tc>
        <w:tc>
          <w:tcPr>
            <w:tcW w:w="345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E195AB0" w14:textId="61E03E81" w:rsidR="0097296A" w:rsidRPr="007204D9" w:rsidRDefault="007204D9" w:rsidP="007204D9">
            <w:pPr>
              <w:autoSpaceDE w:val="0"/>
              <w:autoSpaceDN w:val="0"/>
              <w:spacing w:before="154" w:after="0" w:line="338" w:lineRule="exact"/>
              <w:ind w:right="914"/>
              <w:jc w:val="center"/>
            </w:pPr>
            <w:r w:rsidRPr="007204D9">
              <w:rPr>
                <w:color w:val="000000"/>
                <w:sz w:val="24"/>
              </w:rPr>
              <w:t xml:space="preserve">             </w:t>
            </w:r>
            <w:r w:rsidR="00000000" w:rsidRPr="007204D9">
              <w:rPr>
                <w:color w:val="000000"/>
                <w:sz w:val="24"/>
              </w:rPr>
              <w:t>Descrição</w:t>
            </w:r>
          </w:p>
        </w:tc>
        <w:tc>
          <w:tcPr>
            <w:tcW w:w="2804"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6DB8F5AA" w14:textId="5CE2C338" w:rsidR="0097296A" w:rsidRPr="007204D9" w:rsidRDefault="007204D9" w:rsidP="007204D9">
            <w:pPr>
              <w:autoSpaceDE w:val="0"/>
              <w:autoSpaceDN w:val="0"/>
              <w:spacing w:before="138" w:after="0" w:line="338" w:lineRule="exact"/>
              <w:ind w:right="612"/>
              <w:jc w:val="center"/>
            </w:pPr>
            <w:r w:rsidRPr="007204D9">
              <w:rPr>
                <w:color w:val="000000"/>
                <w:sz w:val="24"/>
              </w:rPr>
              <w:t xml:space="preserve">        </w:t>
            </w:r>
            <w:r w:rsidR="00000000" w:rsidRPr="007204D9">
              <w:rPr>
                <w:color w:val="000000"/>
                <w:sz w:val="24"/>
              </w:rPr>
              <w:t xml:space="preserve">Resultado </w:t>
            </w:r>
          </w:p>
        </w:tc>
      </w:tr>
      <w:tr w:rsidR="0097296A" w:rsidRPr="007204D9" w14:paraId="78E074C2" w14:textId="77777777">
        <w:trPr>
          <w:trHeight w:val="500"/>
        </w:trPr>
        <w:tc>
          <w:tcPr>
            <w:tcW w:w="1805" w:type="dxa"/>
            <w:vMerge/>
            <w:tcBorders>
              <w:top w:val="single" w:sz="4" w:space="0" w:color="auto"/>
              <w:left w:val="single" w:sz="4" w:space="0" w:color="auto"/>
              <w:bottom w:val="single" w:sz="4" w:space="0" w:color="auto"/>
              <w:right w:val="single" w:sz="4" w:space="0" w:color="auto"/>
            </w:tcBorders>
          </w:tcPr>
          <w:p w14:paraId="2ADF30D7"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4F616911"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67089D85" w14:textId="77777777" w:rsidR="0097296A" w:rsidRPr="007204D9" w:rsidRDefault="0097296A"/>
        </w:tc>
        <w:tc>
          <w:tcPr>
            <w:tcW w:w="1400" w:type="dxa"/>
            <w:tcBorders>
              <w:top w:val="single" w:sz="4" w:space="0" w:color="auto"/>
              <w:left w:val="single" w:sz="4" w:space="0" w:color="auto"/>
              <w:bottom w:val="single" w:sz="4" w:space="0" w:color="auto"/>
              <w:right w:val="single" w:sz="3" w:space="0" w:color="auto"/>
            </w:tcBorders>
            <w:tcMar>
              <w:left w:w="0" w:type="dxa"/>
              <w:right w:w="0" w:type="dxa"/>
            </w:tcMar>
          </w:tcPr>
          <w:p w14:paraId="508FEA2E" w14:textId="77777777" w:rsidR="0097296A" w:rsidRPr="007204D9" w:rsidRDefault="00000000">
            <w:pPr>
              <w:autoSpaceDE w:val="0"/>
              <w:autoSpaceDN w:val="0"/>
              <w:spacing w:before="144" w:after="0" w:line="338" w:lineRule="exact"/>
              <w:jc w:val="center"/>
            </w:pPr>
            <w:r w:rsidRPr="007204D9">
              <w:rPr>
                <w:color w:val="000000"/>
                <w:w w:val="101"/>
                <w:sz w:val="23"/>
              </w:rPr>
              <w:t>x</w:t>
            </w:r>
          </w:p>
        </w:tc>
        <w:tc>
          <w:tcPr>
            <w:tcW w:w="1404" w:type="dxa"/>
            <w:tcBorders>
              <w:top w:val="single" w:sz="4" w:space="0" w:color="auto"/>
              <w:left w:val="single" w:sz="3" w:space="0" w:color="auto"/>
              <w:bottom w:val="single" w:sz="4" w:space="0" w:color="auto"/>
              <w:right w:val="single" w:sz="3" w:space="0" w:color="auto"/>
            </w:tcBorders>
            <w:tcMar>
              <w:left w:w="0" w:type="dxa"/>
              <w:right w:w="0" w:type="dxa"/>
            </w:tcMar>
          </w:tcPr>
          <w:p w14:paraId="3C17D202" w14:textId="77777777" w:rsidR="0097296A" w:rsidRPr="007204D9" w:rsidRDefault="00000000">
            <w:pPr>
              <w:autoSpaceDE w:val="0"/>
              <w:autoSpaceDN w:val="0"/>
              <w:spacing w:before="144" w:after="0" w:line="338" w:lineRule="exact"/>
              <w:ind w:left="210"/>
            </w:pPr>
            <w:r w:rsidRPr="007204D9">
              <w:rPr>
                <w:color w:val="000000"/>
                <w:sz w:val="24"/>
              </w:rPr>
              <w:t>Impacto</w:t>
            </w:r>
          </w:p>
        </w:tc>
      </w:tr>
      <w:tr w:rsidR="0097296A" w:rsidRPr="007204D9" w14:paraId="5F367C85" w14:textId="77777777">
        <w:trPr>
          <w:trHeight w:val="500"/>
        </w:trPr>
        <w:tc>
          <w:tcPr>
            <w:tcW w:w="844"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5EC351B" w14:textId="77777777" w:rsidR="0097296A" w:rsidRPr="007204D9" w:rsidRDefault="00000000">
            <w:pPr>
              <w:autoSpaceDE w:val="0"/>
              <w:autoSpaceDN w:val="0"/>
              <w:spacing w:before="200" w:after="0" w:line="268" w:lineRule="exact"/>
              <w:ind w:left="108"/>
            </w:pPr>
            <w:r w:rsidRPr="007204D9">
              <w:rPr>
                <w:color w:val="000000"/>
                <w:sz w:val="24"/>
              </w:rPr>
              <w:t xml:space="preserve">1.1 </w:t>
            </w:r>
          </w:p>
        </w:tc>
        <w:tc>
          <w:tcPr>
            <w:tcW w:w="151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BE25BF" w14:textId="77777777" w:rsidR="0097296A" w:rsidRPr="007204D9" w:rsidRDefault="00000000">
            <w:pPr>
              <w:autoSpaceDE w:val="0"/>
              <w:autoSpaceDN w:val="0"/>
              <w:spacing w:before="200" w:after="0" w:line="268" w:lineRule="exact"/>
              <w:ind w:left="108"/>
            </w:pPr>
            <w:r w:rsidRPr="007204D9">
              <w:rPr>
                <w:color w:val="000000"/>
                <w:sz w:val="24"/>
              </w:rPr>
              <w:t xml:space="preserve">2 </w:t>
            </w:r>
          </w:p>
        </w:tc>
        <w:tc>
          <w:tcPr>
            <w:tcW w:w="6256" w:type="dxa"/>
            <w:gridSpan w:val="3"/>
            <w:tcBorders>
              <w:top w:val="single" w:sz="4" w:space="0" w:color="auto"/>
              <w:left w:val="single" w:sz="4" w:space="0" w:color="auto"/>
              <w:bottom w:val="single" w:sz="3" w:space="0" w:color="auto"/>
              <w:right w:val="single" w:sz="3" w:space="0" w:color="auto"/>
            </w:tcBorders>
            <w:tcMar>
              <w:left w:w="0" w:type="dxa"/>
              <w:right w:w="0" w:type="dxa"/>
            </w:tcMar>
          </w:tcPr>
          <w:p w14:paraId="56BB0187" w14:textId="77777777" w:rsidR="0097296A" w:rsidRPr="007204D9" w:rsidRDefault="00000000">
            <w:pPr>
              <w:autoSpaceDE w:val="0"/>
              <w:autoSpaceDN w:val="0"/>
              <w:spacing w:before="142" w:after="0" w:line="338" w:lineRule="exact"/>
              <w:ind w:left="108"/>
            </w:pPr>
            <w:r w:rsidRPr="007204D9">
              <w:rPr>
                <w:color w:val="000000"/>
                <w:sz w:val="24"/>
              </w:rPr>
              <w:t xml:space="preserve">Quesito </w:t>
            </w:r>
          </w:p>
        </w:tc>
      </w:tr>
      <w:tr w:rsidR="0097296A" w:rsidRPr="007204D9" w14:paraId="3C985D40" w14:textId="77777777" w:rsidTr="007204D9">
        <w:trPr>
          <w:trHeight w:val="456"/>
        </w:trPr>
        <w:tc>
          <w:tcPr>
            <w:tcW w:w="1805" w:type="dxa"/>
            <w:vMerge/>
            <w:tcBorders>
              <w:top w:val="single" w:sz="4" w:space="0" w:color="auto"/>
              <w:left w:val="single" w:sz="4" w:space="0" w:color="auto"/>
              <w:bottom w:val="single" w:sz="4" w:space="0" w:color="auto"/>
              <w:right w:val="single" w:sz="4" w:space="0" w:color="auto"/>
            </w:tcBorders>
          </w:tcPr>
          <w:p w14:paraId="4853EA69"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56548DCB" w14:textId="77777777" w:rsidR="0097296A" w:rsidRPr="007204D9" w:rsidRDefault="0097296A"/>
        </w:tc>
        <w:tc>
          <w:tcPr>
            <w:tcW w:w="3452" w:type="dxa"/>
            <w:tcBorders>
              <w:top w:val="single" w:sz="3" w:space="0" w:color="auto"/>
              <w:left w:val="single" w:sz="4" w:space="0" w:color="auto"/>
              <w:bottom w:val="single" w:sz="3" w:space="0" w:color="auto"/>
              <w:right w:val="single" w:sz="4" w:space="0" w:color="auto"/>
            </w:tcBorders>
            <w:tcMar>
              <w:left w:w="0" w:type="dxa"/>
              <w:right w:w="0" w:type="dxa"/>
            </w:tcMar>
          </w:tcPr>
          <w:p w14:paraId="04D081D0" w14:textId="77777777" w:rsidR="0097296A" w:rsidRPr="007204D9" w:rsidRDefault="00000000">
            <w:pPr>
              <w:autoSpaceDE w:val="0"/>
              <w:autoSpaceDN w:val="0"/>
              <w:spacing w:before="198" w:after="0" w:line="222" w:lineRule="exact"/>
              <w:ind w:left="108"/>
            </w:pPr>
            <w:r w:rsidRPr="007204D9">
              <w:rPr>
                <w:color w:val="000000"/>
                <w:sz w:val="20"/>
              </w:rPr>
              <w:t xml:space="preserve">Sim </w:t>
            </w:r>
          </w:p>
        </w:tc>
        <w:tc>
          <w:tcPr>
            <w:tcW w:w="1400" w:type="dxa"/>
            <w:tcBorders>
              <w:top w:val="single" w:sz="3" w:space="0" w:color="auto"/>
              <w:left w:val="single" w:sz="4" w:space="0" w:color="auto"/>
              <w:bottom w:val="single" w:sz="3" w:space="0" w:color="auto"/>
              <w:right w:val="single" w:sz="3" w:space="0" w:color="auto"/>
            </w:tcBorders>
            <w:tcMar>
              <w:left w:w="0" w:type="dxa"/>
              <w:right w:w="0" w:type="dxa"/>
            </w:tcMar>
          </w:tcPr>
          <w:p w14:paraId="4E10AC9A" w14:textId="77777777" w:rsidR="0097296A" w:rsidRPr="007204D9" w:rsidRDefault="00000000">
            <w:pPr>
              <w:autoSpaceDE w:val="0"/>
              <w:autoSpaceDN w:val="0"/>
              <w:spacing w:before="198" w:after="0" w:line="222" w:lineRule="exact"/>
              <w:ind w:left="106"/>
            </w:pPr>
            <w:r w:rsidRPr="007204D9">
              <w:rPr>
                <w:color w:val="000000"/>
                <w:sz w:val="20"/>
              </w:rPr>
              <w:t xml:space="preserve">AT </w:t>
            </w:r>
          </w:p>
        </w:tc>
        <w:tc>
          <w:tcPr>
            <w:tcW w:w="1404" w:type="dxa"/>
            <w:tcBorders>
              <w:top w:val="single" w:sz="3" w:space="0" w:color="auto"/>
              <w:left w:val="single" w:sz="3" w:space="0" w:color="auto"/>
              <w:bottom w:val="single" w:sz="3" w:space="0" w:color="auto"/>
              <w:right w:val="single" w:sz="3" w:space="0" w:color="auto"/>
            </w:tcBorders>
            <w:shd w:val="clear" w:color="auto" w:fill="92D050"/>
            <w:tcMar>
              <w:left w:w="0" w:type="dxa"/>
              <w:right w:w="0" w:type="dxa"/>
            </w:tcMar>
          </w:tcPr>
          <w:p w14:paraId="70BA77F1" w14:textId="77777777" w:rsidR="0097296A" w:rsidRPr="007204D9" w:rsidRDefault="00000000">
            <w:pPr>
              <w:autoSpaceDE w:val="0"/>
              <w:autoSpaceDN w:val="0"/>
              <w:spacing w:before="198" w:after="0" w:line="222" w:lineRule="exact"/>
              <w:ind w:left="108"/>
            </w:pPr>
            <w:r w:rsidRPr="007204D9">
              <w:rPr>
                <w:color w:val="000000"/>
                <w:sz w:val="20"/>
              </w:rPr>
              <w:t xml:space="preserve">1 </w:t>
            </w:r>
          </w:p>
        </w:tc>
      </w:tr>
      <w:tr w:rsidR="0097296A" w:rsidRPr="007204D9" w14:paraId="6858CF44" w14:textId="77777777" w:rsidTr="007204D9">
        <w:trPr>
          <w:trHeight w:val="444"/>
        </w:trPr>
        <w:tc>
          <w:tcPr>
            <w:tcW w:w="1805" w:type="dxa"/>
            <w:vMerge/>
            <w:tcBorders>
              <w:top w:val="single" w:sz="4" w:space="0" w:color="auto"/>
              <w:left w:val="single" w:sz="4" w:space="0" w:color="auto"/>
              <w:bottom w:val="single" w:sz="4" w:space="0" w:color="auto"/>
              <w:right w:val="single" w:sz="4" w:space="0" w:color="auto"/>
            </w:tcBorders>
          </w:tcPr>
          <w:p w14:paraId="3C3E2E1A"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387B6AB8" w14:textId="77777777" w:rsidR="0097296A" w:rsidRPr="007204D9" w:rsidRDefault="0097296A"/>
        </w:tc>
        <w:tc>
          <w:tcPr>
            <w:tcW w:w="3452" w:type="dxa"/>
            <w:tcBorders>
              <w:top w:val="single" w:sz="3" w:space="0" w:color="auto"/>
              <w:left w:val="single" w:sz="4" w:space="0" w:color="auto"/>
              <w:bottom w:val="single" w:sz="3" w:space="0" w:color="auto"/>
              <w:right w:val="single" w:sz="4" w:space="0" w:color="auto"/>
            </w:tcBorders>
            <w:tcMar>
              <w:left w:w="0" w:type="dxa"/>
              <w:right w:w="0" w:type="dxa"/>
            </w:tcMar>
          </w:tcPr>
          <w:p w14:paraId="71B9F56C" w14:textId="77777777" w:rsidR="0097296A" w:rsidRPr="007204D9" w:rsidRDefault="00000000">
            <w:pPr>
              <w:autoSpaceDE w:val="0"/>
              <w:autoSpaceDN w:val="0"/>
              <w:spacing w:before="192" w:after="0" w:line="222" w:lineRule="exact"/>
              <w:ind w:left="108"/>
            </w:pPr>
            <w:r w:rsidRPr="007204D9">
              <w:rPr>
                <w:color w:val="000000"/>
                <w:sz w:val="20"/>
              </w:rPr>
              <w:t xml:space="preserve">Em parte </w:t>
            </w:r>
          </w:p>
        </w:tc>
        <w:tc>
          <w:tcPr>
            <w:tcW w:w="1400" w:type="dxa"/>
            <w:tcBorders>
              <w:top w:val="single" w:sz="3" w:space="0" w:color="auto"/>
              <w:left w:val="single" w:sz="4" w:space="0" w:color="auto"/>
              <w:bottom w:val="single" w:sz="3" w:space="0" w:color="auto"/>
              <w:right w:val="single" w:sz="3" w:space="0" w:color="auto"/>
            </w:tcBorders>
            <w:tcMar>
              <w:left w:w="0" w:type="dxa"/>
              <w:right w:w="0" w:type="dxa"/>
            </w:tcMar>
          </w:tcPr>
          <w:p w14:paraId="0609359C" w14:textId="77777777" w:rsidR="0097296A" w:rsidRPr="007204D9" w:rsidRDefault="00000000">
            <w:pPr>
              <w:autoSpaceDE w:val="0"/>
              <w:autoSpaceDN w:val="0"/>
              <w:spacing w:before="192" w:after="0" w:line="222" w:lineRule="exact"/>
              <w:ind w:left="106"/>
            </w:pPr>
            <w:r w:rsidRPr="007204D9">
              <w:rPr>
                <w:color w:val="000000"/>
                <w:sz w:val="20"/>
              </w:rPr>
              <w:t xml:space="preserve">AP </w:t>
            </w:r>
          </w:p>
        </w:tc>
        <w:tc>
          <w:tcPr>
            <w:tcW w:w="1404" w:type="dxa"/>
            <w:tcBorders>
              <w:top w:val="single" w:sz="3" w:space="0" w:color="auto"/>
              <w:left w:val="single" w:sz="3" w:space="0" w:color="auto"/>
              <w:bottom w:val="single" w:sz="3" w:space="0" w:color="auto"/>
              <w:right w:val="single" w:sz="3" w:space="0" w:color="auto"/>
            </w:tcBorders>
            <w:shd w:val="clear" w:color="auto" w:fill="FFFF00"/>
            <w:tcMar>
              <w:left w:w="0" w:type="dxa"/>
              <w:right w:w="0" w:type="dxa"/>
            </w:tcMar>
          </w:tcPr>
          <w:p w14:paraId="2A5A6170" w14:textId="77777777" w:rsidR="0097296A" w:rsidRPr="007204D9" w:rsidRDefault="00000000">
            <w:pPr>
              <w:autoSpaceDE w:val="0"/>
              <w:autoSpaceDN w:val="0"/>
              <w:spacing w:before="192" w:after="0" w:line="222" w:lineRule="exact"/>
              <w:ind w:left="108"/>
            </w:pPr>
            <w:r w:rsidRPr="007204D9">
              <w:rPr>
                <w:color w:val="000000"/>
                <w:sz w:val="20"/>
              </w:rPr>
              <w:t xml:space="preserve">2 </w:t>
            </w:r>
          </w:p>
        </w:tc>
      </w:tr>
      <w:tr w:rsidR="0097296A" w:rsidRPr="007204D9" w14:paraId="72AAAAE9" w14:textId="77777777" w:rsidTr="007204D9">
        <w:trPr>
          <w:trHeight w:val="452"/>
        </w:trPr>
        <w:tc>
          <w:tcPr>
            <w:tcW w:w="1805" w:type="dxa"/>
            <w:vMerge/>
            <w:tcBorders>
              <w:top w:val="single" w:sz="4" w:space="0" w:color="auto"/>
              <w:left w:val="single" w:sz="4" w:space="0" w:color="auto"/>
              <w:bottom w:val="single" w:sz="4" w:space="0" w:color="auto"/>
              <w:right w:val="single" w:sz="4" w:space="0" w:color="auto"/>
            </w:tcBorders>
          </w:tcPr>
          <w:p w14:paraId="32144BC8"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4FABF698" w14:textId="77777777" w:rsidR="0097296A" w:rsidRPr="007204D9" w:rsidRDefault="0097296A"/>
        </w:tc>
        <w:tc>
          <w:tcPr>
            <w:tcW w:w="3452" w:type="dxa"/>
            <w:tcBorders>
              <w:top w:val="single" w:sz="3" w:space="0" w:color="auto"/>
              <w:left w:val="single" w:sz="4" w:space="0" w:color="auto"/>
              <w:bottom w:val="single" w:sz="4" w:space="0" w:color="auto"/>
              <w:right w:val="single" w:sz="4" w:space="0" w:color="auto"/>
            </w:tcBorders>
            <w:tcMar>
              <w:left w:w="0" w:type="dxa"/>
              <w:right w:w="0" w:type="dxa"/>
            </w:tcMar>
          </w:tcPr>
          <w:p w14:paraId="1320153D" w14:textId="77777777" w:rsidR="0097296A" w:rsidRPr="007204D9" w:rsidRDefault="00000000">
            <w:pPr>
              <w:autoSpaceDE w:val="0"/>
              <w:autoSpaceDN w:val="0"/>
              <w:spacing w:before="198" w:after="0" w:line="222" w:lineRule="exact"/>
              <w:ind w:left="108"/>
            </w:pPr>
            <w:r w:rsidRPr="007204D9">
              <w:rPr>
                <w:color w:val="000000"/>
                <w:w w:val="101"/>
                <w:sz w:val="20"/>
              </w:rPr>
              <w:t>Não</w:t>
            </w:r>
          </w:p>
        </w:tc>
        <w:tc>
          <w:tcPr>
            <w:tcW w:w="1400" w:type="dxa"/>
            <w:tcBorders>
              <w:top w:val="single" w:sz="3" w:space="0" w:color="auto"/>
              <w:left w:val="single" w:sz="4" w:space="0" w:color="auto"/>
              <w:bottom w:val="single" w:sz="4" w:space="0" w:color="auto"/>
              <w:right w:val="single" w:sz="3" w:space="0" w:color="auto"/>
            </w:tcBorders>
            <w:tcMar>
              <w:left w:w="0" w:type="dxa"/>
              <w:right w:w="0" w:type="dxa"/>
            </w:tcMar>
          </w:tcPr>
          <w:p w14:paraId="50DB8DD7" w14:textId="77777777" w:rsidR="0097296A" w:rsidRPr="007204D9" w:rsidRDefault="00000000">
            <w:pPr>
              <w:autoSpaceDE w:val="0"/>
              <w:autoSpaceDN w:val="0"/>
              <w:spacing w:before="198" w:after="0" w:line="222" w:lineRule="exact"/>
              <w:ind w:left="108"/>
            </w:pPr>
            <w:r w:rsidRPr="007204D9">
              <w:rPr>
                <w:color w:val="000000"/>
                <w:sz w:val="20"/>
              </w:rPr>
              <w:t xml:space="preserve">NAT </w:t>
            </w:r>
          </w:p>
        </w:tc>
        <w:tc>
          <w:tcPr>
            <w:tcW w:w="1404" w:type="dxa"/>
            <w:tcBorders>
              <w:top w:val="single" w:sz="3" w:space="0" w:color="auto"/>
              <w:left w:val="single" w:sz="3" w:space="0" w:color="auto"/>
              <w:bottom w:val="single" w:sz="4" w:space="0" w:color="auto"/>
              <w:right w:val="single" w:sz="3" w:space="0" w:color="auto"/>
            </w:tcBorders>
            <w:shd w:val="clear" w:color="auto" w:fill="EE0000"/>
            <w:tcMar>
              <w:left w:w="0" w:type="dxa"/>
              <w:right w:w="0" w:type="dxa"/>
            </w:tcMar>
          </w:tcPr>
          <w:p w14:paraId="11DD524A" w14:textId="77777777" w:rsidR="0097296A" w:rsidRPr="007204D9" w:rsidRDefault="00000000">
            <w:pPr>
              <w:autoSpaceDE w:val="0"/>
              <w:autoSpaceDN w:val="0"/>
              <w:spacing w:before="198" w:after="0" w:line="222" w:lineRule="exact"/>
              <w:ind w:left="108"/>
            </w:pPr>
            <w:r w:rsidRPr="007204D9">
              <w:rPr>
                <w:color w:val="000000"/>
                <w:sz w:val="20"/>
              </w:rPr>
              <w:t xml:space="preserve">3 </w:t>
            </w:r>
          </w:p>
        </w:tc>
      </w:tr>
      <w:tr w:rsidR="0097296A" w:rsidRPr="007204D9" w14:paraId="7565DF05" w14:textId="77777777">
        <w:trPr>
          <w:trHeight w:val="468"/>
        </w:trPr>
        <w:tc>
          <w:tcPr>
            <w:tcW w:w="1805" w:type="dxa"/>
            <w:vMerge/>
            <w:tcBorders>
              <w:top w:val="single" w:sz="4" w:space="0" w:color="auto"/>
              <w:left w:val="single" w:sz="4" w:space="0" w:color="auto"/>
              <w:bottom w:val="single" w:sz="4" w:space="0" w:color="auto"/>
              <w:right w:val="single" w:sz="4" w:space="0" w:color="auto"/>
            </w:tcBorders>
          </w:tcPr>
          <w:p w14:paraId="186B982B"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72B97645" w14:textId="77777777" w:rsidR="0097296A" w:rsidRPr="007204D9" w:rsidRDefault="0097296A"/>
        </w:tc>
        <w:tc>
          <w:tcPr>
            <w:tcW w:w="3452" w:type="dxa"/>
            <w:tcBorders>
              <w:top w:val="single" w:sz="4" w:space="0" w:color="auto"/>
              <w:left w:val="single" w:sz="4" w:space="0" w:color="auto"/>
              <w:bottom w:val="single" w:sz="4" w:space="0" w:color="auto"/>
              <w:right w:val="single" w:sz="4" w:space="0" w:color="auto"/>
            </w:tcBorders>
            <w:tcMar>
              <w:left w:w="0" w:type="dxa"/>
              <w:right w:w="0" w:type="dxa"/>
            </w:tcMar>
          </w:tcPr>
          <w:p w14:paraId="4FFB2E4D" w14:textId="77777777" w:rsidR="0097296A" w:rsidRPr="007204D9" w:rsidRDefault="00000000">
            <w:pPr>
              <w:autoSpaceDE w:val="0"/>
              <w:autoSpaceDN w:val="0"/>
              <w:spacing w:before="194" w:after="0" w:line="222" w:lineRule="exact"/>
              <w:ind w:left="108"/>
            </w:pPr>
            <w:r w:rsidRPr="007204D9">
              <w:rPr>
                <w:color w:val="000000"/>
                <w:w w:val="101"/>
                <w:sz w:val="20"/>
              </w:rPr>
              <w:t>Não aplicável</w:t>
            </w:r>
          </w:p>
        </w:tc>
        <w:tc>
          <w:tcPr>
            <w:tcW w:w="1400" w:type="dxa"/>
            <w:tcBorders>
              <w:top w:val="single" w:sz="4" w:space="0" w:color="auto"/>
              <w:left w:val="single" w:sz="4" w:space="0" w:color="auto"/>
              <w:bottom w:val="single" w:sz="4" w:space="0" w:color="auto"/>
              <w:right w:val="single" w:sz="3" w:space="0" w:color="auto"/>
            </w:tcBorders>
            <w:tcMar>
              <w:left w:w="0" w:type="dxa"/>
              <w:right w:w="0" w:type="dxa"/>
            </w:tcMar>
          </w:tcPr>
          <w:p w14:paraId="722C15EA" w14:textId="77777777" w:rsidR="0097296A" w:rsidRPr="007204D9" w:rsidRDefault="00000000">
            <w:pPr>
              <w:autoSpaceDE w:val="0"/>
              <w:autoSpaceDN w:val="0"/>
              <w:spacing w:before="194" w:after="0" w:line="222" w:lineRule="exact"/>
              <w:ind w:left="106"/>
            </w:pPr>
            <w:r w:rsidRPr="007204D9">
              <w:rPr>
                <w:color w:val="000000"/>
                <w:sz w:val="20"/>
              </w:rPr>
              <w:t xml:space="preserve">NAP </w:t>
            </w:r>
          </w:p>
        </w:tc>
        <w:tc>
          <w:tcPr>
            <w:tcW w:w="1404" w:type="dxa"/>
            <w:tcBorders>
              <w:top w:val="single" w:sz="4" w:space="0" w:color="auto"/>
              <w:left w:val="single" w:sz="3" w:space="0" w:color="auto"/>
              <w:bottom w:val="single" w:sz="4" w:space="0" w:color="auto"/>
              <w:right w:val="single" w:sz="3" w:space="0" w:color="auto"/>
            </w:tcBorders>
            <w:tcMar>
              <w:left w:w="0" w:type="dxa"/>
              <w:right w:w="0" w:type="dxa"/>
            </w:tcMar>
          </w:tcPr>
          <w:p w14:paraId="205198F6" w14:textId="77777777" w:rsidR="0097296A" w:rsidRPr="007204D9" w:rsidRDefault="00000000">
            <w:pPr>
              <w:autoSpaceDE w:val="0"/>
              <w:autoSpaceDN w:val="0"/>
              <w:spacing w:before="194" w:after="0" w:line="222" w:lineRule="exact"/>
              <w:ind w:left="108"/>
            </w:pPr>
            <w:r w:rsidRPr="007204D9">
              <w:rPr>
                <w:color w:val="000000"/>
                <w:sz w:val="20"/>
              </w:rPr>
              <w:t xml:space="preserve">0 </w:t>
            </w:r>
          </w:p>
        </w:tc>
      </w:tr>
      <w:tr w:rsidR="0097296A" w:rsidRPr="007204D9" w14:paraId="2B6B01CC" w14:textId="77777777">
        <w:trPr>
          <w:trHeight w:val="992"/>
        </w:trPr>
        <w:tc>
          <w:tcPr>
            <w:tcW w:w="1805" w:type="dxa"/>
            <w:vMerge/>
            <w:tcBorders>
              <w:top w:val="single" w:sz="4" w:space="0" w:color="auto"/>
              <w:left w:val="single" w:sz="4" w:space="0" w:color="auto"/>
              <w:bottom w:val="single" w:sz="4" w:space="0" w:color="auto"/>
              <w:right w:val="single" w:sz="4" w:space="0" w:color="auto"/>
            </w:tcBorders>
          </w:tcPr>
          <w:p w14:paraId="6029B1DC"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3A992641" w14:textId="77777777" w:rsidR="0097296A" w:rsidRPr="007204D9" w:rsidRDefault="0097296A"/>
        </w:tc>
        <w:tc>
          <w:tcPr>
            <w:tcW w:w="3452" w:type="dxa"/>
            <w:tcBorders>
              <w:top w:val="single" w:sz="4" w:space="0" w:color="auto"/>
              <w:left w:val="single" w:sz="4" w:space="0" w:color="auto"/>
              <w:bottom w:val="single" w:sz="4" w:space="0" w:color="auto"/>
              <w:right w:val="single" w:sz="4" w:space="0" w:color="auto"/>
            </w:tcBorders>
            <w:tcMar>
              <w:left w:w="0" w:type="dxa"/>
              <w:right w:w="0" w:type="dxa"/>
            </w:tcMar>
          </w:tcPr>
          <w:p w14:paraId="205D6395" w14:textId="77777777" w:rsidR="0097296A" w:rsidRPr="007204D9" w:rsidRDefault="00000000">
            <w:pPr>
              <w:autoSpaceDE w:val="0"/>
              <w:autoSpaceDN w:val="0"/>
              <w:spacing w:before="144" w:after="0" w:line="272" w:lineRule="exact"/>
              <w:ind w:left="108" w:right="432"/>
            </w:pPr>
            <w:r w:rsidRPr="007204D9">
              <w:rPr>
                <w:color w:val="000000"/>
                <w:sz w:val="20"/>
              </w:rPr>
              <w:t xml:space="preserve">Não observado. (Especificar no </w:t>
            </w:r>
            <w:r w:rsidRPr="007204D9">
              <w:rPr>
                <w:color w:val="000000"/>
                <w:w w:val="101"/>
                <w:sz w:val="20"/>
              </w:rPr>
              <w:t>comentário o motivo da não observação)</w:t>
            </w:r>
          </w:p>
        </w:tc>
        <w:tc>
          <w:tcPr>
            <w:tcW w:w="1400" w:type="dxa"/>
            <w:tcBorders>
              <w:top w:val="single" w:sz="4" w:space="0" w:color="auto"/>
              <w:left w:val="single" w:sz="4" w:space="0" w:color="auto"/>
              <w:bottom w:val="single" w:sz="4" w:space="0" w:color="auto"/>
              <w:right w:val="single" w:sz="3" w:space="0" w:color="auto"/>
            </w:tcBorders>
            <w:tcMar>
              <w:left w:w="0" w:type="dxa"/>
              <w:right w:w="0" w:type="dxa"/>
            </w:tcMar>
          </w:tcPr>
          <w:p w14:paraId="39C2080C" w14:textId="77777777" w:rsidR="0097296A" w:rsidRPr="007204D9" w:rsidRDefault="00000000">
            <w:pPr>
              <w:autoSpaceDE w:val="0"/>
              <w:autoSpaceDN w:val="0"/>
              <w:spacing w:before="194" w:after="0" w:line="222" w:lineRule="exact"/>
              <w:ind w:left="108"/>
            </w:pPr>
            <w:r w:rsidRPr="007204D9">
              <w:rPr>
                <w:color w:val="000000"/>
                <w:sz w:val="20"/>
              </w:rPr>
              <w:t xml:space="preserve">NO </w:t>
            </w:r>
          </w:p>
        </w:tc>
        <w:tc>
          <w:tcPr>
            <w:tcW w:w="1404" w:type="dxa"/>
            <w:tcBorders>
              <w:top w:val="single" w:sz="4" w:space="0" w:color="auto"/>
              <w:left w:val="single" w:sz="3" w:space="0" w:color="auto"/>
              <w:bottom w:val="single" w:sz="4" w:space="0" w:color="auto"/>
              <w:right w:val="single" w:sz="3" w:space="0" w:color="auto"/>
            </w:tcBorders>
            <w:tcMar>
              <w:left w:w="0" w:type="dxa"/>
              <w:right w:w="0" w:type="dxa"/>
            </w:tcMar>
          </w:tcPr>
          <w:p w14:paraId="63BB81AF" w14:textId="77777777" w:rsidR="0097296A" w:rsidRPr="007204D9" w:rsidRDefault="00000000">
            <w:pPr>
              <w:autoSpaceDE w:val="0"/>
              <w:autoSpaceDN w:val="0"/>
              <w:spacing w:before="194" w:after="0" w:line="222" w:lineRule="exact"/>
              <w:ind w:left="110"/>
            </w:pPr>
            <w:r w:rsidRPr="007204D9">
              <w:rPr>
                <w:color w:val="000000"/>
                <w:sz w:val="20"/>
              </w:rPr>
              <w:t xml:space="preserve">0 </w:t>
            </w:r>
          </w:p>
        </w:tc>
      </w:tr>
      <w:tr w:rsidR="0097296A" w:rsidRPr="007204D9" w14:paraId="4D6068D8" w14:textId="77777777">
        <w:trPr>
          <w:trHeight w:val="456"/>
        </w:trPr>
        <w:tc>
          <w:tcPr>
            <w:tcW w:w="1805" w:type="dxa"/>
            <w:vMerge/>
            <w:tcBorders>
              <w:top w:val="single" w:sz="4" w:space="0" w:color="auto"/>
              <w:left w:val="single" w:sz="4" w:space="0" w:color="auto"/>
              <w:bottom w:val="single" w:sz="4" w:space="0" w:color="auto"/>
              <w:right w:val="single" w:sz="4" w:space="0" w:color="auto"/>
            </w:tcBorders>
          </w:tcPr>
          <w:p w14:paraId="4330C62D" w14:textId="77777777" w:rsidR="0097296A" w:rsidRPr="007204D9" w:rsidRDefault="0097296A"/>
        </w:tc>
        <w:tc>
          <w:tcPr>
            <w:tcW w:w="1805" w:type="dxa"/>
            <w:vMerge/>
            <w:tcBorders>
              <w:top w:val="single" w:sz="4" w:space="0" w:color="auto"/>
              <w:left w:val="single" w:sz="4" w:space="0" w:color="auto"/>
              <w:bottom w:val="single" w:sz="4" w:space="0" w:color="auto"/>
              <w:right w:val="single" w:sz="4" w:space="0" w:color="auto"/>
            </w:tcBorders>
          </w:tcPr>
          <w:p w14:paraId="412F88BC" w14:textId="77777777" w:rsidR="0097296A" w:rsidRPr="007204D9" w:rsidRDefault="0097296A"/>
        </w:tc>
        <w:tc>
          <w:tcPr>
            <w:tcW w:w="6256"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579D6CB6" w14:textId="77777777" w:rsidR="0097296A" w:rsidRPr="007204D9" w:rsidRDefault="00000000">
            <w:pPr>
              <w:autoSpaceDE w:val="0"/>
              <w:autoSpaceDN w:val="0"/>
              <w:spacing w:before="194" w:after="0" w:line="222" w:lineRule="exact"/>
              <w:ind w:left="108"/>
            </w:pPr>
            <w:r w:rsidRPr="007204D9">
              <w:rPr>
                <w:color w:val="000000"/>
                <w:w w:val="101"/>
                <w:sz w:val="20"/>
              </w:rPr>
              <w:t>Comentário:</w:t>
            </w:r>
          </w:p>
        </w:tc>
      </w:tr>
    </w:tbl>
    <w:p w14:paraId="06A3016F" w14:textId="45802179" w:rsidR="0097296A" w:rsidRPr="007204D9" w:rsidRDefault="00000000">
      <w:pPr>
        <w:tabs>
          <w:tab w:val="left" w:pos="948"/>
          <w:tab w:val="left" w:pos="8410"/>
        </w:tabs>
        <w:autoSpaceDE w:val="0"/>
        <w:autoSpaceDN w:val="0"/>
        <w:spacing w:before="472" w:after="0" w:line="322" w:lineRule="exact"/>
        <w:ind w:left="242" w:right="432"/>
      </w:pPr>
      <w:r w:rsidRPr="007204D9">
        <w:tab/>
      </w:r>
      <w:r w:rsidRPr="007204D9">
        <w:rPr>
          <w:color w:val="000000"/>
          <w:w w:val="98"/>
          <w:sz w:val="25"/>
        </w:rPr>
        <w:t xml:space="preserve">Em cada subárea deve ser realizada a contabilização do número de questões verdes, amarelas e vermelhas. Essa metodologia auxilia o vistoriador na identificação </w:t>
      </w:r>
      <w:r w:rsidR="007204D9" w:rsidRPr="007204D9">
        <w:rPr>
          <w:color w:val="000000"/>
          <w:w w:val="98"/>
          <w:sz w:val="25"/>
        </w:rPr>
        <w:t>da magnitude</w:t>
      </w:r>
      <w:r w:rsidRPr="007204D9">
        <w:rPr>
          <w:color w:val="000000"/>
          <w:w w:val="98"/>
          <w:sz w:val="25"/>
        </w:rPr>
        <w:t xml:space="preserve"> do impacto de cada restrição e na definição das prioridades de solução das não conformidades, a partir do estabelecimento dos prazos pertinentes, e para a avaliação final do estádio. Adicionalmente, deve ser realizada a contabilização do número </w:t>
      </w:r>
      <w:r w:rsidRPr="007204D9">
        <w:tab/>
      </w:r>
      <w:r w:rsidRPr="007204D9">
        <w:tab/>
      </w:r>
      <w:r w:rsidRPr="007204D9">
        <w:rPr>
          <w:color w:val="000000"/>
          <w:sz w:val="24"/>
        </w:rPr>
        <w:t>4</w:t>
      </w:r>
    </w:p>
    <w:p w14:paraId="367AC66F" w14:textId="77777777" w:rsidR="0097296A" w:rsidRPr="007204D9" w:rsidRDefault="0097296A">
      <w:pPr>
        <w:sectPr w:rsidR="0097296A" w:rsidRPr="007204D9">
          <w:pgSz w:w="11906" w:h="16838"/>
          <w:pgMar w:top="340" w:right="1440" w:bottom="340" w:left="1440" w:header="720" w:footer="720" w:gutter="0"/>
          <w:cols w:space="720"/>
          <w:docGrid w:linePitch="360"/>
        </w:sectPr>
      </w:pPr>
    </w:p>
    <w:p w14:paraId="1F1B5243" w14:textId="77777777" w:rsidR="0097296A" w:rsidRPr="007204D9" w:rsidRDefault="0097296A">
      <w:pPr>
        <w:autoSpaceDE w:val="0"/>
        <w:autoSpaceDN w:val="0"/>
        <w:spacing w:after="158" w:line="220" w:lineRule="exact"/>
      </w:pPr>
    </w:p>
    <w:p w14:paraId="762FA82E" w14:textId="77777777" w:rsidR="0097296A" w:rsidRPr="007204D9" w:rsidRDefault="00000000">
      <w:pPr>
        <w:autoSpaceDE w:val="0"/>
        <w:autoSpaceDN w:val="0"/>
        <w:spacing w:after="504" w:line="316" w:lineRule="exact"/>
        <w:ind w:left="674" w:right="988"/>
        <w:jc w:val="both"/>
      </w:pPr>
      <w:r w:rsidRPr="007204D9">
        <w:rPr>
          <w:color w:val="000000"/>
          <w:w w:val="98"/>
          <w:sz w:val="25"/>
        </w:rPr>
        <w:t xml:space="preserve">de questões qualitativas e quantitativas. Dentre as quantitativas, deve ser contabilizado o número de quesitos classificados como “atendidos”, “atendidos parcialmente”, “não atendidos”, “não aplicáveis” ou “não observadas” na tabela disponibilizada na análise parcial de cada subárea do instrumento. </w:t>
      </w:r>
      <w:r w:rsidRPr="007204D9">
        <w:rPr>
          <w:color w:val="000000"/>
          <w:w w:val="98"/>
          <w:sz w:val="25"/>
        </w:rPr>
        <w:t>A saber:</w:t>
      </w:r>
    </w:p>
    <w:tbl>
      <w:tblPr>
        <w:tblW w:w="0" w:type="auto"/>
        <w:tblInd w:w="4" w:type="dxa"/>
        <w:tblLayout w:type="fixed"/>
        <w:tblLook w:val="04A0" w:firstRow="1" w:lastRow="0" w:firstColumn="1" w:lastColumn="0" w:noHBand="0" w:noVBand="1"/>
      </w:tblPr>
      <w:tblGrid>
        <w:gridCol w:w="3404"/>
        <w:gridCol w:w="1280"/>
        <w:gridCol w:w="5244"/>
      </w:tblGrid>
      <w:tr w:rsidR="0097296A" w:rsidRPr="007204D9" w14:paraId="392D2DE3" w14:textId="77777777">
        <w:trPr>
          <w:trHeight w:val="500"/>
        </w:trPr>
        <w:tc>
          <w:tcPr>
            <w:tcW w:w="9928"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1D53F6BB" w14:textId="65ACFC73" w:rsidR="0097296A" w:rsidRPr="007204D9" w:rsidRDefault="00000000">
            <w:pPr>
              <w:autoSpaceDE w:val="0"/>
              <w:autoSpaceDN w:val="0"/>
              <w:spacing w:before="142" w:after="0" w:line="338" w:lineRule="exact"/>
              <w:jc w:val="center"/>
            </w:pPr>
            <w:r w:rsidRPr="007204D9">
              <w:rPr>
                <w:color w:val="000000"/>
                <w:w w:val="98"/>
                <w:sz w:val="23"/>
              </w:rPr>
              <w:t>Diagnóstico</w:t>
            </w:r>
            <w:r w:rsidR="007204D9">
              <w:rPr>
                <w:color w:val="000000"/>
                <w:w w:val="98"/>
                <w:sz w:val="23"/>
              </w:rPr>
              <w:t xml:space="preserve"> </w:t>
            </w:r>
            <w:r w:rsidRPr="007204D9">
              <w:rPr>
                <w:color w:val="000000"/>
                <w:w w:val="98"/>
                <w:sz w:val="23"/>
              </w:rPr>
              <w:t>Quantitativo</w:t>
            </w:r>
            <w:r w:rsidR="007204D9">
              <w:rPr>
                <w:color w:val="000000"/>
                <w:w w:val="98"/>
                <w:sz w:val="23"/>
              </w:rPr>
              <w:t xml:space="preserve"> </w:t>
            </w:r>
            <w:r w:rsidRPr="007204D9">
              <w:rPr>
                <w:color w:val="000000"/>
                <w:w w:val="98"/>
                <w:sz w:val="23"/>
              </w:rPr>
              <w:t>(para</w:t>
            </w:r>
            <w:r w:rsidR="007204D9">
              <w:rPr>
                <w:color w:val="000000"/>
                <w:w w:val="98"/>
                <w:sz w:val="23"/>
              </w:rPr>
              <w:t xml:space="preserve"> </w:t>
            </w:r>
            <w:r w:rsidRPr="007204D9">
              <w:rPr>
                <w:color w:val="000000"/>
                <w:w w:val="98"/>
                <w:sz w:val="23"/>
              </w:rPr>
              <w:t>cada</w:t>
            </w:r>
            <w:r w:rsidR="007204D9">
              <w:rPr>
                <w:color w:val="000000"/>
                <w:w w:val="98"/>
                <w:sz w:val="23"/>
              </w:rPr>
              <w:t xml:space="preserve"> </w:t>
            </w:r>
            <w:r w:rsidRPr="007204D9">
              <w:rPr>
                <w:color w:val="000000"/>
                <w:w w:val="98"/>
                <w:sz w:val="23"/>
              </w:rPr>
              <w:t>subárea)</w:t>
            </w:r>
          </w:p>
        </w:tc>
      </w:tr>
      <w:tr w:rsidR="0097296A" w:rsidRPr="007204D9" w14:paraId="30AC0D1F" w14:textId="77777777">
        <w:trPr>
          <w:trHeight w:val="500"/>
        </w:trPr>
        <w:tc>
          <w:tcPr>
            <w:tcW w:w="3404" w:type="dxa"/>
            <w:tcBorders>
              <w:top w:val="single" w:sz="4" w:space="0" w:color="auto"/>
              <w:left w:val="single" w:sz="4" w:space="0" w:color="auto"/>
              <w:bottom w:val="single" w:sz="4" w:space="0" w:color="auto"/>
              <w:right w:val="single" w:sz="3" w:space="0" w:color="auto"/>
            </w:tcBorders>
            <w:tcMar>
              <w:left w:w="0" w:type="dxa"/>
              <w:right w:w="0" w:type="dxa"/>
            </w:tcMar>
          </w:tcPr>
          <w:p w14:paraId="15464206" w14:textId="77777777" w:rsidR="0097296A" w:rsidRPr="007204D9" w:rsidRDefault="00000000">
            <w:pPr>
              <w:autoSpaceDE w:val="0"/>
              <w:autoSpaceDN w:val="0"/>
              <w:spacing w:before="196" w:after="0" w:line="222" w:lineRule="exact"/>
              <w:jc w:val="center"/>
            </w:pPr>
            <w:r w:rsidRPr="007204D9">
              <w:rPr>
                <w:color w:val="000000"/>
                <w:w w:val="101"/>
                <w:sz w:val="20"/>
              </w:rPr>
              <w:t>Número de questões da subárea</w:t>
            </w:r>
          </w:p>
        </w:tc>
        <w:tc>
          <w:tcPr>
            <w:tcW w:w="1280" w:type="dxa"/>
            <w:tcBorders>
              <w:top w:val="single" w:sz="4" w:space="0" w:color="auto"/>
              <w:left w:val="single" w:sz="3" w:space="0" w:color="auto"/>
              <w:bottom w:val="single" w:sz="4" w:space="0" w:color="auto"/>
              <w:right w:val="single" w:sz="4" w:space="0" w:color="auto"/>
            </w:tcBorders>
            <w:tcMar>
              <w:left w:w="0" w:type="dxa"/>
              <w:right w:w="0" w:type="dxa"/>
            </w:tcMar>
          </w:tcPr>
          <w:p w14:paraId="435F8A84" w14:textId="77777777" w:rsidR="0097296A" w:rsidRPr="007204D9" w:rsidRDefault="0097296A"/>
        </w:tc>
        <w:tc>
          <w:tcPr>
            <w:tcW w:w="5244"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351B57B" w14:textId="77777777" w:rsidR="0097296A" w:rsidRPr="007204D9" w:rsidRDefault="00000000">
            <w:pPr>
              <w:autoSpaceDE w:val="0"/>
              <w:autoSpaceDN w:val="0"/>
              <w:spacing w:before="158" w:after="0" w:line="280" w:lineRule="exact"/>
              <w:jc w:val="center"/>
            </w:pPr>
            <w:r w:rsidRPr="007204D9">
              <w:rPr>
                <w:color w:val="000000"/>
                <w:sz w:val="19"/>
              </w:rPr>
              <w:t>Atendimento em relação ao total (ART): Equação 1</w:t>
            </w:r>
          </w:p>
        </w:tc>
      </w:tr>
      <w:tr w:rsidR="0097296A" w:rsidRPr="007204D9" w14:paraId="568560CF" w14:textId="77777777">
        <w:trPr>
          <w:trHeight w:val="500"/>
        </w:trPr>
        <w:tc>
          <w:tcPr>
            <w:tcW w:w="3404" w:type="dxa"/>
            <w:tcBorders>
              <w:top w:val="single" w:sz="4" w:space="0" w:color="auto"/>
              <w:left w:val="single" w:sz="4" w:space="0" w:color="auto"/>
              <w:bottom w:val="single" w:sz="3" w:space="0" w:color="auto"/>
              <w:right w:val="single" w:sz="3" w:space="0" w:color="auto"/>
            </w:tcBorders>
            <w:tcMar>
              <w:left w:w="0" w:type="dxa"/>
              <w:right w:w="0" w:type="dxa"/>
            </w:tcMar>
          </w:tcPr>
          <w:p w14:paraId="53802525" w14:textId="77777777" w:rsidR="0097296A" w:rsidRPr="007204D9" w:rsidRDefault="00000000">
            <w:pPr>
              <w:autoSpaceDE w:val="0"/>
              <w:autoSpaceDN w:val="0"/>
              <w:spacing w:before="198" w:after="0" w:line="222" w:lineRule="exact"/>
              <w:jc w:val="center"/>
            </w:pPr>
            <w:r w:rsidRPr="007204D9">
              <w:rPr>
                <w:color w:val="000000"/>
                <w:w w:val="101"/>
                <w:sz w:val="20"/>
              </w:rPr>
              <w:t>Número de questões qualitativas</w:t>
            </w:r>
          </w:p>
        </w:tc>
        <w:tc>
          <w:tcPr>
            <w:tcW w:w="1280" w:type="dxa"/>
            <w:tcBorders>
              <w:top w:val="single" w:sz="4" w:space="0" w:color="auto"/>
              <w:left w:val="single" w:sz="3" w:space="0" w:color="auto"/>
              <w:bottom w:val="single" w:sz="3" w:space="0" w:color="auto"/>
              <w:right w:val="single" w:sz="4" w:space="0" w:color="auto"/>
            </w:tcBorders>
            <w:tcMar>
              <w:left w:w="0" w:type="dxa"/>
              <w:right w:w="0" w:type="dxa"/>
            </w:tcMar>
          </w:tcPr>
          <w:p w14:paraId="761DCFD5" w14:textId="77777777" w:rsidR="0097296A" w:rsidRPr="007204D9" w:rsidRDefault="0097296A"/>
        </w:tc>
        <w:tc>
          <w:tcPr>
            <w:tcW w:w="3319" w:type="dxa"/>
            <w:vMerge/>
            <w:tcBorders>
              <w:top w:val="single" w:sz="4" w:space="0" w:color="auto"/>
              <w:left w:val="single" w:sz="4" w:space="0" w:color="auto"/>
              <w:bottom w:val="single" w:sz="4" w:space="0" w:color="auto"/>
              <w:right w:val="single" w:sz="4" w:space="0" w:color="auto"/>
            </w:tcBorders>
          </w:tcPr>
          <w:p w14:paraId="70BB24F3" w14:textId="77777777" w:rsidR="0097296A" w:rsidRPr="007204D9" w:rsidRDefault="0097296A"/>
        </w:tc>
      </w:tr>
      <w:tr w:rsidR="0097296A" w:rsidRPr="007204D9" w14:paraId="50933833" w14:textId="77777777">
        <w:trPr>
          <w:trHeight w:val="500"/>
        </w:trPr>
        <w:tc>
          <w:tcPr>
            <w:tcW w:w="3404" w:type="dxa"/>
            <w:tcBorders>
              <w:top w:val="single" w:sz="3" w:space="0" w:color="auto"/>
              <w:left w:val="single" w:sz="4" w:space="0" w:color="auto"/>
              <w:bottom w:val="single" w:sz="4" w:space="0" w:color="auto"/>
              <w:right w:val="single" w:sz="3" w:space="0" w:color="auto"/>
            </w:tcBorders>
            <w:tcMar>
              <w:left w:w="0" w:type="dxa"/>
              <w:right w:w="0" w:type="dxa"/>
            </w:tcMar>
          </w:tcPr>
          <w:p w14:paraId="55DFB9A4" w14:textId="77777777" w:rsidR="0097296A" w:rsidRPr="007204D9" w:rsidRDefault="00000000">
            <w:pPr>
              <w:autoSpaceDE w:val="0"/>
              <w:autoSpaceDN w:val="0"/>
              <w:spacing w:before="194" w:after="0" w:line="224" w:lineRule="exact"/>
              <w:jc w:val="center"/>
            </w:pPr>
            <w:r w:rsidRPr="007204D9">
              <w:rPr>
                <w:color w:val="000000"/>
                <w:w w:val="101"/>
                <w:sz w:val="20"/>
              </w:rPr>
              <w:t>Total de questões atendidas</w:t>
            </w:r>
          </w:p>
        </w:tc>
        <w:tc>
          <w:tcPr>
            <w:tcW w:w="1280" w:type="dxa"/>
            <w:tcBorders>
              <w:top w:val="single" w:sz="3" w:space="0" w:color="auto"/>
              <w:left w:val="single" w:sz="3" w:space="0" w:color="auto"/>
              <w:bottom w:val="single" w:sz="4" w:space="0" w:color="auto"/>
              <w:right w:val="single" w:sz="4" w:space="0" w:color="auto"/>
            </w:tcBorders>
            <w:tcMar>
              <w:left w:w="0" w:type="dxa"/>
              <w:right w:w="0" w:type="dxa"/>
            </w:tcMar>
          </w:tcPr>
          <w:p w14:paraId="02E1BD9F" w14:textId="77777777" w:rsidR="0097296A" w:rsidRPr="007204D9" w:rsidRDefault="0097296A"/>
        </w:tc>
        <w:tc>
          <w:tcPr>
            <w:tcW w:w="3319" w:type="dxa"/>
            <w:vMerge/>
            <w:tcBorders>
              <w:top w:val="single" w:sz="4" w:space="0" w:color="auto"/>
              <w:left w:val="single" w:sz="4" w:space="0" w:color="auto"/>
              <w:bottom w:val="single" w:sz="4" w:space="0" w:color="auto"/>
              <w:right w:val="single" w:sz="4" w:space="0" w:color="auto"/>
            </w:tcBorders>
          </w:tcPr>
          <w:p w14:paraId="29342599" w14:textId="77777777" w:rsidR="0097296A" w:rsidRPr="007204D9" w:rsidRDefault="0097296A"/>
        </w:tc>
      </w:tr>
      <w:tr w:rsidR="0097296A" w:rsidRPr="007204D9" w14:paraId="685A7B03" w14:textId="77777777">
        <w:trPr>
          <w:trHeight w:val="498"/>
        </w:trPr>
        <w:tc>
          <w:tcPr>
            <w:tcW w:w="3404" w:type="dxa"/>
            <w:tcBorders>
              <w:top w:val="single" w:sz="4" w:space="0" w:color="auto"/>
              <w:left w:val="single" w:sz="4" w:space="0" w:color="auto"/>
              <w:bottom w:val="single" w:sz="4" w:space="0" w:color="auto"/>
              <w:right w:val="single" w:sz="3" w:space="0" w:color="auto"/>
            </w:tcBorders>
            <w:tcMar>
              <w:left w:w="0" w:type="dxa"/>
              <w:right w:w="0" w:type="dxa"/>
            </w:tcMar>
          </w:tcPr>
          <w:p w14:paraId="3ADFD04C" w14:textId="77777777" w:rsidR="0097296A" w:rsidRPr="007204D9" w:rsidRDefault="00000000">
            <w:pPr>
              <w:autoSpaceDE w:val="0"/>
              <w:autoSpaceDN w:val="0"/>
              <w:spacing w:before="194" w:after="0" w:line="222" w:lineRule="exact"/>
              <w:jc w:val="center"/>
            </w:pPr>
            <w:r w:rsidRPr="007204D9">
              <w:rPr>
                <w:color w:val="000000"/>
                <w:w w:val="101"/>
                <w:sz w:val="20"/>
              </w:rPr>
              <w:t>Total de questões não atendidas</w:t>
            </w:r>
          </w:p>
        </w:tc>
        <w:tc>
          <w:tcPr>
            <w:tcW w:w="1280" w:type="dxa"/>
            <w:tcBorders>
              <w:top w:val="single" w:sz="4" w:space="0" w:color="auto"/>
              <w:left w:val="single" w:sz="3" w:space="0" w:color="auto"/>
              <w:bottom w:val="single" w:sz="4" w:space="0" w:color="auto"/>
              <w:right w:val="single" w:sz="4" w:space="0" w:color="auto"/>
            </w:tcBorders>
            <w:tcMar>
              <w:left w:w="0" w:type="dxa"/>
              <w:right w:w="0" w:type="dxa"/>
            </w:tcMar>
          </w:tcPr>
          <w:p w14:paraId="3746D04C" w14:textId="77777777" w:rsidR="0097296A" w:rsidRPr="007204D9" w:rsidRDefault="0097296A"/>
        </w:tc>
        <w:tc>
          <w:tcPr>
            <w:tcW w:w="3319" w:type="dxa"/>
            <w:vMerge/>
            <w:tcBorders>
              <w:top w:val="single" w:sz="4" w:space="0" w:color="auto"/>
              <w:left w:val="single" w:sz="4" w:space="0" w:color="auto"/>
              <w:bottom w:val="single" w:sz="4" w:space="0" w:color="auto"/>
              <w:right w:val="single" w:sz="4" w:space="0" w:color="auto"/>
            </w:tcBorders>
          </w:tcPr>
          <w:p w14:paraId="32B1C189" w14:textId="77777777" w:rsidR="0097296A" w:rsidRPr="007204D9" w:rsidRDefault="0097296A"/>
        </w:tc>
      </w:tr>
      <w:tr w:rsidR="0097296A" w:rsidRPr="007204D9" w14:paraId="3E80EE37" w14:textId="77777777">
        <w:trPr>
          <w:trHeight w:val="500"/>
        </w:trPr>
        <w:tc>
          <w:tcPr>
            <w:tcW w:w="3404" w:type="dxa"/>
            <w:tcBorders>
              <w:top w:val="single" w:sz="4" w:space="0" w:color="auto"/>
              <w:left w:val="single" w:sz="4" w:space="0" w:color="auto"/>
              <w:bottom w:val="single" w:sz="4" w:space="0" w:color="auto"/>
              <w:right w:val="single" w:sz="3" w:space="0" w:color="auto"/>
            </w:tcBorders>
            <w:tcMar>
              <w:left w:w="0" w:type="dxa"/>
              <w:right w:w="0" w:type="dxa"/>
            </w:tcMar>
          </w:tcPr>
          <w:p w14:paraId="722DFE8C" w14:textId="77777777" w:rsidR="0097296A" w:rsidRPr="007204D9" w:rsidRDefault="00000000">
            <w:pPr>
              <w:autoSpaceDE w:val="0"/>
              <w:autoSpaceDN w:val="0"/>
              <w:spacing w:before="194" w:after="0" w:line="222" w:lineRule="exact"/>
              <w:jc w:val="center"/>
            </w:pPr>
            <w:r w:rsidRPr="007204D9">
              <w:rPr>
                <w:color w:val="000000"/>
                <w:w w:val="101"/>
                <w:sz w:val="20"/>
              </w:rPr>
              <w:t>Total de questões não aplicáveis</w:t>
            </w:r>
          </w:p>
        </w:tc>
        <w:tc>
          <w:tcPr>
            <w:tcW w:w="1280" w:type="dxa"/>
            <w:tcBorders>
              <w:top w:val="single" w:sz="4" w:space="0" w:color="auto"/>
              <w:left w:val="single" w:sz="3" w:space="0" w:color="auto"/>
              <w:bottom w:val="single" w:sz="4" w:space="0" w:color="auto"/>
              <w:right w:val="single" w:sz="4" w:space="0" w:color="auto"/>
            </w:tcBorders>
            <w:tcMar>
              <w:left w:w="0" w:type="dxa"/>
              <w:right w:w="0" w:type="dxa"/>
            </w:tcMar>
          </w:tcPr>
          <w:p w14:paraId="698B469B" w14:textId="77777777" w:rsidR="0097296A" w:rsidRPr="007204D9" w:rsidRDefault="0097296A"/>
        </w:tc>
        <w:tc>
          <w:tcPr>
            <w:tcW w:w="5244"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F208AFE" w14:textId="77777777" w:rsidR="0097296A" w:rsidRPr="007204D9" w:rsidRDefault="00000000">
            <w:pPr>
              <w:autoSpaceDE w:val="0"/>
              <w:autoSpaceDN w:val="0"/>
              <w:spacing w:before="154" w:after="0" w:line="282" w:lineRule="exact"/>
              <w:jc w:val="center"/>
            </w:pPr>
            <w:r w:rsidRPr="007204D9">
              <w:rPr>
                <w:color w:val="000000"/>
                <w:sz w:val="19"/>
              </w:rPr>
              <w:t>Atendimento da subárea (AS): Equação 2</w:t>
            </w:r>
          </w:p>
        </w:tc>
      </w:tr>
      <w:tr w:rsidR="0097296A" w:rsidRPr="007204D9" w14:paraId="0904F0E4" w14:textId="77777777">
        <w:trPr>
          <w:trHeight w:val="716"/>
        </w:trPr>
        <w:tc>
          <w:tcPr>
            <w:tcW w:w="3404" w:type="dxa"/>
            <w:tcBorders>
              <w:top w:val="single" w:sz="4" w:space="0" w:color="auto"/>
              <w:left w:val="single" w:sz="4" w:space="0" w:color="auto"/>
              <w:bottom w:val="single" w:sz="4" w:space="0" w:color="auto"/>
              <w:right w:val="single" w:sz="3" w:space="0" w:color="auto"/>
            </w:tcBorders>
            <w:tcMar>
              <w:left w:w="0" w:type="dxa"/>
              <w:right w:w="0" w:type="dxa"/>
            </w:tcMar>
          </w:tcPr>
          <w:p w14:paraId="733F99CE" w14:textId="77777777" w:rsidR="0097296A" w:rsidRPr="007204D9" w:rsidRDefault="00000000">
            <w:pPr>
              <w:autoSpaceDE w:val="0"/>
              <w:autoSpaceDN w:val="0"/>
              <w:spacing w:before="142" w:after="0" w:line="272" w:lineRule="exact"/>
              <w:ind w:left="144"/>
              <w:jc w:val="center"/>
            </w:pPr>
            <w:r w:rsidRPr="007204D9">
              <w:rPr>
                <w:color w:val="000000"/>
                <w:w w:val="101"/>
                <w:sz w:val="20"/>
              </w:rPr>
              <w:t>Total de questões atendidas com restrição</w:t>
            </w:r>
          </w:p>
        </w:tc>
        <w:tc>
          <w:tcPr>
            <w:tcW w:w="1280" w:type="dxa"/>
            <w:tcBorders>
              <w:top w:val="single" w:sz="4" w:space="0" w:color="auto"/>
              <w:left w:val="single" w:sz="3" w:space="0" w:color="auto"/>
              <w:bottom w:val="single" w:sz="4" w:space="0" w:color="auto"/>
              <w:right w:val="single" w:sz="4" w:space="0" w:color="auto"/>
            </w:tcBorders>
            <w:tcMar>
              <w:left w:w="0" w:type="dxa"/>
              <w:right w:w="0" w:type="dxa"/>
            </w:tcMar>
          </w:tcPr>
          <w:p w14:paraId="69FC6E44" w14:textId="77777777" w:rsidR="0097296A" w:rsidRPr="007204D9" w:rsidRDefault="0097296A"/>
        </w:tc>
        <w:tc>
          <w:tcPr>
            <w:tcW w:w="3319" w:type="dxa"/>
            <w:vMerge/>
            <w:tcBorders>
              <w:top w:val="single" w:sz="4" w:space="0" w:color="auto"/>
              <w:left w:val="single" w:sz="4" w:space="0" w:color="auto"/>
              <w:bottom w:val="single" w:sz="4" w:space="0" w:color="auto"/>
              <w:right w:val="single" w:sz="4" w:space="0" w:color="auto"/>
            </w:tcBorders>
          </w:tcPr>
          <w:p w14:paraId="141F1F6A" w14:textId="77777777" w:rsidR="0097296A" w:rsidRPr="007204D9" w:rsidRDefault="0097296A"/>
        </w:tc>
      </w:tr>
    </w:tbl>
    <w:p w14:paraId="1D9A03F7" w14:textId="77777777" w:rsidR="0097296A" w:rsidRPr="007204D9" w:rsidRDefault="00000000">
      <w:pPr>
        <w:autoSpaceDE w:val="0"/>
        <w:autoSpaceDN w:val="0"/>
        <w:spacing w:before="554" w:after="0" w:line="338" w:lineRule="exact"/>
        <w:ind w:left="1152"/>
      </w:pPr>
      <w:r w:rsidRPr="007204D9">
        <w:rPr>
          <w:color w:val="000000"/>
          <w:sz w:val="24"/>
        </w:rPr>
        <w:t xml:space="preserve">O atendimento em relação ao total (ART) corresponde ao </w:t>
      </w:r>
    </w:p>
    <w:p w14:paraId="3896E9DB" w14:textId="77777777" w:rsidR="0097296A" w:rsidRPr="007204D9" w:rsidRDefault="00000000">
      <w:pPr>
        <w:autoSpaceDE w:val="0"/>
        <w:autoSpaceDN w:val="0"/>
        <w:spacing w:before="154" w:after="0" w:line="338" w:lineRule="exact"/>
        <w:ind w:left="674"/>
      </w:pPr>
      <w:r w:rsidRPr="007204D9">
        <w:rPr>
          <w:color w:val="000000"/>
          <w:sz w:val="24"/>
        </w:rPr>
        <w:t xml:space="preserve">percentual de atendimento da subárea (AS) em relação ao total de </w:t>
      </w:r>
    </w:p>
    <w:p w14:paraId="10964935" w14:textId="77777777" w:rsidR="0097296A" w:rsidRPr="007204D9" w:rsidRDefault="00000000">
      <w:pPr>
        <w:autoSpaceDE w:val="0"/>
        <w:autoSpaceDN w:val="0"/>
        <w:spacing w:before="196" w:after="0" w:line="268" w:lineRule="exact"/>
        <w:ind w:left="674"/>
      </w:pPr>
      <w:r w:rsidRPr="007204D9">
        <w:rPr>
          <w:color w:val="000000"/>
          <w:sz w:val="24"/>
        </w:rPr>
        <w:t xml:space="preserve">questões quantitativas do instrumento, e será obtido a partir da equação </w:t>
      </w:r>
    </w:p>
    <w:p w14:paraId="70833724" w14:textId="77777777" w:rsidR="0097296A" w:rsidRPr="007204D9" w:rsidRDefault="00000000">
      <w:pPr>
        <w:autoSpaceDE w:val="0"/>
        <w:autoSpaceDN w:val="0"/>
        <w:spacing w:before="224" w:after="274" w:line="268" w:lineRule="exact"/>
        <w:ind w:left="674"/>
      </w:pPr>
      <w:r w:rsidRPr="007204D9">
        <w:rPr>
          <w:color w:val="000000"/>
          <w:sz w:val="25"/>
        </w:rPr>
        <w:t>1, a seguir:</w:t>
      </w:r>
    </w:p>
    <w:tbl>
      <w:tblPr>
        <w:tblW w:w="0" w:type="auto"/>
        <w:tblInd w:w="1352" w:type="dxa"/>
        <w:tblLayout w:type="fixed"/>
        <w:tblLook w:val="04A0" w:firstRow="1" w:lastRow="0" w:firstColumn="1" w:lastColumn="0" w:noHBand="0" w:noVBand="1"/>
      </w:tblPr>
      <w:tblGrid>
        <w:gridCol w:w="2100"/>
        <w:gridCol w:w="1660"/>
        <w:gridCol w:w="280"/>
        <w:gridCol w:w="812"/>
        <w:gridCol w:w="1248"/>
        <w:gridCol w:w="2000"/>
      </w:tblGrid>
      <w:tr w:rsidR="0097296A" w:rsidRPr="007204D9" w14:paraId="2A133221" w14:textId="77777777">
        <w:trPr>
          <w:trHeight w:val="496"/>
        </w:trPr>
        <w:tc>
          <w:tcPr>
            <w:tcW w:w="2100" w:type="dxa"/>
            <w:tcBorders>
              <w:bottom w:val="single" w:sz="7" w:space="0" w:color="auto"/>
            </w:tcBorders>
            <w:tcMar>
              <w:left w:w="0" w:type="dxa"/>
              <w:right w:w="0" w:type="dxa"/>
            </w:tcMar>
          </w:tcPr>
          <w:p w14:paraId="74E74574" w14:textId="77777777" w:rsidR="0097296A" w:rsidRPr="007204D9" w:rsidRDefault="00000000">
            <w:pPr>
              <w:autoSpaceDE w:val="0"/>
              <w:autoSpaceDN w:val="0"/>
              <w:spacing w:before="248" w:after="0" w:line="240" w:lineRule="exact"/>
              <w:ind w:right="32"/>
              <w:jc w:val="right"/>
            </w:pPr>
            <w:r w:rsidRPr="007204D9">
              <w:rPr>
                <w:color w:val="000000"/>
                <w:sz w:val="24"/>
              </w:rPr>
              <w:t>ART =</w:t>
            </w:r>
          </w:p>
        </w:tc>
        <w:tc>
          <w:tcPr>
            <w:tcW w:w="1660" w:type="dxa"/>
            <w:tcBorders>
              <w:bottom w:val="single" w:sz="7" w:space="0" w:color="auto"/>
            </w:tcBorders>
            <w:tcMar>
              <w:left w:w="0" w:type="dxa"/>
              <w:right w:w="0" w:type="dxa"/>
            </w:tcMar>
          </w:tcPr>
          <w:p w14:paraId="67606A33" w14:textId="77777777" w:rsidR="0097296A" w:rsidRPr="007204D9" w:rsidRDefault="00000000">
            <w:pPr>
              <w:autoSpaceDE w:val="0"/>
              <w:autoSpaceDN w:val="0"/>
              <w:spacing w:before="60" w:after="0" w:line="398" w:lineRule="exact"/>
              <w:jc w:val="center"/>
            </w:pPr>
            <w:r w:rsidRPr="007204D9">
              <w:rPr>
                <w:color w:val="000000"/>
                <w:sz w:val="24"/>
              </w:rPr>
              <w:t>(</w:t>
            </w:r>
            <w:r w:rsidRPr="007204D9">
              <w:rPr>
                <w:color w:val="000000"/>
                <w:sz w:val="24"/>
              </w:rPr>
              <w:t>𝐴𝑇</w:t>
            </w:r>
            <w:r w:rsidRPr="007204D9">
              <w:rPr>
                <w:color w:val="000000"/>
                <w:sz w:val="24"/>
              </w:rPr>
              <w:t>+ (</w:t>
            </w:r>
            <w:r w:rsidRPr="007204D9">
              <w:rPr>
                <w:color w:val="000000"/>
                <w:sz w:val="24"/>
              </w:rPr>
              <w:t>𝐴𝑃</w:t>
            </w:r>
            <w:r w:rsidRPr="007204D9">
              <w:rPr>
                <w:color w:val="000000"/>
                <w:sz w:val="24"/>
              </w:rPr>
              <w:t>⁄</w:t>
            </w:r>
            <w:r w:rsidRPr="007204D9">
              <w:rPr>
                <w:color w:val="000000"/>
                <w:sz w:val="24"/>
              </w:rPr>
              <w:t>2))</w:t>
            </w:r>
          </w:p>
        </w:tc>
        <w:tc>
          <w:tcPr>
            <w:tcW w:w="280" w:type="dxa"/>
            <w:tcBorders>
              <w:bottom w:val="single" w:sz="7" w:space="0" w:color="auto"/>
            </w:tcBorders>
            <w:tcMar>
              <w:left w:w="0" w:type="dxa"/>
              <w:right w:w="0" w:type="dxa"/>
            </w:tcMar>
          </w:tcPr>
          <w:p w14:paraId="78D7187D" w14:textId="77777777" w:rsidR="0097296A" w:rsidRPr="007204D9" w:rsidRDefault="00000000">
            <w:pPr>
              <w:autoSpaceDE w:val="0"/>
              <w:autoSpaceDN w:val="0"/>
              <w:spacing w:before="248" w:after="0" w:line="240" w:lineRule="exact"/>
              <w:jc w:val="center"/>
            </w:pPr>
            <w:r w:rsidRPr="007204D9">
              <w:rPr>
                <w:color w:val="000000"/>
                <w:sz w:val="24"/>
              </w:rPr>
              <w:t>×</w:t>
            </w:r>
          </w:p>
        </w:tc>
        <w:tc>
          <w:tcPr>
            <w:tcW w:w="812" w:type="dxa"/>
            <w:tcBorders>
              <w:bottom w:val="single" w:sz="7" w:space="0" w:color="auto"/>
            </w:tcBorders>
            <w:tcMar>
              <w:left w:w="0" w:type="dxa"/>
              <w:right w:w="0" w:type="dxa"/>
            </w:tcMar>
          </w:tcPr>
          <w:p w14:paraId="6ED37E2D" w14:textId="77777777" w:rsidR="0097296A" w:rsidRPr="007204D9" w:rsidRDefault="00000000">
            <w:pPr>
              <w:autoSpaceDE w:val="0"/>
              <w:autoSpaceDN w:val="0"/>
              <w:spacing w:before="180" w:after="0" w:line="240" w:lineRule="exact"/>
              <w:jc w:val="center"/>
            </w:pPr>
            <w:r w:rsidRPr="007204D9">
              <w:rPr>
                <w:color w:val="000000"/>
                <w:sz w:val="24"/>
              </w:rPr>
              <w:t>𝑇𝑞</w:t>
            </w:r>
            <w:r w:rsidRPr="007204D9">
              <w:rPr>
                <w:color w:val="000000"/>
                <w:sz w:val="24"/>
              </w:rPr>
              <w:t>−</w:t>
            </w:r>
            <w:r w:rsidRPr="007204D9">
              <w:rPr>
                <w:color w:val="000000"/>
                <w:sz w:val="24"/>
              </w:rPr>
              <w:t>𝑄𝑙</w:t>
            </w:r>
          </w:p>
        </w:tc>
        <w:tc>
          <w:tcPr>
            <w:tcW w:w="1248" w:type="dxa"/>
            <w:tcBorders>
              <w:bottom w:val="single" w:sz="7" w:space="0" w:color="auto"/>
            </w:tcBorders>
            <w:tcMar>
              <w:left w:w="0" w:type="dxa"/>
              <w:right w:w="0" w:type="dxa"/>
            </w:tcMar>
          </w:tcPr>
          <w:p w14:paraId="429C6D79" w14:textId="77777777" w:rsidR="0097296A" w:rsidRPr="007204D9" w:rsidRDefault="00000000">
            <w:pPr>
              <w:autoSpaceDE w:val="0"/>
              <w:autoSpaceDN w:val="0"/>
              <w:spacing w:before="248" w:after="0" w:line="240" w:lineRule="exact"/>
            </w:pPr>
            <w:r w:rsidRPr="007204D9">
              <w:rPr>
                <w:color w:val="000000"/>
                <w:sz w:val="24"/>
              </w:rPr>
              <w:t>,</w:t>
            </w:r>
          </w:p>
        </w:tc>
        <w:tc>
          <w:tcPr>
            <w:tcW w:w="2000" w:type="dxa"/>
            <w:tcBorders>
              <w:bottom w:val="single" w:sz="7" w:space="0" w:color="auto"/>
            </w:tcBorders>
            <w:tcMar>
              <w:left w:w="0" w:type="dxa"/>
              <w:right w:w="0" w:type="dxa"/>
            </w:tcMar>
          </w:tcPr>
          <w:p w14:paraId="06208ECE" w14:textId="77777777" w:rsidR="0097296A" w:rsidRPr="007204D9" w:rsidRDefault="00000000">
            <w:pPr>
              <w:autoSpaceDE w:val="0"/>
              <w:autoSpaceDN w:val="0"/>
              <w:spacing w:before="220" w:after="0" w:line="268" w:lineRule="exact"/>
              <w:ind w:right="494"/>
              <w:jc w:val="right"/>
            </w:pPr>
            <w:r w:rsidRPr="007204D9">
              <w:rPr>
                <w:color w:val="000000"/>
                <w:sz w:val="24"/>
              </w:rPr>
              <w:t>(1)</w:t>
            </w:r>
          </w:p>
        </w:tc>
      </w:tr>
      <w:tr w:rsidR="0097296A" w:rsidRPr="007204D9" w14:paraId="17F8A8E6" w14:textId="77777777">
        <w:trPr>
          <w:trHeight w:val="290"/>
        </w:trPr>
        <w:tc>
          <w:tcPr>
            <w:tcW w:w="2100" w:type="dxa"/>
            <w:tcBorders>
              <w:top w:val="single" w:sz="7" w:space="0" w:color="auto"/>
            </w:tcBorders>
            <w:tcMar>
              <w:left w:w="0" w:type="dxa"/>
              <w:right w:w="0" w:type="dxa"/>
            </w:tcMar>
          </w:tcPr>
          <w:p w14:paraId="3D76E5CB" w14:textId="77777777" w:rsidR="0097296A" w:rsidRPr="007204D9" w:rsidRDefault="0097296A"/>
        </w:tc>
        <w:tc>
          <w:tcPr>
            <w:tcW w:w="1660" w:type="dxa"/>
            <w:tcBorders>
              <w:top w:val="single" w:sz="7" w:space="0" w:color="auto"/>
            </w:tcBorders>
            <w:tcMar>
              <w:left w:w="0" w:type="dxa"/>
              <w:right w:w="0" w:type="dxa"/>
            </w:tcMar>
          </w:tcPr>
          <w:p w14:paraId="155A735E" w14:textId="77777777" w:rsidR="0097296A" w:rsidRPr="007204D9" w:rsidRDefault="00000000">
            <w:pPr>
              <w:autoSpaceDE w:val="0"/>
              <w:autoSpaceDN w:val="0"/>
              <w:spacing w:after="0" w:line="240" w:lineRule="exact"/>
              <w:jc w:val="center"/>
            </w:pPr>
            <w:r w:rsidRPr="007204D9">
              <w:rPr>
                <w:color w:val="000000"/>
                <w:sz w:val="24"/>
              </w:rPr>
              <w:t>(</w:t>
            </w:r>
            <w:r w:rsidRPr="007204D9">
              <w:rPr>
                <w:color w:val="000000"/>
                <w:sz w:val="24"/>
              </w:rPr>
              <w:t>𝑇𝑞</w:t>
            </w:r>
            <w:r w:rsidRPr="007204D9">
              <w:rPr>
                <w:color w:val="000000"/>
                <w:sz w:val="24"/>
              </w:rPr>
              <w:t>−</w:t>
            </w:r>
            <w:r w:rsidRPr="007204D9">
              <w:rPr>
                <w:color w:val="000000"/>
                <w:sz w:val="24"/>
              </w:rPr>
              <w:t>𝑄𝑙</w:t>
            </w:r>
            <w:r w:rsidRPr="007204D9">
              <w:rPr>
                <w:color w:val="000000"/>
                <w:sz w:val="24"/>
              </w:rPr>
              <w:t>−</w:t>
            </w:r>
            <w:r w:rsidRPr="007204D9">
              <w:rPr>
                <w:color w:val="000000"/>
                <w:sz w:val="24"/>
              </w:rPr>
              <w:t>𝑁𝐴</w:t>
            </w:r>
            <w:r w:rsidRPr="007204D9">
              <w:rPr>
                <w:color w:val="000000"/>
                <w:sz w:val="24"/>
              </w:rPr>
              <w:t>)</w:t>
            </w:r>
          </w:p>
        </w:tc>
        <w:tc>
          <w:tcPr>
            <w:tcW w:w="280" w:type="dxa"/>
            <w:tcBorders>
              <w:top w:val="single" w:sz="7" w:space="0" w:color="auto"/>
            </w:tcBorders>
            <w:tcMar>
              <w:left w:w="0" w:type="dxa"/>
              <w:right w:w="0" w:type="dxa"/>
            </w:tcMar>
          </w:tcPr>
          <w:p w14:paraId="4A088FBA" w14:textId="77777777" w:rsidR="0097296A" w:rsidRPr="007204D9" w:rsidRDefault="0097296A"/>
        </w:tc>
        <w:tc>
          <w:tcPr>
            <w:tcW w:w="812" w:type="dxa"/>
            <w:tcBorders>
              <w:top w:val="single" w:sz="7" w:space="0" w:color="auto"/>
            </w:tcBorders>
            <w:tcMar>
              <w:left w:w="0" w:type="dxa"/>
              <w:right w:w="0" w:type="dxa"/>
            </w:tcMar>
          </w:tcPr>
          <w:p w14:paraId="457E9D59" w14:textId="77777777" w:rsidR="0097296A" w:rsidRPr="007204D9" w:rsidRDefault="00000000">
            <w:pPr>
              <w:autoSpaceDE w:val="0"/>
              <w:autoSpaceDN w:val="0"/>
              <w:spacing w:after="0" w:line="240" w:lineRule="exact"/>
              <w:jc w:val="center"/>
            </w:pPr>
            <w:r w:rsidRPr="007204D9">
              <w:rPr>
                <w:color w:val="000000"/>
                <w:sz w:val="24"/>
              </w:rPr>
              <w:t>𝑇𝑡</w:t>
            </w:r>
            <w:r w:rsidRPr="007204D9">
              <w:rPr>
                <w:color w:val="000000"/>
                <w:sz w:val="24"/>
              </w:rPr>
              <w:t>−</w:t>
            </w:r>
            <w:r w:rsidRPr="007204D9">
              <w:rPr>
                <w:color w:val="000000"/>
                <w:sz w:val="24"/>
              </w:rPr>
              <w:t>𝑄𝑙</w:t>
            </w:r>
          </w:p>
        </w:tc>
        <w:tc>
          <w:tcPr>
            <w:tcW w:w="1248" w:type="dxa"/>
            <w:tcBorders>
              <w:top w:val="single" w:sz="7" w:space="0" w:color="auto"/>
            </w:tcBorders>
            <w:tcMar>
              <w:left w:w="0" w:type="dxa"/>
              <w:right w:w="0" w:type="dxa"/>
            </w:tcMar>
          </w:tcPr>
          <w:p w14:paraId="256743D0" w14:textId="77777777" w:rsidR="0097296A" w:rsidRPr="007204D9" w:rsidRDefault="0097296A"/>
        </w:tc>
        <w:tc>
          <w:tcPr>
            <w:tcW w:w="2000" w:type="dxa"/>
            <w:tcBorders>
              <w:top w:val="single" w:sz="7" w:space="0" w:color="auto"/>
            </w:tcBorders>
            <w:tcMar>
              <w:left w:w="0" w:type="dxa"/>
              <w:right w:w="0" w:type="dxa"/>
            </w:tcMar>
          </w:tcPr>
          <w:p w14:paraId="05A14C4C" w14:textId="77777777" w:rsidR="0097296A" w:rsidRPr="007204D9" w:rsidRDefault="0097296A"/>
        </w:tc>
      </w:tr>
    </w:tbl>
    <w:p w14:paraId="39743641" w14:textId="77777777" w:rsidR="0097296A" w:rsidRPr="007204D9" w:rsidRDefault="00000000">
      <w:pPr>
        <w:autoSpaceDE w:val="0"/>
        <w:autoSpaceDN w:val="0"/>
        <w:spacing w:before="152" w:after="0" w:line="268" w:lineRule="exact"/>
        <w:ind w:left="674"/>
      </w:pPr>
      <w:r w:rsidRPr="007204D9">
        <w:rPr>
          <w:color w:val="000000"/>
          <w:w w:val="98"/>
          <w:sz w:val="25"/>
        </w:rPr>
        <w:t>Onde:</w:t>
      </w:r>
    </w:p>
    <w:p w14:paraId="3A522605" w14:textId="77777777" w:rsidR="0097296A" w:rsidRPr="007204D9" w:rsidRDefault="00000000">
      <w:pPr>
        <w:autoSpaceDE w:val="0"/>
        <w:autoSpaceDN w:val="0"/>
        <w:spacing w:before="388" w:after="0" w:line="268" w:lineRule="exact"/>
        <w:ind w:left="1152"/>
      </w:pPr>
      <w:r w:rsidRPr="007204D9">
        <w:rPr>
          <w:color w:val="000000"/>
          <w:w w:val="98"/>
          <w:sz w:val="25"/>
        </w:rPr>
        <w:t>AT é a quantidade de quesitos atendidos;</w:t>
      </w:r>
    </w:p>
    <w:p w14:paraId="7C894F73" w14:textId="77777777" w:rsidR="0097296A" w:rsidRPr="007204D9" w:rsidRDefault="00000000">
      <w:pPr>
        <w:autoSpaceDE w:val="0"/>
        <w:autoSpaceDN w:val="0"/>
        <w:spacing w:before="294" w:after="0" w:line="268" w:lineRule="exact"/>
        <w:ind w:left="1152"/>
      </w:pPr>
      <w:r w:rsidRPr="007204D9">
        <w:rPr>
          <w:color w:val="000000"/>
          <w:w w:val="98"/>
          <w:sz w:val="25"/>
        </w:rPr>
        <w:t xml:space="preserve">AP é a quantidade quesitos parcialmente atendidos; </w:t>
      </w:r>
    </w:p>
    <w:p w14:paraId="3AB9F37A" w14:textId="77777777" w:rsidR="0097296A" w:rsidRPr="007204D9" w:rsidRDefault="00000000">
      <w:pPr>
        <w:autoSpaceDE w:val="0"/>
        <w:autoSpaceDN w:val="0"/>
        <w:spacing w:before="290" w:after="0" w:line="268" w:lineRule="exact"/>
        <w:ind w:left="1152"/>
      </w:pPr>
      <w:r w:rsidRPr="007204D9">
        <w:rPr>
          <w:color w:val="000000"/>
          <w:w w:val="98"/>
          <w:sz w:val="25"/>
        </w:rPr>
        <w:t>Tq é o total de quesitos da subárea;</w:t>
      </w:r>
    </w:p>
    <w:p w14:paraId="0ABE5D2D" w14:textId="77777777" w:rsidR="0097296A" w:rsidRPr="007204D9" w:rsidRDefault="00000000">
      <w:pPr>
        <w:autoSpaceDE w:val="0"/>
        <w:autoSpaceDN w:val="0"/>
        <w:spacing w:before="296" w:after="0" w:line="268" w:lineRule="exact"/>
        <w:ind w:left="1152"/>
      </w:pPr>
      <w:r w:rsidRPr="007204D9">
        <w:rPr>
          <w:color w:val="000000"/>
          <w:w w:val="98"/>
          <w:sz w:val="25"/>
        </w:rPr>
        <w:t>Ql é o número de quesitos qualitativos da subárea;</w:t>
      </w:r>
    </w:p>
    <w:p w14:paraId="44093042" w14:textId="77777777" w:rsidR="0097296A" w:rsidRPr="007204D9" w:rsidRDefault="00000000">
      <w:pPr>
        <w:autoSpaceDE w:val="0"/>
        <w:autoSpaceDN w:val="0"/>
        <w:spacing w:before="296" w:after="0" w:line="268" w:lineRule="exact"/>
        <w:ind w:left="1152"/>
      </w:pPr>
      <w:r w:rsidRPr="007204D9">
        <w:rPr>
          <w:color w:val="000000"/>
          <w:sz w:val="24"/>
        </w:rPr>
        <w:t>NA é o número de quesitos não aplicáveis ou não observáveis.</w:t>
      </w:r>
    </w:p>
    <w:p w14:paraId="2F8D348F" w14:textId="77777777" w:rsidR="0097296A" w:rsidRPr="007204D9" w:rsidRDefault="00000000">
      <w:pPr>
        <w:autoSpaceDE w:val="0"/>
        <w:autoSpaceDN w:val="0"/>
        <w:spacing w:before="294" w:after="0" w:line="268" w:lineRule="exact"/>
        <w:ind w:left="1152"/>
      </w:pPr>
      <w:r w:rsidRPr="007204D9">
        <w:rPr>
          <w:color w:val="000000"/>
          <w:sz w:val="25"/>
        </w:rPr>
        <w:t>Tt é o número total de quesitos do instrumento.</w:t>
      </w:r>
    </w:p>
    <w:p w14:paraId="572630F5" w14:textId="77777777" w:rsidR="0097296A" w:rsidRPr="007204D9" w:rsidRDefault="00000000">
      <w:pPr>
        <w:autoSpaceDE w:val="0"/>
        <w:autoSpaceDN w:val="0"/>
        <w:spacing w:before="572" w:after="0" w:line="338" w:lineRule="exact"/>
        <w:ind w:left="1380"/>
      </w:pPr>
      <w:r w:rsidRPr="007204D9">
        <w:rPr>
          <w:color w:val="000000"/>
          <w:sz w:val="24"/>
        </w:rPr>
        <w:t xml:space="preserve">Para a obtenção do diagnóstico qualitativo é necessário listar e </w:t>
      </w:r>
    </w:p>
    <w:p w14:paraId="6F310D21" w14:textId="385DB21A" w:rsidR="0097296A" w:rsidRPr="007204D9" w:rsidRDefault="00000000">
      <w:pPr>
        <w:autoSpaceDE w:val="0"/>
        <w:autoSpaceDN w:val="0"/>
        <w:spacing w:before="196" w:after="0" w:line="266" w:lineRule="exact"/>
        <w:ind w:left="674"/>
      </w:pPr>
      <w:r w:rsidRPr="007204D9">
        <w:rPr>
          <w:color w:val="000000"/>
          <w:w w:val="98"/>
          <w:sz w:val="25"/>
        </w:rPr>
        <w:t>analisar todos</w:t>
      </w:r>
      <w:r w:rsidR="007204D9">
        <w:rPr>
          <w:color w:val="000000"/>
          <w:w w:val="98"/>
          <w:sz w:val="25"/>
        </w:rPr>
        <w:t xml:space="preserve"> </w:t>
      </w:r>
      <w:r w:rsidRPr="007204D9">
        <w:rPr>
          <w:color w:val="000000"/>
          <w:w w:val="98"/>
          <w:sz w:val="25"/>
        </w:rPr>
        <w:t>os tipos de restrições ou problemas encontrados em cada</w:t>
      </w:r>
    </w:p>
    <w:p w14:paraId="47D19AEE" w14:textId="77777777" w:rsidR="0097296A" w:rsidRPr="007204D9" w:rsidRDefault="00000000">
      <w:pPr>
        <w:autoSpaceDE w:val="0"/>
        <w:autoSpaceDN w:val="0"/>
        <w:spacing w:before="248" w:after="0" w:line="266" w:lineRule="exact"/>
        <w:ind w:right="994"/>
        <w:jc w:val="right"/>
      </w:pPr>
      <w:r w:rsidRPr="007204D9">
        <w:rPr>
          <w:color w:val="000000"/>
          <w:sz w:val="24"/>
        </w:rPr>
        <w:t>5</w:t>
      </w:r>
    </w:p>
    <w:p w14:paraId="4F3184B0" w14:textId="77777777" w:rsidR="0097296A" w:rsidRPr="007204D9" w:rsidRDefault="0097296A">
      <w:pPr>
        <w:sectPr w:rsidR="0097296A" w:rsidRPr="007204D9">
          <w:pgSz w:w="11906" w:h="16838"/>
          <w:pgMar w:top="340" w:right="942" w:bottom="340" w:left="1008" w:header="720" w:footer="720" w:gutter="0"/>
          <w:cols w:space="720"/>
          <w:docGrid w:linePitch="360"/>
        </w:sectPr>
      </w:pPr>
    </w:p>
    <w:p w14:paraId="39BC20D1" w14:textId="77777777" w:rsidR="0097296A" w:rsidRPr="007204D9" w:rsidRDefault="0097296A">
      <w:pPr>
        <w:autoSpaceDE w:val="0"/>
        <w:autoSpaceDN w:val="0"/>
        <w:spacing w:after="158" w:line="220" w:lineRule="exact"/>
      </w:pPr>
    </w:p>
    <w:p w14:paraId="0143B358" w14:textId="77777777" w:rsidR="0097296A" w:rsidRPr="007204D9" w:rsidRDefault="00000000">
      <w:pPr>
        <w:autoSpaceDE w:val="0"/>
        <w:autoSpaceDN w:val="0"/>
        <w:spacing w:after="0" w:line="376" w:lineRule="exact"/>
        <w:ind w:left="242" w:right="720"/>
      </w:pPr>
      <w:r w:rsidRPr="007204D9">
        <w:rPr>
          <w:color w:val="000000"/>
          <w:w w:val="98"/>
          <w:sz w:val="25"/>
        </w:rPr>
        <w:t>subárea, acompanhada da respectiva análise crítica e propostas de melhorias para cada não conformidade encontrada.</w:t>
      </w:r>
    </w:p>
    <w:p w14:paraId="1D43DA0A" w14:textId="77777777" w:rsidR="0097296A" w:rsidRPr="007204D9" w:rsidRDefault="00000000">
      <w:pPr>
        <w:autoSpaceDE w:val="0"/>
        <w:autoSpaceDN w:val="0"/>
        <w:spacing w:before="162" w:after="444" w:line="476" w:lineRule="exact"/>
        <w:ind w:left="242" w:right="582" w:firstLine="706"/>
        <w:jc w:val="both"/>
      </w:pPr>
      <w:r w:rsidRPr="007204D9">
        <w:rPr>
          <w:color w:val="000000"/>
          <w:sz w:val="24"/>
        </w:rPr>
        <w:t xml:space="preserve">O atendimento da subárea (AS) corresponde ao percentual de quesitos que atentem às conformidades legais ou normativas em cada </w:t>
      </w:r>
      <w:r w:rsidRPr="007204D9">
        <w:rPr>
          <w:color w:val="000000"/>
          <w:w w:val="98"/>
          <w:sz w:val="25"/>
        </w:rPr>
        <w:t>subárea, e será obtido a partir da equação 2:</w:t>
      </w:r>
    </w:p>
    <w:tbl>
      <w:tblPr>
        <w:tblW w:w="0" w:type="auto"/>
        <w:tblInd w:w="1380" w:type="dxa"/>
        <w:tblLayout w:type="fixed"/>
        <w:tblLook w:val="04A0" w:firstRow="1" w:lastRow="0" w:firstColumn="1" w:lastColumn="0" w:noHBand="0" w:noVBand="1"/>
      </w:tblPr>
      <w:tblGrid>
        <w:gridCol w:w="2016"/>
        <w:gridCol w:w="1628"/>
        <w:gridCol w:w="1556"/>
        <w:gridCol w:w="2120"/>
      </w:tblGrid>
      <w:tr w:rsidR="0097296A" w:rsidRPr="007204D9" w14:paraId="34875E37" w14:textId="77777777">
        <w:trPr>
          <w:trHeight w:val="452"/>
        </w:trPr>
        <w:tc>
          <w:tcPr>
            <w:tcW w:w="2016" w:type="dxa"/>
            <w:tcBorders>
              <w:bottom w:val="single" w:sz="6" w:space="0" w:color="auto"/>
            </w:tcBorders>
            <w:tcMar>
              <w:left w:w="0" w:type="dxa"/>
              <w:right w:w="0" w:type="dxa"/>
            </w:tcMar>
          </w:tcPr>
          <w:p w14:paraId="4F106569" w14:textId="77777777" w:rsidR="0097296A" w:rsidRPr="007204D9" w:rsidRDefault="00000000">
            <w:pPr>
              <w:autoSpaceDE w:val="0"/>
              <w:autoSpaceDN w:val="0"/>
              <w:spacing w:before="204" w:after="0" w:line="240" w:lineRule="exact"/>
              <w:ind w:right="70"/>
              <w:jc w:val="right"/>
            </w:pPr>
            <w:r w:rsidRPr="007204D9">
              <w:rPr>
                <w:color w:val="000000"/>
                <w:sz w:val="24"/>
              </w:rPr>
              <w:t>𝐴𝑆</w:t>
            </w:r>
            <w:r w:rsidRPr="007204D9">
              <w:rPr>
                <w:color w:val="000000"/>
                <w:sz w:val="24"/>
              </w:rPr>
              <w:t>=</w:t>
            </w:r>
          </w:p>
        </w:tc>
        <w:tc>
          <w:tcPr>
            <w:tcW w:w="1628" w:type="dxa"/>
            <w:tcBorders>
              <w:bottom w:val="single" w:sz="6" w:space="0" w:color="auto"/>
            </w:tcBorders>
            <w:tcMar>
              <w:left w:w="0" w:type="dxa"/>
              <w:right w:w="0" w:type="dxa"/>
            </w:tcMar>
          </w:tcPr>
          <w:p w14:paraId="430F3FD4" w14:textId="77777777" w:rsidR="0097296A" w:rsidRPr="007204D9" w:rsidRDefault="00000000">
            <w:pPr>
              <w:autoSpaceDE w:val="0"/>
              <w:autoSpaceDN w:val="0"/>
              <w:spacing w:before="46" w:after="0" w:line="398" w:lineRule="exact"/>
            </w:pPr>
            <w:r w:rsidRPr="007204D9">
              <w:rPr>
                <w:color w:val="000000"/>
                <w:sz w:val="24"/>
              </w:rPr>
              <w:t>(</w:t>
            </w:r>
            <w:r w:rsidRPr="007204D9">
              <w:rPr>
                <w:color w:val="000000"/>
                <w:sz w:val="24"/>
              </w:rPr>
              <w:t>𝐴𝑇</w:t>
            </w:r>
            <w:r w:rsidRPr="007204D9">
              <w:rPr>
                <w:color w:val="000000"/>
                <w:sz w:val="24"/>
              </w:rPr>
              <w:t>+ (</w:t>
            </w:r>
            <w:r w:rsidRPr="007204D9">
              <w:rPr>
                <w:color w:val="000000"/>
                <w:sz w:val="24"/>
              </w:rPr>
              <w:t>𝐴𝑃</w:t>
            </w:r>
            <w:r w:rsidRPr="007204D9">
              <w:rPr>
                <w:color w:val="000000"/>
                <w:sz w:val="24"/>
              </w:rPr>
              <w:t>⁄</w:t>
            </w:r>
            <w:r w:rsidRPr="007204D9">
              <w:rPr>
                <w:color w:val="000000"/>
                <w:sz w:val="24"/>
              </w:rPr>
              <w:t>2))</w:t>
            </w:r>
          </w:p>
        </w:tc>
        <w:tc>
          <w:tcPr>
            <w:tcW w:w="1556" w:type="dxa"/>
            <w:tcBorders>
              <w:bottom w:val="single" w:sz="6" w:space="0" w:color="auto"/>
            </w:tcBorders>
            <w:tcMar>
              <w:left w:w="0" w:type="dxa"/>
              <w:right w:w="0" w:type="dxa"/>
            </w:tcMar>
          </w:tcPr>
          <w:p w14:paraId="3B107F88" w14:textId="77777777" w:rsidR="0097296A" w:rsidRPr="007204D9" w:rsidRDefault="00000000">
            <w:pPr>
              <w:autoSpaceDE w:val="0"/>
              <w:autoSpaceDN w:val="0"/>
              <w:spacing w:before="204" w:after="0" w:line="240" w:lineRule="exact"/>
            </w:pPr>
            <w:r w:rsidRPr="007204D9">
              <w:rPr>
                <w:color w:val="000000"/>
                <w:sz w:val="24"/>
              </w:rPr>
              <w:t>,</w:t>
            </w:r>
          </w:p>
        </w:tc>
        <w:tc>
          <w:tcPr>
            <w:tcW w:w="2120" w:type="dxa"/>
            <w:tcBorders>
              <w:bottom w:val="single" w:sz="6" w:space="0" w:color="auto"/>
            </w:tcBorders>
            <w:tcMar>
              <w:left w:w="0" w:type="dxa"/>
              <w:right w:w="0" w:type="dxa"/>
            </w:tcMar>
          </w:tcPr>
          <w:p w14:paraId="02F9643E" w14:textId="77777777" w:rsidR="0097296A" w:rsidRPr="007204D9" w:rsidRDefault="00000000">
            <w:pPr>
              <w:autoSpaceDE w:val="0"/>
              <w:autoSpaceDN w:val="0"/>
              <w:spacing w:before="176" w:after="0" w:line="268" w:lineRule="exact"/>
              <w:ind w:right="308"/>
              <w:jc w:val="right"/>
            </w:pPr>
            <w:r w:rsidRPr="007204D9">
              <w:rPr>
                <w:color w:val="000000"/>
                <w:sz w:val="24"/>
              </w:rPr>
              <w:t>(2)</w:t>
            </w:r>
          </w:p>
        </w:tc>
      </w:tr>
      <w:tr w:rsidR="0097296A" w:rsidRPr="007204D9" w14:paraId="287BA701" w14:textId="77777777">
        <w:trPr>
          <w:trHeight w:val="332"/>
        </w:trPr>
        <w:tc>
          <w:tcPr>
            <w:tcW w:w="2016" w:type="dxa"/>
            <w:tcBorders>
              <w:top w:val="single" w:sz="6" w:space="0" w:color="auto"/>
            </w:tcBorders>
            <w:tcMar>
              <w:left w:w="0" w:type="dxa"/>
              <w:right w:w="0" w:type="dxa"/>
            </w:tcMar>
          </w:tcPr>
          <w:p w14:paraId="48362698" w14:textId="77777777" w:rsidR="0097296A" w:rsidRPr="007204D9" w:rsidRDefault="0097296A"/>
        </w:tc>
        <w:tc>
          <w:tcPr>
            <w:tcW w:w="1628" w:type="dxa"/>
            <w:tcBorders>
              <w:top w:val="single" w:sz="6" w:space="0" w:color="auto"/>
            </w:tcBorders>
            <w:tcMar>
              <w:left w:w="0" w:type="dxa"/>
              <w:right w:w="0" w:type="dxa"/>
            </w:tcMar>
          </w:tcPr>
          <w:p w14:paraId="6073720E" w14:textId="77777777" w:rsidR="0097296A" w:rsidRPr="007204D9" w:rsidRDefault="00000000">
            <w:pPr>
              <w:autoSpaceDE w:val="0"/>
              <w:autoSpaceDN w:val="0"/>
              <w:spacing w:before="24" w:after="0" w:line="240" w:lineRule="exact"/>
              <w:jc w:val="center"/>
            </w:pPr>
            <w:r w:rsidRPr="007204D9">
              <w:rPr>
                <w:color w:val="000000"/>
                <w:sz w:val="24"/>
              </w:rPr>
              <w:t>(</w:t>
            </w:r>
            <w:r w:rsidRPr="007204D9">
              <w:rPr>
                <w:color w:val="000000"/>
                <w:sz w:val="24"/>
              </w:rPr>
              <w:t>𝑇𝑞</w:t>
            </w:r>
            <w:r w:rsidRPr="007204D9">
              <w:rPr>
                <w:color w:val="000000"/>
                <w:sz w:val="24"/>
              </w:rPr>
              <w:t>−</w:t>
            </w:r>
            <w:r w:rsidRPr="007204D9">
              <w:rPr>
                <w:color w:val="000000"/>
                <w:sz w:val="24"/>
              </w:rPr>
              <w:t>𝑄𝑙</w:t>
            </w:r>
            <w:r w:rsidRPr="007204D9">
              <w:rPr>
                <w:color w:val="000000"/>
                <w:sz w:val="24"/>
              </w:rPr>
              <w:t>−</w:t>
            </w:r>
            <w:r w:rsidRPr="007204D9">
              <w:rPr>
                <w:color w:val="000000"/>
                <w:sz w:val="24"/>
              </w:rPr>
              <w:t>𝑁𝐴</w:t>
            </w:r>
            <w:r w:rsidRPr="007204D9">
              <w:rPr>
                <w:color w:val="000000"/>
                <w:sz w:val="24"/>
              </w:rPr>
              <w:t>)</w:t>
            </w:r>
          </w:p>
        </w:tc>
        <w:tc>
          <w:tcPr>
            <w:tcW w:w="1556" w:type="dxa"/>
            <w:tcBorders>
              <w:top w:val="single" w:sz="6" w:space="0" w:color="auto"/>
            </w:tcBorders>
            <w:tcMar>
              <w:left w:w="0" w:type="dxa"/>
              <w:right w:w="0" w:type="dxa"/>
            </w:tcMar>
          </w:tcPr>
          <w:p w14:paraId="47EB5EF3" w14:textId="77777777" w:rsidR="0097296A" w:rsidRPr="007204D9" w:rsidRDefault="0097296A"/>
        </w:tc>
        <w:tc>
          <w:tcPr>
            <w:tcW w:w="2120" w:type="dxa"/>
            <w:tcBorders>
              <w:top w:val="single" w:sz="6" w:space="0" w:color="auto"/>
            </w:tcBorders>
            <w:tcMar>
              <w:left w:w="0" w:type="dxa"/>
              <w:right w:w="0" w:type="dxa"/>
            </w:tcMar>
          </w:tcPr>
          <w:p w14:paraId="2BA65E47" w14:textId="77777777" w:rsidR="0097296A" w:rsidRPr="007204D9" w:rsidRDefault="0097296A"/>
        </w:tc>
      </w:tr>
    </w:tbl>
    <w:p w14:paraId="2AC2A9B5" w14:textId="77777777" w:rsidR="0097296A" w:rsidRPr="007204D9" w:rsidRDefault="00000000">
      <w:pPr>
        <w:autoSpaceDE w:val="0"/>
        <w:autoSpaceDN w:val="0"/>
        <w:spacing w:before="11136" w:after="0" w:line="266" w:lineRule="exact"/>
        <w:ind w:right="496"/>
        <w:jc w:val="right"/>
      </w:pPr>
      <w:r w:rsidRPr="007204D9">
        <w:rPr>
          <w:color w:val="000000"/>
          <w:sz w:val="24"/>
        </w:rPr>
        <w:t>6</w:t>
      </w:r>
    </w:p>
    <w:p w14:paraId="08F53E27" w14:textId="77777777" w:rsidR="0097296A" w:rsidRPr="007204D9" w:rsidRDefault="0097296A">
      <w:pPr>
        <w:sectPr w:rsidR="0097296A" w:rsidRPr="007204D9">
          <w:pgSz w:w="11906" w:h="16838"/>
          <w:pgMar w:top="340" w:right="1440" w:bottom="340" w:left="1440" w:header="720" w:footer="720" w:gutter="0"/>
          <w:cols w:space="720"/>
          <w:docGrid w:linePitch="360"/>
        </w:sectPr>
      </w:pPr>
    </w:p>
    <w:p w14:paraId="435E16E4" w14:textId="77777777" w:rsidR="0097296A" w:rsidRPr="007204D9" w:rsidRDefault="0097296A">
      <w:pPr>
        <w:autoSpaceDE w:val="0"/>
        <w:autoSpaceDN w:val="0"/>
        <w:spacing w:after="246" w:line="220" w:lineRule="exact"/>
      </w:pPr>
    </w:p>
    <w:p w14:paraId="0BA0EF90" w14:textId="77777777" w:rsidR="0097296A" w:rsidRPr="007204D9" w:rsidRDefault="00000000">
      <w:pPr>
        <w:autoSpaceDE w:val="0"/>
        <w:autoSpaceDN w:val="0"/>
        <w:spacing w:after="212" w:line="338" w:lineRule="exact"/>
        <w:jc w:val="center"/>
      </w:pPr>
      <w:r w:rsidRPr="007204D9">
        <w:rPr>
          <w:color w:val="000000"/>
        </w:rPr>
        <w:t>INSTRUMENTO DE VERIFICAÇÃO DAS CONDIÇÕES SANITÁRIAS E DE HIGIENE</w:t>
      </w:r>
    </w:p>
    <w:tbl>
      <w:tblPr>
        <w:tblW w:w="0" w:type="auto"/>
        <w:tblInd w:w="4" w:type="dxa"/>
        <w:tblLayout w:type="fixed"/>
        <w:tblLook w:val="04A0" w:firstRow="1" w:lastRow="0" w:firstColumn="1" w:lastColumn="0" w:noHBand="0" w:noVBand="1"/>
      </w:tblPr>
      <w:tblGrid>
        <w:gridCol w:w="566"/>
        <w:gridCol w:w="1138"/>
        <w:gridCol w:w="7228"/>
        <w:gridCol w:w="568"/>
        <w:gridCol w:w="896"/>
      </w:tblGrid>
      <w:tr w:rsidR="0097296A" w:rsidRPr="007204D9" w14:paraId="52A96A04" w14:textId="77777777">
        <w:trPr>
          <w:trHeight w:val="506"/>
        </w:trPr>
        <w:tc>
          <w:tcPr>
            <w:tcW w:w="10396" w:type="dxa"/>
            <w:gridSpan w:val="5"/>
            <w:tcBorders>
              <w:top w:val="single" w:sz="4" w:space="0" w:color="auto"/>
              <w:left w:val="single" w:sz="4" w:space="0" w:color="auto"/>
              <w:bottom w:val="single" w:sz="4" w:space="0" w:color="auto"/>
              <w:right w:val="single" w:sz="4" w:space="0" w:color="auto"/>
            </w:tcBorders>
            <w:tcMar>
              <w:left w:w="0" w:type="dxa"/>
              <w:right w:w="0" w:type="dxa"/>
            </w:tcMar>
          </w:tcPr>
          <w:p w14:paraId="38132CC6" w14:textId="77777777" w:rsidR="0097296A" w:rsidRPr="007204D9" w:rsidRDefault="00000000">
            <w:pPr>
              <w:autoSpaceDE w:val="0"/>
              <w:autoSpaceDN w:val="0"/>
              <w:spacing w:before="138" w:after="0" w:line="202" w:lineRule="exact"/>
              <w:jc w:val="center"/>
            </w:pPr>
            <w:r w:rsidRPr="007204D9">
              <w:rPr>
                <w:b/>
                <w:color w:val="000000"/>
                <w:sz w:val="18"/>
              </w:rPr>
              <w:t xml:space="preserve">1. Instalações Sanitárias e Efluentes </w:t>
            </w:r>
          </w:p>
        </w:tc>
      </w:tr>
      <w:tr w:rsidR="0097296A" w:rsidRPr="007204D9" w14:paraId="71DDCAFC" w14:textId="77777777">
        <w:trPr>
          <w:trHeight w:val="504"/>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4854FD3C" w14:textId="77777777" w:rsidR="0097296A" w:rsidRPr="007204D9" w:rsidRDefault="00000000">
            <w:pPr>
              <w:autoSpaceDE w:val="0"/>
              <w:autoSpaceDN w:val="0"/>
              <w:spacing w:before="330" w:after="0" w:line="202" w:lineRule="exact"/>
              <w:jc w:val="center"/>
            </w:pPr>
            <w:r w:rsidRPr="007204D9">
              <w:rPr>
                <w:b/>
                <w:color w:val="000000"/>
                <w:sz w:val="18"/>
              </w:rPr>
              <w:t>Item</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7F83C235" w14:textId="77777777" w:rsidR="0097296A" w:rsidRPr="007204D9" w:rsidRDefault="00000000">
            <w:pPr>
              <w:autoSpaceDE w:val="0"/>
              <w:autoSpaceDN w:val="0"/>
              <w:spacing w:before="330" w:after="0" w:line="202" w:lineRule="exact"/>
              <w:jc w:val="center"/>
            </w:pPr>
            <w:r w:rsidRPr="007204D9">
              <w:rPr>
                <w:b/>
                <w:color w:val="000000"/>
                <w:sz w:val="18"/>
              </w:rPr>
              <w:t xml:space="preserve">Relevância </w:t>
            </w:r>
          </w:p>
        </w:tc>
        <w:tc>
          <w:tcPr>
            <w:tcW w:w="722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7CBE5C2B" w14:textId="77777777" w:rsidR="0097296A" w:rsidRPr="007204D9" w:rsidRDefault="00000000">
            <w:pPr>
              <w:autoSpaceDE w:val="0"/>
              <w:autoSpaceDN w:val="0"/>
              <w:spacing w:before="330" w:after="0" w:line="202" w:lineRule="exact"/>
              <w:jc w:val="center"/>
            </w:pPr>
            <w:r w:rsidRPr="007204D9">
              <w:rPr>
                <w:b/>
                <w:color w:val="000000"/>
                <w:sz w:val="18"/>
              </w:rPr>
              <w:t xml:space="preserve">Descrição </w:t>
            </w:r>
          </w:p>
        </w:tc>
        <w:tc>
          <w:tcPr>
            <w:tcW w:w="14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DE2D3A2" w14:textId="77777777" w:rsidR="0097296A" w:rsidRPr="007204D9" w:rsidRDefault="00000000">
            <w:pPr>
              <w:autoSpaceDE w:val="0"/>
              <w:autoSpaceDN w:val="0"/>
              <w:spacing w:before="136" w:after="0" w:line="202" w:lineRule="exact"/>
              <w:jc w:val="center"/>
            </w:pPr>
            <w:r w:rsidRPr="007204D9">
              <w:rPr>
                <w:b/>
                <w:color w:val="000000"/>
                <w:sz w:val="18"/>
              </w:rPr>
              <w:t xml:space="preserve">Resultado </w:t>
            </w:r>
          </w:p>
        </w:tc>
      </w:tr>
      <w:tr w:rsidR="0097296A" w:rsidRPr="007204D9" w14:paraId="7C830E10" w14:textId="77777777">
        <w:trPr>
          <w:trHeight w:val="380"/>
        </w:trPr>
        <w:tc>
          <w:tcPr>
            <w:tcW w:w="2085" w:type="dxa"/>
            <w:vMerge/>
            <w:tcBorders>
              <w:top w:val="single" w:sz="4" w:space="0" w:color="auto"/>
              <w:left w:val="single" w:sz="4" w:space="0" w:color="auto"/>
              <w:bottom w:val="single" w:sz="3" w:space="0" w:color="auto"/>
              <w:right w:val="single" w:sz="4" w:space="0" w:color="auto"/>
            </w:tcBorders>
          </w:tcPr>
          <w:p w14:paraId="64C11D48" w14:textId="77777777" w:rsidR="0097296A" w:rsidRPr="007204D9" w:rsidRDefault="0097296A"/>
        </w:tc>
        <w:tc>
          <w:tcPr>
            <w:tcW w:w="2085" w:type="dxa"/>
            <w:vMerge/>
            <w:tcBorders>
              <w:top w:val="single" w:sz="4" w:space="0" w:color="auto"/>
              <w:left w:val="single" w:sz="4" w:space="0" w:color="auto"/>
              <w:bottom w:val="single" w:sz="3" w:space="0" w:color="auto"/>
              <w:right w:val="single" w:sz="4" w:space="0" w:color="auto"/>
            </w:tcBorders>
          </w:tcPr>
          <w:p w14:paraId="5F8D372F" w14:textId="77777777" w:rsidR="0097296A" w:rsidRPr="007204D9" w:rsidRDefault="0097296A"/>
        </w:tc>
        <w:tc>
          <w:tcPr>
            <w:tcW w:w="2085" w:type="dxa"/>
            <w:vMerge/>
            <w:tcBorders>
              <w:top w:val="single" w:sz="4" w:space="0" w:color="auto"/>
              <w:left w:val="single" w:sz="4" w:space="0" w:color="auto"/>
              <w:bottom w:val="single" w:sz="3" w:space="0" w:color="auto"/>
              <w:right w:val="single" w:sz="4" w:space="0" w:color="auto"/>
            </w:tcBorders>
          </w:tcPr>
          <w:p w14:paraId="478AF2B8" w14:textId="77777777" w:rsidR="0097296A" w:rsidRPr="007204D9" w:rsidRDefault="0097296A"/>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388E6538" w14:textId="77777777" w:rsidR="0097296A" w:rsidRPr="007204D9" w:rsidRDefault="00000000">
            <w:pPr>
              <w:autoSpaceDE w:val="0"/>
              <w:autoSpaceDN w:val="0"/>
              <w:spacing w:before="76" w:after="0" w:line="202" w:lineRule="exact"/>
              <w:jc w:val="center"/>
            </w:pPr>
            <w:r w:rsidRPr="007204D9">
              <w:rPr>
                <w:b/>
                <w:color w:val="000000"/>
                <w:sz w:val="18"/>
              </w:rPr>
              <w:t xml:space="preserve">X </w:t>
            </w:r>
          </w:p>
        </w:tc>
        <w:tc>
          <w:tcPr>
            <w:tcW w:w="896" w:type="dxa"/>
            <w:tcBorders>
              <w:top w:val="single" w:sz="4" w:space="0" w:color="auto"/>
              <w:left w:val="single" w:sz="3" w:space="0" w:color="auto"/>
              <w:bottom w:val="single" w:sz="3" w:space="0" w:color="auto"/>
              <w:right w:val="single" w:sz="4" w:space="0" w:color="auto"/>
            </w:tcBorders>
            <w:tcMar>
              <w:left w:w="0" w:type="dxa"/>
              <w:right w:w="0" w:type="dxa"/>
            </w:tcMar>
          </w:tcPr>
          <w:p w14:paraId="49CDF028" w14:textId="77777777" w:rsidR="0097296A" w:rsidRPr="007204D9" w:rsidRDefault="00000000">
            <w:pPr>
              <w:autoSpaceDE w:val="0"/>
              <w:autoSpaceDN w:val="0"/>
              <w:spacing w:before="76" w:after="0" w:line="202" w:lineRule="exact"/>
              <w:jc w:val="center"/>
            </w:pPr>
            <w:r w:rsidRPr="007204D9">
              <w:rPr>
                <w:b/>
                <w:color w:val="000000"/>
                <w:sz w:val="18"/>
              </w:rPr>
              <w:t>Impacto</w:t>
            </w:r>
          </w:p>
        </w:tc>
      </w:tr>
      <w:tr w:rsidR="0097296A" w:rsidRPr="007204D9" w14:paraId="77592114" w14:textId="77777777">
        <w:trPr>
          <w:trHeight w:val="1016"/>
        </w:trPr>
        <w:tc>
          <w:tcPr>
            <w:tcW w:w="566" w:type="dxa"/>
            <w:vMerge w:val="restart"/>
            <w:tcBorders>
              <w:top w:val="single" w:sz="3" w:space="0" w:color="auto"/>
              <w:left w:val="single" w:sz="4" w:space="0" w:color="auto"/>
              <w:bottom w:val="single" w:sz="3" w:space="0" w:color="auto"/>
              <w:right w:val="single" w:sz="4" w:space="0" w:color="auto"/>
            </w:tcBorders>
            <w:tcMar>
              <w:left w:w="0" w:type="dxa"/>
              <w:right w:w="0" w:type="dxa"/>
            </w:tcMar>
          </w:tcPr>
          <w:p w14:paraId="4ABF6C5B" w14:textId="77777777" w:rsidR="0097296A" w:rsidRPr="007204D9" w:rsidRDefault="00000000">
            <w:pPr>
              <w:autoSpaceDE w:val="0"/>
              <w:autoSpaceDN w:val="0"/>
              <w:spacing w:before="1676" w:after="0" w:line="202" w:lineRule="exact"/>
              <w:jc w:val="center"/>
            </w:pPr>
            <w:r w:rsidRPr="007204D9">
              <w:rPr>
                <w:color w:val="000000"/>
                <w:sz w:val="18"/>
              </w:rPr>
              <w:t xml:space="preserve">1.1 </w:t>
            </w:r>
          </w:p>
        </w:tc>
        <w:tc>
          <w:tcPr>
            <w:tcW w:w="1138" w:type="dxa"/>
            <w:vMerge w:val="restart"/>
            <w:tcBorders>
              <w:top w:val="single" w:sz="3" w:space="0" w:color="auto"/>
              <w:left w:val="single" w:sz="4" w:space="0" w:color="auto"/>
              <w:bottom w:val="single" w:sz="3" w:space="0" w:color="auto"/>
              <w:right w:val="single" w:sz="4" w:space="0" w:color="auto"/>
            </w:tcBorders>
            <w:tcMar>
              <w:left w:w="0" w:type="dxa"/>
              <w:right w:w="0" w:type="dxa"/>
            </w:tcMar>
          </w:tcPr>
          <w:p w14:paraId="2CACB24E" w14:textId="77777777" w:rsidR="0097296A" w:rsidRPr="007204D9" w:rsidRDefault="00000000">
            <w:pPr>
              <w:autoSpaceDE w:val="0"/>
              <w:autoSpaceDN w:val="0"/>
              <w:spacing w:before="1676" w:after="0" w:line="202" w:lineRule="exact"/>
              <w:jc w:val="center"/>
            </w:pPr>
            <w:r w:rsidRPr="007204D9">
              <w:rPr>
                <w:color w:val="000000"/>
                <w:sz w:val="18"/>
              </w:rPr>
              <w:t xml:space="preserve">2 </w:t>
            </w:r>
          </w:p>
        </w:tc>
        <w:tc>
          <w:tcPr>
            <w:tcW w:w="869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78412C9B" w14:textId="77777777" w:rsidR="0097296A" w:rsidRPr="007204D9" w:rsidRDefault="00000000">
            <w:pPr>
              <w:autoSpaceDE w:val="0"/>
              <w:autoSpaceDN w:val="0"/>
              <w:spacing w:before="286" w:after="0" w:line="208" w:lineRule="exact"/>
              <w:ind w:left="74" w:right="144"/>
            </w:pPr>
            <w:r w:rsidRPr="007204D9">
              <w:rPr>
                <w:b/>
                <w:color w:val="000000"/>
                <w:sz w:val="18"/>
              </w:rPr>
              <w:t xml:space="preserve">Os banheiros do estádio estão em boas condições de limpeza e conservação? (Doc. Ref.: Manual de Recomendações para a Segurança e Conforto nos Estádios de Futebol - FGV/2010). </w:t>
            </w:r>
          </w:p>
        </w:tc>
      </w:tr>
      <w:tr w:rsidR="0097296A" w:rsidRPr="007204D9" w14:paraId="53BB3923" w14:textId="77777777" w:rsidTr="007204D9">
        <w:trPr>
          <w:trHeight w:val="400"/>
        </w:trPr>
        <w:tc>
          <w:tcPr>
            <w:tcW w:w="2085" w:type="dxa"/>
            <w:vMerge/>
            <w:tcBorders>
              <w:top w:val="single" w:sz="3" w:space="0" w:color="auto"/>
              <w:left w:val="single" w:sz="4" w:space="0" w:color="auto"/>
              <w:bottom w:val="single" w:sz="3" w:space="0" w:color="auto"/>
              <w:right w:val="single" w:sz="4" w:space="0" w:color="auto"/>
            </w:tcBorders>
          </w:tcPr>
          <w:p w14:paraId="3156F653" w14:textId="77777777" w:rsidR="0097296A" w:rsidRPr="007204D9" w:rsidRDefault="0097296A"/>
        </w:tc>
        <w:tc>
          <w:tcPr>
            <w:tcW w:w="2085" w:type="dxa"/>
            <w:vMerge/>
            <w:tcBorders>
              <w:top w:val="single" w:sz="3" w:space="0" w:color="auto"/>
              <w:left w:val="single" w:sz="4" w:space="0" w:color="auto"/>
              <w:bottom w:val="single" w:sz="3" w:space="0" w:color="auto"/>
              <w:right w:val="single" w:sz="4" w:space="0" w:color="auto"/>
            </w:tcBorders>
          </w:tcPr>
          <w:p w14:paraId="7034A3F1"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2E8253EE" w14:textId="77777777" w:rsidR="0097296A" w:rsidRPr="007204D9" w:rsidRDefault="00000000">
            <w:pPr>
              <w:autoSpaceDE w:val="0"/>
              <w:autoSpaceDN w:val="0"/>
              <w:spacing w:before="96" w:after="0" w:line="202" w:lineRule="exact"/>
              <w:ind w:left="74"/>
            </w:pPr>
            <w:r w:rsidRPr="007204D9">
              <w:rPr>
                <w:color w:val="000000"/>
                <w:sz w:val="18"/>
              </w:rPr>
              <w:t xml:space="preserve">Sim. Todos estão limpos e conservados.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58DAA335"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896" w:type="dxa"/>
            <w:tcBorders>
              <w:top w:val="single" w:sz="4" w:space="0" w:color="auto"/>
              <w:left w:val="single" w:sz="3" w:space="0" w:color="auto"/>
              <w:bottom w:val="single" w:sz="3" w:space="0" w:color="auto"/>
              <w:right w:val="single" w:sz="4" w:space="0" w:color="auto"/>
            </w:tcBorders>
            <w:shd w:val="clear" w:color="auto" w:fill="92D050"/>
            <w:tcMar>
              <w:left w:w="0" w:type="dxa"/>
              <w:right w:w="0" w:type="dxa"/>
            </w:tcMar>
          </w:tcPr>
          <w:p w14:paraId="56B4089C"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69AD85AF" w14:textId="77777777" w:rsidTr="007204D9">
        <w:trPr>
          <w:trHeight w:val="400"/>
        </w:trPr>
        <w:tc>
          <w:tcPr>
            <w:tcW w:w="2085" w:type="dxa"/>
            <w:vMerge/>
            <w:tcBorders>
              <w:top w:val="single" w:sz="3" w:space="0" w:color="auto"/>
              <w:left w:val="single" w:sz="4" w:space="0" w:color="auto"/>
              <w:bottom w:val="single" w:sz="3" w:space="0" w:color="auto"/>
              <w:right w:val="single" w:sz="4" w:space="0" w:color="auto"/>
            </w:tcBorders>
          </w:tcPr>
          <w:p w14:paraId="508BE634" w14:textId="77777777" w:rsidR="0097296A" w:rsidRPr="007204D9" w:rsidRDefault="0097296A"/>
        </w:tc>
        <w:tc>
          <w:tcPr>
            <w:tcW w:w="2085" w:type="dxa"/>
            <w:vMerge/>
            <w:tcBorders>
              <w:top w:val="single" w:sz="3" w:space="0" w:color="auto"/>
              <w:left w:val="single" w:sz="4" w:space="0" w:color="auto"/>
              <w:bottom w:val="single" w:sz="3" w:space="0" w:color="auto"/>
              <w:right w:val="single" w:sz="4" w:space="0" w:color="auto"/>
            </w:tcBorders>
          </w:tcPr>
          <w:p w14:paraId="220B47B6"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25CADD65" w14:textId="77777777" w:rsidR="0097296A" w:rsidRPr="007204D9" w:rsidRDefault="00000000">
            <w:pPr>
              <w:autoSpaceDE w:val="0"/>
              <w:autoSpaceDN w:val="0"/>
              <w:spacing w:before="98" w:after="0" w:line="200" w:lineRule="exact"/>
              <w:ind w:left="74"/>
            </w:pPr>
            <w:r w:rsidRPr="007204D9">
              <w:rPr>
                <w:color w:val="000000"/>
                <w:sz w:val="18"/>
              </w:rPr>
              <w:t xml:space="preserve">Em parte. Algumas áreas necessitam intervenções. </w:t>
            </w:r>
            <w:r w:rsidRPr="007204D9">
              <w:rPr>
                <w:color w:val="000000"/>
                <w:sz w:val="18"/>
              </w:rPr>
              <w:t xml:space="preserve">(Especificar no comentário)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729C4215" w14:textId="77777777" w:rsidR="0097296A" w:rsidRPr="007204D9" w:rsidRDefault="00000000">
            <w:pPr>
              <w:autoSpaceDE w:val="0"/>
              <w:autoSpaceDN w:val="0"/>
              <w:spacing w:before="98" w:after="0" w:line="200" w:lineRule="exact"/>
              <w:jc w:val="center"/>
            </w:pPr>
            <w:r w:rsidRPr="007204D9">
              <w:rPr>
                <w:color w:val="000000"/>
                <w:sz w:val="18"/>
              </w:rPr>
              <w:t xml:space="preserve">AP </w:t>
            </w:r>
          </w:p>
        </w:tc>
        <w:tc>
          <w:tcPr>
            <w:tcW w:w="896" w:type="dxa"/>
            <w:tcBorders>
              <w:top w:val="single" w:sz="3" w:space="0" w:color="auto"/>
              <w:left w:val="single" w:sz="3" w:space="0" w:color="auto"/>
              <w:bottom w:val="single" w:sz="4" w:space="0" w:color="auto"/>
              <w:right w:val="single" w:sz="4" w:space="0" w:color="auto"/>
            </w:tcBorders>
            <w:shd w:val="clear" w:color="auto" w:fill="FFFF00"/>
            <w:tcMar>
              <w:left w:w="0" w:type="dxa"/>
              <w:right w:w="0" w:type="dxa"/>
            </w:tcMar>
          </w:tcPr>
          <w:p w14:paraId="6FA00A06" w14:textId="77777777" w:rsidR="0097296A" w:rsidRPr="007204D9" w:rsidRDefault="00000000">
            <w:pPr>
              <w:autoSpaceDE w:val="0"/>
              <w:autoSpaceDN w:val="0"/>
              <w:spacing w:before="98" w:after="0" w:line="200" w:lineRule="exact"/>
              <w:jc w:val="center"/>
            </w:pPr>
            <w:r w:rsidRPr="007204D9">
              <w:rPr>
                <w:color w:val="000000"/>
                <w:sz w:val="18"/>
              </w:rPr>
              <w:t xml:space="preserve">2 </w:t>
            </w:r>
          </w:p>
        </w:tc>
      </w:tr>
      <w:tr w:rsidR="0097296A" w:rsidRPr="007204D9" w14:paraId="68FA3729" w14:textId="77777777" w:rsidTr="007204D9">
        <w:trPr>
          <w:trHeight w:val="426"/>
        </w:trPr>
        <w:tc>
          <w:tcPr>
            <w:tcW w:w="2085" w:type="dxa"/>
            <w:vMerge/>
            <w:tcBorders>
              <w:top w:val="single" w:sz="3" w:space="0" w:color="auto"/>
              <w:left w:val="single" w:sz="4" w:space="0" w:color="auto"/>
              <w:bottom w:val="single" w:sz="3" w:space="0" w:color="auto"/>
              <w:right w:val="single" w:sz="4" w:space="0" w:color="auto"/>
            </w:tcBorders>
          </w:tcPr>
          <w:p w14:paraId="40EE6E01" w14:textId="77777777" w:rsidR="0097296A" w:rsidRPr="007204D9" w:rsidRDefault="0097296A"/>
        </w:tc>
        <w:tc>
          <w:tcPr>
            <w:tcW w:w="2085" w:type="dxa"/>
            <w:vMerge/>
            <w:tcBorders>
              <w:top w:val="single" w:sz="3" w:space="0" w:color="auto"/>
              <w:left w:val="single" w:sz="4" w:space="0" w:color="auto"/>
              <w:bottom w:val="single" w:sz="3" w:space="0" w:color="auto"/>
              <w:right w:val="single" w:sz="4" w:space="0" w:color="auto"/>
            </w:tcBorders>
          </w:tcPr>
          <w:p w14:paraId="15FEF7A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716E981A" w14:textId="77777777" w:rsidR="0097296A" w:rsidRPr="007204D9" w:rsidRDefault="00000000">
            <w:pPr>
              <w:autoSpaceDE w:val="0"/>
              <w:autoSpaceDN w:val="0"/>
              <w:spacing w:after="0" w:line="204" w:lineRule="exact"/>
              <w:ind w:left="74" w:right="432"/>
            </w:pPr>
            <w:r w:rsidRPr="007204D9">
              <w:rPr>
                <w:color w:val="000000"/>
                <w:sz w:val="18"/>
              </w:rPr>
              <w:t xml:space="preserve">Não. Todos dos banheiros apresentam problemas de limpeza e conservação. </w:t>
            </w:r>
            <w:r w:rsidRPr="007204D9">
              <w:rPr>
                <w:color w:val="000000"/>
                <w:sz w:val="18"/>
              </w:rPr>
              <w:t xml:space="preserve">(Especificar no comentário)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3ACE1BA0" w14:textId="77777777" w:rsidR="0097296A" w:rsidRPr="007204D9" w:rsidRDefault="00000000">
            <w:pPr>
              <w:autoSpaceDE w:val="0"/>
              <w:autoSpaceDN w:val="0"/>
              <w:spacing w:before="106" w:after="0" w:line="200" w:lineRule="exact"/>
              <w:jc w:val="center"/>
            </w:pPr>
            <w:r w:rsidRPr="007204D9">
              <w:rPr>
                <w:color w:val="000000"/>
                <w:sz w:val="18"/>
              </w:rPr>
              <w:t>NAT</w:t>
            </w:r>
          </w:p>
        </w:tc>
        <w:tc>
          <w:tcPr>
            <w:tcW w:w="896"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10069E79" w14:textId="77777777" w:rsidR="0097296A" w:rsidRPr="007204D9" w:rsidRDefault="00000000">
            <w:pPr>
              <w:autoSpaceDE w:val="0"/>
              <w:autoSpaceDN w:val="0"/>
              <w:spacing w:before="106" w:after="0" w:line="200" w:lineRule="exact"/>
              <w:jc w:val="center"/>
            </w:pPr>
            <w:r w:rsidRPr="007204D9">
              <w:rPr>
                <w:color w:val="000000"/>
                <w:sz w:val="18"/>
              </w:rPr>
              <w:t xml:space="preserve">3 </w:t>
            </w:r>
          </w:p>
        </w:tc>
      </w:tr>
      <w:tr w:rsidR="0097296A" w:rsidRPr="007204D9" w14:paraId="17DFA72D" w14:textId="77777777">
        <w:trPr>
          <w:trHeight w:val="396"/>
        </w:trPr>
        <w:tc>
          <w:tcPr>
            <w:tcW w:w="2085" w:type="dxa"/>
            <w:vMerge/>
            <w:tcBorders>
              <w:top w:val="single" w:sz="3" w:space="0" w:color="auto"/>
              <w:left w:val="single" w:sz="4" w:space="0" w:color="auto"/>
              <w:bottom w:val="single" w:sz="3" w:space="0" w:color="auto"/>
              <w:right w:val="single" w:sz="4" w:space="0" w:color="auto"/>
            </w:tcBorders>
          </w:tcPr>
          <w:p w14:paraId="62230A5E" w14:textId="77777777" w:rsidR="0097296A" w:rsidRPr="007204D9" w:rsidRDefault="0097296A"/>
        </w:tc>
        <w:tc>
          <w:tcPr>
            <w:tcW w:w="2085" w:type="dxa"/>
            <w:vMerge/>
            <w:tcBorders>
              <w:top w:val="single" w:sz="3" w:space="0" w:color="auto"/>
              <w:left w:val="single" w:sz="4" w:space="0" w:color="auto"/>
              <w:bottom w:val="single" w:sz="3" w:space="0" w:color="auto"/>
              <w:right w:val="single" w:sz="4" w:space="0" w:color="auto"/>
            </w:tcBorders>
          </w:tcPr>
          <w:p w14:paraId="7551964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5FE4136" w14:textId="77777777" w:rsidR="0097296A" w:rsidRPr="007204D9" w:rsidRDefault="00000000">
            <w:pPr>
              <w:autoSpaceDE w:val="0"/>
              <w:autoSpaceDN w:val="0"/>
              <w:spacing w:before="92" w:after="0" w:line="202"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618895D" w14:textId="77777777" w:rsidR="0097296A" w:rsidRPr="007204D9" w:rsidRDefault="00000000">
            <w:pPr>
              <w:autoSpaceDE w:val="0"/>
              <w:autoSpaceDN w:val="0"/>
              <w:spacing w:before="92" w:after="0" w:line="202" w:lineRule="exact"/>
              <w:jc w:val="center"/>
            </w:pPr>
            <w:r w:rsidRPr="007204D9">
              <w:rPr>
                <w:color w:val="000000"/>
                <w:sz w:val="18"/>
              </w:rPr>
              <w:t xml:space="preserve">NO </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465A78F8" w14:textId="77777777" w:rsidR="0097296A" w:rsidRPr="007204D9" w:rsidRDefault="00000000">
            <w:pPr>
              <w:autoSpaceDE w:val="0"/>
              <w:autoSpaceDN w:val="0"/>
              <w:spacing w:before="92" w:after="0" w:line="202" w:lineRule="exact"/>
              <w:jc w:val="center"/>
            </w:pPr>
            <w:r w:rsidRPr="007204D9">
              <w:rPr>
                <w:color w:val="000000"/>
                <w:sz w:val="18"/>
              </w:rPr>
              <w:t xml:space="preserve">0 </w:t>
            </w:r>
          </w:p>
        </w:tc>
      </w:tr>
      <w:tr w:rsidR="0097296A" w:rsidRPr="007204D9" w14:paraId="5540D70A" w14:textId="77777777">
        <w:trPr>
          <w:trHeight w:val="914"/>
        </w:trPr>
        <w:tc>
          <w:tcPr>
            <w:tcW w:w="2085" w:type="dxa"/>
            <w:vMerge/>
            <w:tcBorders>
              <w:top w:val="single" w:sz="3" w:space="0" w:color="auto"/>
              <w:left w:val="single" w:sz="4" w:space="0" w:color="auto"/>
              <w:bottom w:val="single" w:sz="3" w:space="0" w:color="auto"/>
              <w:right w:val="single" w:sz="4" w:space="0" w:color="auto"/>
            </w:tcBorders>
          </w:tcPr>
          <w:p w14:paraId="7A1D1E18" w14:textId="77777777" w:rsidR="0097296A" w:rsidRPr="007204D9" w:rsidRDefault="0097296A"/>
        </w:tc>
        <w:tc>
          <w:tcPr>
            <w:tcW w:w="2085" w:type="dxa"/>
            <w:vMerge/>
            <w:tcBorders>
              <w:top w:val="single" w:sz="3" w:space="0" w:color="auto"/>
              <w:left w:val="single" w:sz="4" w:space="0" w:color="auto"/>
              <w:bottom w:val="single" w:sz="3" w:space="0" w:color="auto"/>
              <w:right w:val="single" w:sz="4" w:space="0" w:color="auto"/>
            </w:tcBorders>
          </w:tcPr>
          <w:p w14:paraId="4A187A20" w14:textId="77777777" w:rsidR="0097296A" w:rsidRPr="007204D9" w:rsidRDefault="0097296A"/>
        </w:tc>
        <w:tc>
          <w:tcPr>
            <w:tcW w:w="8692"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2811FDC3"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39FE3548" w14:textId="77777777">
        <w:trPr>
          <w:trHeight w:val="221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33867320" w14:textId="77777777" w:rsidR="0097296A" w:rsidRPr="007204D9" w:rsidRDefault="00000000">
            <w:pPr>
              <w:autoSpaceDE w:val="0"/>
              <w:autoSpaceDN w:val="0"/>
              <w:spacing w:before="2276" w:after="0" w:line="202" w:lineRule="exact"/>
              <w:jc w:val="center"/>
            </w:pPr>
            <w:r w:rsidRPr="007204D9">
              <w:rPr>
                <w:color w:val="000000"/>
                <w:sz w:val="18"/>
              </w:rPr>
              <w:t xml:space="preserve">1.2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7FB59F5" w14:textId="77777777" w:rsidR="0097296A" w:rsidRPr="007204D9" w:rsidRDefault="00000000">
            <w:pPr>
              <w:autoSpaceDE w:val="0"/>
              <w:autoSpaceDN w:val="0"/>
              <w:spacing w:before="2276" w:after="0" w:line="202" w:lineRule="exact"/>
              <w:jc w:val="center"/>
            </w:pPr>
            <w:r w:rsidRPr="007204D9">
              <w:rPr>
                <w:color w:val="000000"/>
                <w:sz w:val="18"/>
              </w:rPr>
              <w:t xml:space="preserve">2 </w:t>
            </w:r>
          </w:p>
        </w:tc>
        <w:tc>
          <w:tcPr>
            <w:tcW w:w="869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10B6E2D9" w14:textId="77777777" w:rsidR="0097296A" w:rsidRPr="007204D9" w:rsidRDefault="00000000">
            <w:pPr>
              <w:autoSpaceDE w:val="0"/>
              <w:autoSpaceDN w:val="0"/>
              <w:spacing w:before="162" w:after="0" w:line="206" w:lineRule="exact"/>
              <w:ind w:left="74" w:right="576"/>
            </w:pPr>
            <w:r w:rsidRPr="007204D9">
              <w:rPr>
                <w:b/>
                <w:color w:val="000000"/>
                <w:sz w:val="18"/>
              </w:rPr>
              <w:t xml:space="preserve">A quantidade de sanitários masculino/feminino no estádio atende a capacidade de público do estádio, segundo os requisitos expostos abaixo? (Doc. Ref.: Portaria CVS Nº 02/2010). </w:t>
            </w:r>
          </w:p>
          <w:p w14:paraId="53296650" w14:textId="77777777" w:rsidR="0097296A" w:rsidRPr="007204D9" w:rsidRDefault="00000000">
            <w:pPr>
              <w:autoSpaceDE w:val="0"/>
              <w:autoSpaceDN w:val="0"/>
              <w:spacing w:before="6" w:after="0" w:line="206" w:lineRule="exact"/>
              <w:ind w:left="74" w:right="144"/>
            </w:pPr>
            <w:r w:rsidRPr="007204D9">
              <w:rPr>
                <w:i/>
                <w:color w:val="000000"/>
                <w:sz w:val="18"/>
              </w:rPr>
              <w:t xml:space="preserve">Homens: </w:t>
            </w:r>
            <w:r w:rsidRPr="007204D9">
              <w:br/>
            </w:r>
            <w:r w:rsidRPr="007204D9">
              <w:rPr>
                <w:i/>
                <w:color w:val="000000"/>
                <w:sz w:val="18"/>
              </w:rPr>
              <w:t xml:space="preserve">mínimo de mictórios: 0,7 x (N/100). OBS: Em caso de mictório em canaleta considerar 0,5 m = 1 mictório mínimo de vasos: 0,7 x (N/200). </w:t>
            </w:r>
          </w:p>
          <w:p w14:paraId="7646EFD7" w14:textId="77777777" w:rsidR="0097296A" w:rsidRPr="007204D9" w:rsidRDefault="00000000">
            <w:pPr>
              <w:autoSpaceDE w:val="0"/>
              <w:autoSpaceDN w:val="0"/>
              <w:spacing w:before="8" w:after="0" w:line="202" w:lineRule="exact"/>
              <w:ind w:left="74"/>
            </w:pPr>
            <w:r w:rsidRPr="007204D9">
              <w:rPr>
                <w:i/>
                <w:color w:val="000000"/>
                <w:sz w:val="18"/>
              </w:rPr>
              <w:t xml:space="preserve">mínimo de lavatórios: 0,7 x (N/200). </w:t>
            </w:r>
          </w:p>
          <w:p w14:paraId="1A6BF0B6" w14:textId="77777777" w:rsidR="0097296A" w:rsidRPr="007204D9" w:rsidRDefault="00000000">
            <w:pPr>
              <w:autoSpaceDE w:val="0"/>
              <w:autoSpaceDN w:val="0"/>
              <w:spacing w:after="0" w:line="206" w:lineRule="exact"/>
              <w:ind w:left="74" w:right="5760"/>
            </w:pPr>
            <w:r w:rsidRPr="007204D9">
              <w:rPr>
                <w:i/>
                <w:color w:val="000000"/>
                <w:sz w:val="18"/>
              </w:rPr>
              <w:t xml:space="preserve">Mulheres: </w:t>
            </w:r>
            <w:r w:rsidRPr="007204D9">
              <w:br/>
            </w:r>
            <w:r w:rsidRPr="007204D9">
              <w:rPr>
                <w:i/>
                <w:color w:val="000000"/>
                <w:sz w:val="18"/>
              </w:rPr>
              <w:t xml:space="preserve">mínimo de vasos: 0,3 x (N/50); </w:t>
            </w:r>
            <w:r w:rsidRPr="007204D9">
              <w:br/>
            </w:r>
            <w:r w:rsidRPr="007204D9">
              <w:rPr>
                <w:i/>
                <w:color w:val="000000"/>
                <w:sz w:val="18"/>
              </w:rPr>
              <w:t xml:space="preserve">mínimo de lavatórios: 0,3 x (N/150) </w:t>
            </w:r>
          </w:p>
        </w:tc>
      </w:tr>
      <w:tr w:rsidR="0097296A" w:rsidRPr="007204D9" w14:paraId="1410900F" w14:textId="77777777" w:rsidTr="007204D9">
        <w:trPr>
          <w:trHeight w:val="400"/>
        </w:trPr>
        <w:tc>
          <w:tcPr>
            <w:tcW w:w="2085" w:type="dxa"/>
            <w:vMerge/>
            <w:tcBorders>
              <w:top w:val="single" w:sz="3" w:space="0" w:color="auto"/>
              <w:left w:val="single" w:sz="4" w:space="0" w:color="auto"/>
              <w:bottom w:val="single" w:sz="4" w:space="0" w:color="auto"/>
              <w:right w:val="single" w:sz="4" w:space="0" w:color="auto"/>
            </w:tcBorders>
          </w:tcPr>
          <w:p w14:paraId="684EE9B7"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3668F429"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736BAB33" w14:textId="77777777" w:rsidR="0097296A" w:rsidRPr="007204D9" w:rsidRDefault="00000000">
            <w:pPr>
              <w:autoSpaceDE w:val="0"/>
              <w:autoSpaceDN w:val="0"/>
              <w:spacing w:before="96" w:after="0" w:line="202" w:lineRule="exact"/>
              <w:ind w:left="74"/>
            </w:pPr>
            <w:r w:rsidRPr="007204D9">
              <w:rPr>
                <w:color w:val="000000"/>
                <w:sz w:val="18"/>
              </w:rPr>
              <w:t xml:space="preserve">Sim, a quantidade de sanitários atende a capacidade máxima de público do estádio.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0493A95C"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896" w:type="dxa"/>
            <w:tcBorders>
              <w:top w:val="single" w:sz="4" w:space="0" w:color="auto"/>
              <w:left w:val="single" w:sz="3" w:space="0" w:color="auto"/>
              <w:bottom w:val="single" w:sz="3" w:space="0" w:color="auto"/>
              <w:right w:val="single" w:sz="4" w:space="0" w:color="auto"/>
            </w:tcBorders>
            <w:shd w:val="clear" w:color="auto" w:fill="92D050"/>
            <w:tcMar>
              <w:left w:w="0" w:type="dxa"/>
              <w:right w:w="0" w:type="dxa"/>
            </w:tcMar>
          </w:tcPr>
          <w:p w14:paraId="2FD4DC34"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78755930" w14:textId="77777777" w:rsidTr="007204D9">
        <w:trPr>
          <w:trHeight w:val="420"/>
        </w:trPr>
        <w:tc>
          <w:tcPr>
            <w:tcW w:w="2085" w:type="dxa"/>
            <w:vMerge/>
            <w:tcBorders>
              <w:top w:val="single" w:sz="3" w:space="0" w:color="auto"/>
              <w:left w:val="single" w:sz="4" w:space="0" w:color="auto"/>
              <w:bottom w:val="single" w:sz="4" w:space="0" w:color="auto"/>
              <w:right w:val="single" w:sz="4" w:space="0" w:color="auto"/>
            </w:tcBorders>
          </w:tcPr>
          <w:p w14:paraId="5A7348C5"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13BB85AF" w14:textId="77777777" w:rsidR="0097296A" w:rsidRPr="007204D9" w:rsidRDefault="0097296A"/>
        </w:tc>
        <w:tc>
          <w:tcPr>
            <w:tcW w:w="7228" w:type="dxa"/>
            <w:tcBorders>
              <w:top w:val="single" w:sz="3" w:space="0" w:color="auto"/>
              <w:left w:val="single" w:sz="4" w:space="0" w:color="auto"/>
              <w:bottom w:val="single" w:sz="3" w:space="0" w:color="auto"/>
              <w:right w:val="single" w:sz="4" w:space="0" w:color="auto"/>
            </w:tcBorders>
            <w:tcMar>
              <w:left w:w="0" w:type="dxa"/>
              <w:right w:w="0" w:type="dxa"/>
            </w:tcMar>
          </w:tcPr>
          <w:p w14:paraId="1C04556E" w14:textId="77777777" w:rsidR="0097296A" w:rsidRPr="007204D9" w:rsidRDefault="00000000">
            <w:pPr>
              <w:autoSpaceDE w:val="0"/>
              <w:autoSpaceDN w:val="0"/>
              <w:spacing w:after="0" w:line="202" w:lineRule="exact"/>
              <w:ind w:left="74" w:right="144"/>
            </w:pPr>
            <w:r w:rsidRPr="007204D9">
              <w:rPr>
                <w:color w:val="000000"/>
                <w:sz w:val="18"/>
              </w:rPr>
              <w:t xml:space="preserve">Não, a quantidade de sanitários atende apenas parcialmente a capacidade máxima de público do estádio. </w:t>
            </w:r>
          </w:p>
        </w:tc>
        <w:tc>
          <w:tcPr>
            <w:tcW w:w="568" w:type="dxa"/>
            <w:tcBorders>
              <w:top w:val="single" w:sz="3" w:space="0" w:color="auto"/>
              <w:left w:val="single" w:sz="4" w:space="0" w:color="auto"/>
              <w:bottom w:val="single" w:sz="3" w:space="0" w:color="auto"/>
              <w:right w:val="single" w:sz="3" w:space="0" w:color="auto"/>
            </w:tcBorders>
            <w:tcMar>
              <w:left w:w="0" w:type="dxa"/>
              <w:right w:w="0" w:type="dxa"/>
            </w:tcMar>
          </w:tcPr>
          <w:p w14:paraId="6D4E220B" w14:textId="77777777" w:rsidR="0097296A" w:rsidRPr="007204D9" w:rsidRDefault="00000000">
            <w:pPr>
              <w:autoSpaceDE w:val="0"/>
              <w:autoSpaceDN w:val="0"/>
              <w:spacing w:before="104" w:after="0" w:line="202" w:lineRule="exact"/>
              <w:jc w:val="center"/>
            </w:pPr>
            <w:r w:rsidRPr="007204D9">
              <w:rPr>
                <w:color w:val="000000"/>
                <w:sz w:val="18"/>
              </w:rPr>
              <w:t xml:space="preserve">AP </w:t>
            </w:r>
          </w:p>
        </w:tc>
        <w:tc>
          <w:tcPr>
            <w:tcW w:w="896" w:type="dxa"/>
            <w:tcBorders>
              <w:top w:val="single" w:sz="3" w:space="0" w:color="auto"/>
              <w:left w:val="single" w:sz="3" w:space="0" w:color="auto"/>
              <w:bottom w:val="single" w:sz="3" w:space="0" w:color="auto"/>
              <w:right w:val="single" w:sz="4" w:space="0" w:color="auto"/>
            </w:tcBorders>
            <w:shd w:val="clear" w:color="auto" w:fill="FFFF00"/>
            <w:tcMar>
              <w:left w:w="0" w:type="dxa"/>
              <w:right w:w="0" w:type="dxa"/>
            </w:tcMar>
          </w:tcPr>
          <w:p w14:paraId="697CEBF7" w14:textId="77777777" w:rsidR="0097296A" w:rsidRPr="007204D9" w:rsidRDefault="00000000">
            <w:pPr>
              <w:autoSpaceDE w:val="0"/>
              <w:autoSpaceDN w:val="0"/>
              <w:spacing w:before="104" w:after="0" w:line="202" w:lineRule="exact"/>
              <w:jc w:val="center"/>
            </w:pPr>
            <w:r w:rsidRPr="007204D9">
              <w:rPr>
                <w:color w:val="000000"/>
                <w:sz w:val="18"/>
              </w:rPr>
              <w:t xml:space="preserve">2 </w:t>
            </w:r>
          </w:p>
        </w:tc>
      </w:tr>
      <w:tr w:rsidR="0097296A" w:rsidRPr="007204D9" w14:paraId="29502D61" w14:textId="77777777" w:rsidTr="007204D9">
        <w:trPr>
          <w:trHeight w:val="400"/>
        </w:trPr>
        <w:tc>
          <w:tcPr>
            <w:tcW w:w="2085" w:type="dxa"/>
            <w:vMerge/>
            <w:tcBorders>
              <w:top w:val="single" w:sz="3" w:space="0" w:color="auto"/>
              <w:left w:val="single" w:sz="4" w:space="0" w:color="auto"/>
              <w:bottom w:val="single" w:sz="4" w:space="0" w:color="auto"/>
              <w:right w:val="single" w:sz="4" w:space="0" w:color="auto"/>
            </w:tcBorders>
          </w:tcPr>
          <w:p w14:paraId="48EB8D4F"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0F98E7BE"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77FF27E8" w14:textId="77777777" w:rsidR="0097296A" w:rsidRPr="007204D9" w:rsidRDefault="00000000">
            <w:pPr>
              <w:autoSpaceDE w:val="0"/>
              <w:autoSpaceDN w:val="0"/>
              <w:spacing w:before="100" w:after="0" w:line="200" w:lineRule="exact"/>
              <w:ind w:left="74"/>
            </w:pPr>
            <w:r w:rsidRPr="007204D9">
              <w:rPr>
                <w:color w:val="000000"/>
                <w:sz w:val="18"/>
              </w:rPr>
              <w:t xml:space="preserve">Não possuem sanitários.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12AADEDA" w14:textId="77777777" w:rsidR="0097296A" w:rsidRPr="007204D9" w:rsidRDefault="00000000">
            <w:pPr>
              <w:autoSpaceDE w:val="0"/>
              <w:autoSpaceDN w:val="0"/>
              <w:spacing w:before="100" w:after="0" w:line="200" w:lineRule="exact"/>
              <w:jc w:val="center"/>
            </w:pPr>
            <w:r w:rsidRPr="007204D9">
              <w:rPr>
                <w:color w:val="000000"/>
                <w:sz w:val="18"/>
              </w:rPr>
              <w:t>NAT</w:t>
            </w:r>
          </w:p>
        </w:tc>
        <w:tc>
          <w:tcPr>
            <w:tcW w:w="896" w:type="dxa"/>
            <w:tcBorders>
              <w:top w:val="single" w:sz="3" w:space="0" w:color="auto"/>
              <w:left w:val="single" w:sz="3" w:space="0" w:color="auto"/>
              <w:bottom w:val="single" w:sz="4" w:space="0" w:color="auto"/>
              <w:right w:val="single" w:sz="4" w:space="0" w:color="auto"/>
            </w:tcBorders>
            <w:shd w:val="clear" w:color="auto" w:fill="EE0000"/>
            <w:tcMar>
              <w:left w:w="0" w:type="dxa"/>
              <w:right w:w="0" w:type="dxa"/>
            </w:tcMar>
          </w:tcPr>
          <w:p w14:paraId="40341681" w14:textId="77777777" w:rsidR="0097296A" w:rsidRPr="007204D9" w:rsidRDefault="00000000">
            <w:pPr>
              <w:autoSpaceDE w:val="0"/>
              <w:autoSpaceDN w:val="0"/>
              <w:spacing w:before="100" w:after="0" w:line="200" w:lineRule="exact"/>
              <w:jc w:val="center"/>
            </w:pPr>
            <w:r w:rsidRPr="007204D9">
              <w:rPr>
                <w:color w:val="000000"/>
                <w:sz w:val="18"/>
              </w:rPr>
              <w:t xml:space="preserve">3 </w:t>
            </w:r>
          </w:p>
        </w:tc>
      </w:tr>
      <w:tr w:rsidR="0097296A" w:rsidRPr="007204D9" w14:paraId="56386736" w14:textId="77777777">
        <w:trPr>
          <w:trHeight w:val="402"/>
        </w:trPr>
        <w:tc>
          <w:tcPr>
            <w:tcW w:w="2085" w:type="dxa"/>
            <w:vMerge/>
            <w:tcBorders>
              <w:top w:val="single" w:sz="3" w:space="0" w:color="auto"/>
              <w:left w:val="single" w:sz="4" w:space="0" w:color="auto"/>
              <w:bottom w:val="single" w:sz="4" w:space="0" w:color="auto"/>
              <w:right w:val="single" w:sz="4" w:space="0" w:color="auto"/>
            </w:tcBorders>
          </w:tcPr>
          <w:p w14:paraId="03E9A5E7"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358E4338"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2DB58CF1" w14:textId="77777777" w:rsidR="0097296A" w:rsidRPr="007204D9" w:rsidRDefault="00000000">
            <w:pPr>
              <w:autoSpaceDE w:val="0"/>
              <w:autoSpaceDN w:val="0"/>
              <w:spacing w:before="98" w:after="0" w:line="200" w:lineRule="exact"/>
              <w:ind w:left="74"/>
            </w:pPr>
            <w:r w:rsidRPr="007204D9">
              <w:rPr>
                <w:color w:val="000000"/>
                <w:sz w:val="18"/>
              </w:rPr>
              <w:t xml:space="preserve">Não observado.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8ECCBF9"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1F59E1CE"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00A29DB9" w14:textId="77777777">
        <w:trPr>
          <w:trHeight w:val="910"/>
        </w:trPr>
        <w:tc>
          <w:tcPr>
            <w:tcW w:w="2085" w:type="dxa"/>
            <w:vMerge/>
            <w:tcBorders>
              <w:top w:val="single" w:sz="3" w:space="0" w:color="auto"/>
              <w:left w:val="single" w:sz="4" w:space="0" w:color="auto"/>
              <w:bottom w:val="single" w:sz="4" w:space="0" w:color="auto"/>
              <w:right w:val="single" w:sz="4" w:space="0" w:color="auto"/>
            </w:tcBorders>
          </w:tcPr>
          <w:p w14:paraId="4CDC787B"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4106D5CF" w14:textId="77777777" w:rsidR="0097296A" w:rsidRPr="007204D9" w:rsidRDefault="0097296A"/>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E4538D8"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4AAD2B54" w14:textId="77777777">
        <w:trPr>
          <w:trHeight w:val="1224"/>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9898138" w14:textId="77777777" w:rsidR="0097296A" w:rsidRPr="007204D9" w:rsidRDefault="00000000">
            <w:pPr>
              <w:autoSpaceDE w:val="0"/>
              <w:autoSpaceDN w:val="0"/>
              <w:spacing w:before="1854" w:after="0" w:line="200" w:lineRule="exact"/>
              <w:jc w:val="center"/>
            </w:pPr>
            <w:r w:rsidRPr="007204D9">
              <w:rPr>
                <w:color w:val="000000"/>
                <w:sz w:val="18"/>
              </w:rPr>
              <w:t xml:space="preserve">1.3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2F3855" w14:textId="77777777" w:rsidR="0097296A" w:rsidRPr="007204D9" w:rsidRDefault="00000000">
            <w:pPr>
              <w:autoSpaceDE w:val="0"/>
              <w:autoSpaceDN w:val="0"/>
              <w:spacing w:before="1854" w:after="0" w:line="200" w:lineRule="exact"/>
              <w:jc w:val="center"/>
            </w:pPr>
            <w:r w:rsidRPr="007204D9">
              <w:rPr>
                <w:color w:val="000000"/>
                <w:sz w:val="18"/>
              </w:rPr>
              <w:t xml:space="preserve">1 </w:t>
            </w:r>
          </w:p>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D90E4FA" w14:textId="77777777" w:rsidR="0097296A" w:rsidRPr="007204D9" w:rsidRDefault="00000000">
            <w:pPr>
              <w:autoSpaceDE w:val="0"/>
              <w:autoSpaceDN w:val="0"/>
              <w:spacing w:before="290" w:after="0" w:line="208" w:lineRule="exact"/>
              <w:ind w:left="74"/>
              <w:jc w:val="both"/>
            </w:pPr>
            <w:r w:rsidRPr="007204D9">
              <w:rPr>
                <w:b/>
                <w:color w:val="000000"/>
                <w:sz w:val="18"/>
              </w:rPr>
              <w:t xml:space="preserve">Existem banheiros para PNE (Pessoas com necessidades especiais) em número suficiente, ou seja, no mínimo 2 sanitários para cada gênero, em cada setor do estádio? (Doc. Ref.: Manual de Recomendações para a Segurança e Conforto nos Estádios de Futebol - FGV/2010, seção 15D). </w:t>
            </w:r>
          </w:p>
        </w:tc>
      </w:tr>
      <w:tr w:rsidR="0097296A" w:rsidRPr="007204D9" w14:paraId="2D215AE7" w14:textId="77777777" w:rsidTr="007204D9">
        <w:trPr>
          <w:trHeight w:val="426"/>
        </w:trPr>
        <w:tc>
          <w:tcPr>
            <w:tcW w:w="2085" w:type="dxa"/>
            <w:vMerge/>
            <w:tcBorders>
              <w:top w:val="single" w:sz="4" w:space="0" w:color="auto"/>
              <w:left w:val="single" w:sz="4" w:space="0" w:color="auto"/>
              <w:bottom w:val="single" w:sz="4" w:space="0" w:color="auto"/>
              <w:right w:val="single" w:sz="4" w:space="0" w:color="auto"/>
            </w:tcBorders>
          </w:tcPr>
          <w:p w14:paraId="70640D8E"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4968EAD6"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905DD19" w14:textId="77777777" w:rsidR="0097296A" w:rsidRPr="007204D9" w:rsidRDefault="00000000">
            <w:pPr>
              <w:autoSpaceDE w:val="0"/>
              <w:autoSpaceDN w:val="0"/>
              <w:spacing w:after="0" w:line="204" w:lineRule="exact"/>
              <w:ind w:left="74" w:right="144"/>
            </w:pPr>
            <w:r w:rsidRPr="007204D9">
              <w:rPr>
                <w:color w:val="000000"/>
                <w:sz w:val="18"/>
              </w:rPr>
              <w:t xml:space="preserve">Sim, existem e a quantidade de sanitários atende a capacidade máxima de público do estádio.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0FFDB40" w14:textId="77777777" w:rsidR="0097296A" w:rsidRPr="007204D9" w:rsidRDefault="00000000">
            <w:pPr>
              <w:autoSpaceDE w:val="0"/>
              <w:autoSpaceDN w:val="0"/>
              <w:spacing w:before="108" w:after="0" w:line="202" w:lineRule="exact"/>
              <w:jc w:val="center"/>
            </w:pPr>
            <w:r w:rsidRPr="007204D9">
              <w:rPr>
                <w:color w:val="000000"/>
                <w:sz w:val="18"/>
              </w:rPr>
              <w:t xml:space="preserve">AT </w:t>
            </w:r>
          </w:p>
        </w:tc>
        <w:tc>
          <w:tcPr>
            <w:tcW w:w="896"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028B17EC" w14:textId="77777777" w:rsidR="0097296A" w:rsidRPr="007204D9" w:rsidRDefault="00000000">
            <w:pPr>
              <w:autoSpaceDE w:val="0"/>
              <w:autoSpaceDN w:val="0"/>
              <w:spacing w:before="108" w:after="0" w:line="202" w:lineRule="exact"/>
              <w:jc w:val="center"/>
            </w:pPr>
            <w:r w:rsidRPr="007204D9">
              <w:rPr>
                <w:color w:val="000000"/>
                <w:sz w:val="18"/>
              </w:rPr>
              <w:t xml:space="preserve">1 </w:t>
            </w:r>
          </w:p>
        </w:tc>
      </w:tr>
      <w:tr w:rsidR="0097296A" w:rsidRPr="007204D9" w14:paraId="6285AC52" w14:textId="77777777" w:rsidTr="007204D9">
        <w:trPr>
          <w:trHeight w:val="422"/>
        </w:trPr>
        <w:tc>
          <w:tcPr>
            <w:tcW w:w="2085" w:type="dxa"/>
            <w:vMerge/>
            <w:tcBorders>
              <w:top w:val="single" w:sz="4" w:space="0" w:color="auto"/>
              <w:left w:val="single" w:sz="4" w:space="0" w:color="auto"/>
              <w:bottom w:val="single" w:sz="4" w:space="0" w:color="auto"/>
              <w:right w:val="single" w:sz="4" w:space="0" w:color="auto"/>
            </w:tcBorders>
          </w:tcPr>
          <w:p w14:paraId="73A9232A"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3AB6EB88"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1676A231" w14:textId="77777777" w:rsidR="0097296A" w:rsidRPr="007204D9" w:rsidRDefault="00000000">
            <w:pPr>
              <w:autoSpaceDE w:val="0"/>
              <w:autoSpaceDN w:val="0"/>
              <w:spacing w:after="0" w:line="204" w:lineRule="exact"/>
              <w:ind w:left="74"/>
            </w:pPr>
            <w:r w:rsidRPr="007204D9">
              <w:rPr>
                <w:color w:val="000000"/>
                <w:sz w:val="18"/>
              </w:rPr>
              <w:t xml:space="preserve">Sim, mas a quantidade de sanitários atende apenas parcialmente a capacidade máxima de público do estádio.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6038E6D9" w14:textId="77777777" w:rsidR="0097296A" w:rsidRPr="007204D9" w:rsidRDefault="00000000">
            <w:pPr>
              <w:autoSpaceDE w:val="0"/>
              <w:autoSpaceDN w:val="0"/>
              <w:spacing w:before="108" w:after="0" w:line="200" w:lineRule="exact"/>
              <w:jc w:val="center"/>
            </w:pPr>
            <w:r w:rsidRPr="007204D9">
              <w:rPr>
                <w:color w:val="000000"/>
                <w:sz w:val="18"/>
              </w:rPr>
              <w:t xml:space="preserve">AP </w:t>
            </w:r>
          </w:p>
        </w:tc>
        <w:tc>
          <w:tcPr>
            <w:tcW w:w="896"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01FD03C1" w14:textId="77777777" w:rsidR="0097296A" w:rsidRPr="007204D9" w:rsidRDefault="00000000">
            <w:pPr>
              <w:autoSpaceDE w:val="0"/>
              <w:autoSpaceDN w:val="0"/>
              <w:spacing w:before="108" w:after="0" w:line="200" w:lineRule="exact"/>
              <w:jc w:val="center"/>
            </w:pPr>
            <w:r w:rsidRPr="007204D9">
              <w:rPr>
                <w:color w:val="000000"/>
                <w:sz w:val="18"/>
              </w:rPr>
              <w:t xml:space="preserve">2 </w:t>
            </w:r>
          </w:p>
        </w:tc>
      </w:tr>
      <w:tr w:rsidR="0097296A" w:rsidRPr="007204D9" w14:paraId="3476FE1D" w14:textId="77777777" w:rsidTr="007204D9">
        <w:trPr>
          <w:trHeight w:val="400"/>
        </w:trPr>
        <w:tc>
          <w:tcPr>
            <w:tcW w:w="2085" w:type="dxa"/>
            <w:vMerge/>
            <w:tcBorders>
              <w:top w:val="single" w:sz="4" w:space="0" w:color="auto"/>
              <w:left w:val="single" w:sz="4" w:space="0" w:color="auto"/>
              <w:bottom w:val="single" w:sz="4" w:space="0" w:color="auto"/>
              <w:right w:val="single" w:sz="4" w:space="0" w:color="auto"/>
            </w:tcBorders>
          </w:tcPr>
          <w:p w14:paraId="3D30C23F"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1298D06B"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0B805112" w14:textId="77777777" w:rsidR="0097296A" w:rsidRPr="007204D9" w:rsidRDefault="00000000">
            <w:pPr>
              <w:autoSpaceDE w:val="0"/>
              <w:autoSpaceDN w:val="0"/>
              <w:spacing w:before="98" w:after="0" w:line="202" w:lineRule="exact"/>
              <w:ind w:left="74"/>
            </w:pPr>
            <w:r w:rsidRPr="007204D9">
              <w:rPr>
                <w:color w:val="000000"/>
                <w:sz w:val="18"/>
              </w:rPr>
              <w:t xml:space="preserve">Não possuem sanitários para PNE.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4B2DBDB"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896"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6CA942DD"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702908FD" w14:textId="77777777">
        <w:trPr>
          <w:trHeight w:val="398"/>
        </w:trPr>
        <w:tc>
          <w:tcPr>
            <w:tcW w:w="2085" w:type="dxa"/>
            <w:vMerge/>
            <w:tcBorders>
              <w:top w:val="single" w:sz="4" w:space="0" w:color="auto"/>
              <w:left w:val="single" w:sz="4" w:space="0" w:color="auto"/>
              <w:bottom w:val="single" w:sz="4" w:space="0" w:color="auto"/>
              <w:right w:val="single" w:sz="4" w:space="0" w:color="auto"/>
            </w:tcBorders>
          </w:tcPr>
          <w:p w14:paraId="53FF72AE"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09DF566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801808F" w14:textId="77777777" w:rsidR="0097296A" w:rsidRPr="007204D9" w:rsidRDefault="00000000">
            <w:pPr>
              <w:autoSpaceDE w:val="0"/>
              <w:autoSpaceDN w:val="0"/>
              <w:spacing w:before="92"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CADC610" w14:textId="77777777" w:rsidR="0097296A" w:rsidRPr="007204D9" w:rsidRDefault="00000000">
            <w:pPr>
              <w:autoSpaceDE w:val="0"/>
              <w:autoSpaceDN w:val="0"/>
              <w:spacing w:before="92" w:after="0" w:line="200" w:lineRule="exact"/>
              <w:jc w:val="center"/>
            </w:pPr>
            <w:r w:rsidRPr="007204D9">
              <w:rPr>
                <w:color w:val="000000"/>
                <w:sz w:val="18"/>
              </w:rPr>
              <w:t xml:space="preserve">NO </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41944508" w14:textId="77777777" w:rsidR="0097296A" w:rsidRPr="007204D9" w:rsidRDefault="00000000">
            <w:pPr>
              <w:autoSpaceDE w:val="0"/>
              <w:autoSpaceDN w:val="0"/>
              <w:spacing w:before="92" w:after="0" w:line="200" w:lineRule="exact"/>
              <w:jc w:val="center"/>
            </w:pPr>
            <w:r w:rsidRPr="007204D9">
              <w:rPr>
                <w:color w:val="000000"/>
                <w:sz w:val="18"/>
              </w:rPr>
              <w:t xml:space="preserve">0 </w:t>
            </w:r>
          </w:p>
        </w:tc>
      </w:tr>
      <w:tr w:rsidR="0097296A" w:rsidRPr="007204D9" w14:paraId="7E7DB12D" w14:textId="77777777">
        <w:trPr>
          <w:trHeight w:val="1030"/>
        </w:trPr>
        <w:tc>
          <w:tcPr>
            <w:tcW w:w="2085" w:type="dxa"/>
            <w:vMerge/>
            <w:tcBorders>
              <w:top w:val="single" w:sz="4" w:space="0" w:color="auto"/>
              <w:left w:val="single" w:sz="4" w:space="0" w:color="auto"/>
              <w:bottom w:val="single" w:sz="4" w:space="0" w:color="auto"/>
              <w:right w:val="single" w:sz="4" w:space="0" w:color="auto"/>
            </w:tcBorders>
          </w:tcPr>
          <w:p w14:paraId="714ABDE1"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5B635733" w14:textId="77777777" w:rsidR="0097296A" w:rsidRPr="007204D9" w:rsidRDefault="0097296A"/>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D15201D"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bl>
    <w:p w14:paraId="370317D7" w14:textId="77777777" w:rsidR="0097296A" w:rsidRPr="007204D9" w:rsidRDefault="00000000">
      <w:pPr>
        <w:autoSpaceDE w:val="0"/>
        <w:autoSpaceDN w:val="0"/>
        <w:spacing w:before="380" w:after="0" w:line="266" w:lineRule="exact"/>
        <w:ind w:right="174"/>
        <w:jc w:val="right"/>
      </w:pPr>
      <w:r w:rsidRPr="007204D9">
        <w:rPr>
          <w:color w:val="000000"/>
          <w:sz w:val="24"/>
        </w:rPr>
        <w:t xml:space="preserve">7 </w:t>
      </w:r>
    </w:p>
    <w:p w14:paraId="0CB65CC3" w14:textId="77777777" w:rsidR="0097296A" w:rsidRPr="007204D9" w:rsidRDefault="0097296A">
      <w:pPr>
        <w:sectPr w:rsidR="0097296A" w:rsidRPr="007204D9">
          <w:pgSz w:w="11906" w:h="16838"/>
          <w:pgMar w:top="340" w:right="606" w:bottom="340" w:left="876" w:header="720" w:footer="720" w:gutter="0"/>
          <w:cols w:space="720"/>
          <w:docGrid w:linePitch="360"/>
        </w:sectPr>
      </w:pPr>
    </w:p>
    <w:p w14:paraId="4B116D85"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228"/>
        <w:gridCol w:w="568"/>
        <w:gridCol w:w="896"/>
      </w:tblGrid>
      <w:tr w:rsidR="0097296A" w:rsidRPr="007204D9" w14:paraId="02741555" w14:textId="77777777">
        <w:trPr>
          <w:trHeight w:val="1164"/>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6A3687F" w14:textId="77777777" w:rsidR="0097296A" w:rsidRPr="007204D9" w:rsidRDefault="00000000">
            <w:pPr>
              <w:autoSpaceDE w:val="0"/>
              <w:autoSpaceDN w:val="0"/>
              <w:spacing w:before="2020" w:after="0" w:line="200" w:lineRule="exact"/>
              <w:jc w:val="center"/>
            </w:pPr>
            <w:r w:rsidRPr="007204D9">
              <w:rPr>
                <w:color w:val="000000"/>
                <w:sz w:val="18"/>
              </w:rPr>
              <w:t xml:space="preserve">1.4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5ECC087" w14:textId="77777777" w:rsidR="0097296A" w:rsidRPr="007204D9" w:rsidRDefault="00000000">
            <w:pPr>
              <w:autoSpaceDE w:val="0"/>
              <w:autoSpaceDN w:val="0"/>
              <w:spacing w:before="2020" w:after="0" w:line="200" w:lineRule="exact"/>
              <w:jc w:val="center"/>
            </w:pPr>
            <w:r w:rsidRPr="007204D9">
              <w:rPr>
                <w:color w:val="000000"/>
                <w:sz w:val="18"/>
              </w:rPr>
              <w:t xml:space="preserve">1 </w:t>
            </w:r>
          </w:p>
        </w:tc>
        <w:tc>
          <w:tcPr>
            <w:tcW w:w="8692" w:type="dxa"/>
            <w:gridSpan w:val="3"/>
            <w:tcBorders>
              <w:top w:val="single" w:sz="3" w:space="0" w:color="auto"/>
              <w:left w:val="single" w:sz="4" w:space="0" w:color="auto"/>
              <w:bottom w:val="single" w:sz="3" w:space="0" w:color="auto"/>
              <w:right w:val="single" w:sz="4" w:space="0" w:color="auto"/>
            </w:tcBorders>
            <w:tcMar>
              <w:left w:w="0" w:type="dxa"/>
              <w:right w:w="0" w:type="dxa"/>
            </w:tcMar>
          </w:tcPr>
          <w:p w14:paraId="16A2E691" w14:textId="77777777" w:rsidR="0097296A" w:rsidRPr="007204D9" w:rsidRDefault="00000000">
            <w:pPr>
              <w:autoSpaceDE w:val="0"/>
              <w:autoSpaceDN w:val="0"/>
              <w:spacing w:before="150" w:after="0" w:line="208" w:lineRule="exact"/>
              <w:ind w:left="74"/>
              <w:jc w:val="both"/>
            </w:pPr>
            <w:r w:rsidRPr="007204D9">
              <w:rPr>
                <w:b/>
                <w:color w:val="000000"/>
                <w:sz w:val="18"/>
              </w:rPr>
              <w:t xml:space="preserve">Os banheiros estão dotados de instalações e equipamentos para que sejam adequadamente providos todos os materiais de higiene (papel higiênico, dispositivo de secagem de mãos ou papel toalha não reciclado e sabonete líquido)? (Doc. Ref.: Manual de Recomendações para a Segurança e Conforto nos Estádios de Futebol - FGV/2010). </w:t>
            </w:r>
          </w:p>
        </w:tc>
      </w:tr>
      <w:tr w:rsidR="0097296A" w:rsidRPr="007204D9" w14:paraId="3A0F79F1" w14:textId="77777777" w:rsidTr="00A17CFE">
        <w:trPr>
          <w:trHeight w:val="422"/>
        </w:trPr>
        <w:tc>
          <w:tcPr>
            <w:tcW w:w="2085" w:type="dxa"/>
            <w:vMerge/>
            <w:tcBorders>
              <w:top w:val="single" w:sz="3" w:space="0" w:color="auto"/>
              <w:left w:val="single" w:sz="4" w:space="0" w:color="auto"/>
              <w:bottom w:val="single" w:sz="4" w:space="0" w:color="auto"/>
              <w:right w:val="single" w:sz="4" w:space="0" w:color="auto"/>
            </w:tcBorders>
          </w:tcPr>
          <w:p w14:paraId="3A630A63"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04924DC4"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7BBDFB7E" w14:textId="77777777" w:rsidR="0097296A" w:rsidRPr="007204D9" w:rsidRDefault="00000000">
            <w:pPr>
              <w:autoSpaceDE w:val="0"/>
              <w:autoSpaceDN w:val="0"/>
              <w:spacing w:after="0" w:line="204" w:lineRule="exact"/>
              <w:ind w:left="74" w:right="144"/>
            </w:pPr>
            <w:r w:rsidRPr="007204D9">
              <w:rPr>
                <w:color w:val="000000"/>
                <w:sz w:val="18"/>
              </w:rPr>
              <w:t xml:space="preserve">Sim, os banheiros estão dotados de instalações e equipamentos com os materiais de higiene.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4265FFD1" w14:textId="77777777" w:rsidR="0097296A" w:rsidRPr="007204D9" w:rsidRDefault="00000000">
            <w:pPr>
              <w:autoSpaceDE w:val="0"/>
              <w:autoSpaceDN w:val="0"/>
              <w:spacing w:before="110" w:after="0" w:line="200" w:lineRule="exact"/>
              <w:jc w:val="center"/>
            </w:pPr>
            <w:r w:rsidRPr="007204D9">
              <w:rPr>
                <w:color w:val="000000"/>
                <w:sz w:val="18"/>
              </w:rPr>
              <w:t xml:space="preserve">AT </w:t>
            </w:r>
          </w:p>
        </w:tc>
        <w:tc>
          <w:tcPr>
            <w:tcW w:w="896" w:type="dxa"/>
            <w:tcBorders>
              <w:top w:val="single" w:sz="3" w:space="0" w:color="auto"/>
              <w:left w:val="single" w:sz="3" w:space="0" w:color="auto"/>
              <w:bottom w:val="single" w:sz="4" w:space="0" w:color="auto"/>
              <w:right w:val="single" w:sz="4" w:space="0" w:color="auto"/>
            </w:tcBorders>
            <w:shd w:val="clear" w:color="auto" w:fill="92D050"/>
            <w:tcMar>
              <w:left w:w="0" w:type="dxa"/>
              <w:right w:w="0" w:type="dxa"/>
            </w:tcMar>
          </w:tcPr>
          <w:p w14:paraId="5E13D642" w14:textId="77777777" w:rsidR="0097296A" w:rsidRPr="00A17CFE" w:rsidRDefault="00000000" w:rsidP="00A17CFE">
            <w:pPr>
              <w:autoSpaceDE w:val="0"/>
              <w:autoSpaceDN w:val="0"/>
              <w:spacing w:before="108" w:after="0" w:line="202" w:lineRule="exact"/>
              <w:jc w:val="center"/>
              <w:rPr>
                <w:color w:val="000000"/>
                <w:sz w:val="18"/>
              </w:rPr>
            </w:pPr>
            <w:r w:rsidRPr="007204D9">
              <w:rPr>
                <w:color w:val="000000"/>
                <w:sz w:val="18"/>
              </w:rPr>
              <w:t xml:space="preserve">1 </w:t>
            </w:r>
          </w:p>
        </w:tc>
      </w:tr>
      <w:tr w:rsidR="0097296A" w:rsidRPr="007204D9" w14:paraId="467E2BCB" w14:textId="77777777" w:rsidTr="00A17CFE">
        <w:trPr>
          <w:trHeight w:val="594"/>
        </w:trPr>
        <w:tc>
          <w:tcPr>
            <w:tcW w:w="2085" w:type="dxa"/>
            <w:vMerge/>
            <w:tcBorders>
              <w:top w:val="single" w:sz="3" w:space="0" w:color="auto"/>
              <w:left w:val="single" w:sz="4" w:space="0" w:color="auto"/>
              <w:bottom w:val="single" w:sz="4" w:space="0" w:color="auto"/>
              <w:right w:val="single" w:sz="4" w:space="0" w:color="auto"/>
            </w:tcBorders>
          </w:tcPr>
          <w:p w14:paraId="7EC5F5D4"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0B74B9B5"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1805199E" w14:textId="77777777" w:rsidR="0097296A" w:rsidRPr="007204D9" w:rsidRDefault="00000000">
            <w:pPr>
              <w:autoSpaceDE w:val="0"/>
              <w:autoSpaceDN w:val="0"/>
              <w:spacing w:before="86" w:after="0" w:line="206" w:lineRule="exact"/>
              <w:ind w:left="74" w:right="144"/>
            </w:pPr>
            <w:r w:rsidRPr="007204D9">
              <w:rPr>
                <w:color w:val="000000"/>
                <w:sz w:val="18"/>
              </w:rPr>
              <w:t xml:space="preserve">Sim, os sanitários possuem instalações e equipamentos e material de higiene, mas em quantidade insuficiente para o atendimento ao público.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6B4731B" w14:textId="77777777" w:rsidR="0097296A" w:rsidRPr="007204D9" w:rsidRDefault="00000000">
            <w:pPr>
              <w:autoSpaceDE w:val="0"/>
              <w:autoSpaceDN w:val="0"/>
              <w:spacing w:before="194" w:after="0" w:line="200" w:lineRule="exact"/>
              <w:jc w:val="center"/>
            </w:pPr>
            <w:r w:rsidRPr="007204D9">
              <w:rPr>
                <w:color w:val="000000"/>
                <w:sz w:val="18"/>
              </w:rPr>
              <w:t xml:space="preserve">AP </w:t>
            </w:r>
          </w:p>
        </w:tc>
        <w:tc>
          <w:tcPr>
            <w:tcW w:w="896"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23B088D5" w14:textId="77777777" w:rsidR="0097296A" w:rsidRPr="00A17CFE" w:rsidRDefault="00000000" w:rsidP="00A17CFE">
            <w:pPr>
              <w:autoSpaceDE w:val="0"/>
              <w:autoSpaceDN w:val="0"/>
              <w:spacing w:before="108" w:after="0" w:line="202" w:lineRule="exact"/>
              <w:jc w:val="center"/>
              <w:rPr>
                <w:color w:val="000000"/>
                <w:sz w:val="18"/>
              </w:rPr>
            </w:pPr>
            <w:r w:rsidRPr="007204D9">
              <w:rPr>
                <w:color w:val="000000"/>
                <w:sz w:val="18"/>
              </w:rPr>
              <w:t xml:space="preserve">2 </w:t>
            </w:r>
          </w:p>
        </w:tc>
      </w:tr>
      <w:tr w:rsidR="0097296A" w:rsidRPr="007204D9" w14:paraId="03529A07" w14:textId="77777777" w:rsidTr="00A17CFE">
        <w:trPr>
          <w:trHeight w:val="402"/>
        </w:trPr>
        <w:tc>
          <w:tcPr>
            <w:tcW w:w="2085" w:type="dxa"/>
            <w:vMerge/>
            <w:tcBorders>
              <w:top w:val="single" w:sz="3" w:space="0" w:color="auto"/>
              <w:left w:val="single" w:sz="4" w:space="0" w:color="auto"/>
              <w:bottom w:val="single" w:sz="4" w:space="0" w:color="auto"/>
              <w:right w:val="single" w:sz="4" w:space="0" w:color="auto"/>
            </w:tcBorders>
          </w:tcPr>
          <w:p w14:paraId="7162F178"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7BD689EB"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7075E9FD" w14:textId="77777777" w:rsidR="0097296A" w:rsidRPr="007204D9" w:rsidRDefault="00000000">
            <w:pPr>
              <w:autoSpaceDE w:val="0"/>
              <w:autoSpaceDN w:val="0"/>
              <w:spacing w:before="98" w:after="0" w:line="202" w:lineRule="exact"/>
              <w:ind w:left="74"/>
            </w:pPr>
            <w:r w:rsidRPr="007204D9">
              <w:rPr>
                <w:color w:val="000000"/>
                <w:sz w:val="18"/>
              </w:rPr>
              <w:t xml:space="preserve">Não possuem instalações, equipamentos e material de </w:t>
            </w:r>
            <w:proofErr w:type="gramStart"/>
            <w:r w:rsidRPr="007204D9">
              <w:rPr>
                <w:color w:val="000000"/>
                <w:sz w:val="18"/>
              </w:rPr>
              <w:t>higiene .</w:t>
            </w:r>
            <w:proofErr w:type="gramEnd"/>
            <w:r w:rsidRPr="007204D9">
              <w:rPr>
                <w:color w:val="000000"/>
                <w:sz w:val="18"/>
              </w:rPr>
              <w:t xml:space="preserv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769E8538"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896"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3A69AE5B" w14:textId="77777777" w:rsidR="0097296A" w:rsidRPr="00A17CFE" w:rsidRDefault="00000000" w:rsidP="00A17CFE">
            <w:pPr>
              <w:autoSpaceDE w:val="0"/>
              <w:autoSpaceDN w:val="0"/>
              <w:spacing w:before="108" w:after="0" w:line="202" w:lineRule="exact"/>
              <w:jc w:val="center"/>
              <w:rPr>
                <w:color w:val="000000"/>
                <w:sz w:val="18"/>
              </w:rPr>
            </w:pPr>
            <w:r w:rsidRPr="007204D9">
              <w:rPr>
                <w:color w:val="000000"/>
                <w:sz w:val="18"/>
              </w:rPr>
              <w:t xml:space="preserve">3 </w:t>
            </w:r>
          </w:p>
        </w:tc>
      </w:tr>
      <w:tr w:rsidR="0097296A" w:rsidRPr="007204D9" w14:paraId="2DA3A570" w14:textId="77777777">
        <w:trPr>
          <w:trHeight w:val="398"/>
        </w:trPr>
        <w:tc>
          <w:tcPr>
            <w:tcW w:w="2085" w:type="dxa"/>
            <w:vMerge/>
            <w:tcBorders>
              <w:top w:val="single" w:sz="3" w:space="0" w:color="auto"/>
              <w:left w:val="single" w:sz="4" w:space="0" w:color="auto"/>
              <w:bottom w:val="single" w:sz="4" w:space="0" w:color="auto"/>
              <w:right w:val="single" w:sz="4" w:space="0" w:color="auto"/>
            </w:tcBorders>
          </w:tcPr>
          <w:p w14:paraId="12EB9E2A"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741F7DC2"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77287DC6" w14:textId="77777777" w:rsidR="0097296A" w:rsidRPr="007204D9" w:rsidRDefault="00000000">
            <w:pPr>
              <w:autoSpaceDE w:val="0"/>
              <w:autoSpaceDN w:val="0"/>
              <w:spacing w:before="96" w:after="0" w:line="200" w:lineRule="exact"/>
              <w:ind w:left="74"/>
            </w:pPr>
            <w:r w:rsidRPr="007204D9">
              <w:rPr>
                <w:color w:val="000000"/>
                <w:sz w:val="18"/>
              </w:rPr>
              <w:t xml:space="preserve">Não possuem sanitários.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676E1056"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04759361"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06C2F8AC" w14:textId="77777777">
        <w:trPr>
          <w:trHeight w:val="398"/>
        </w:trPr>
        <w:tc>
          <w:tcPr>
            <w:tcW w:w="2085" w:type="dxa"/>
            <w:vMerge/>
            <w:tcBorders>
              <w:top w:val="single" w:sz="3" w:space="0" w:color="auto"/>
              <w:left w:val="single" w:sz="4" w:space="0" w:color="auto"/>
              <w:bottom w:val="single" w:sz="4" w:space="0" w:color="auto"/>
              <w:right w:val="single" w:sz="4" w:space="0" w:color="auto"/>
            </w:tcBorders>
          </w:tcPr>
          <w:p w14:paraId="7A0E922D"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1C0AB60C"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61F69AD6"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C9EF196"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08A6EC46"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746D30A6" w14:textId="77777777">
        <w:trPr>
          <w:trHeight w:val="862"/>
        </w:trPr>
        <w:tc>
          <w:tcPr>
            <w:tcW w:w="2085" w:type="dxa"/>
            <w:vMerge/>
            <w:tcBorders>
              <w:top w:val="single" w:sz="3" w:space="0" w:color="auto"/>
              <w:left w:val="single" w:sz="4" w:space="0" w:color="auto"/>
              <w:bottom w:val="single" w:sz="4" w:space="0" w:color="auto"/>
              <w:right w:val="single" w:sz="4" w:space="0" w:color="auto"/>
            </w:tcBorders>
          </w:tcPr>
          <w:p w14:paraId="00CA9DA7" w14:textId="77777777" w:rsidR="0097296A" w:rsidRPr="007204D9" w:rsidRDefault="0097296A"/>
        </w:tc>
        <w:tc>
          <w:tcPr>
            <w:tcW w:w="2085" w:type="dxa"/>
            <w:vMerge/>
            <w:tcBorders>
              <w:top w:val="single" w:sz="3" w:space="0" w:color="auto"/>
              <w:left w:val="single" w:sz="4" w:space="0" w:color="auto"/>
              <w:bottom w:val="single" w:sz="4" w:space="0" w:color="auto"/>
              <w:right w:val="single" w:sz="4" w:space="0" w:color="auto"/>
            </w:tcBorders>
          </w:tcPr>
          <w:p w14:paraId="780EC7DC" w14:textId="77777777" w:rsidR="0097296A" w:rsidRPr="007204D9" w:rsidRDefault="0097296A"/>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A164BF7" w14:textId="77777777" w:rsidR="0097296A" w:rsidRPr="007204D9" w:rsidRDefault="00000000">
            <w:pPr>
              <w:autoSpaceDE w:val="0"/>
              <w:autoSpaceDN w:val="0"/>
              <w:spacing w:before="2" w:after="0" w:line="202" w:lineRule="exact"/>
              <w:ind w:left="74"/>
            </w:pPr>
            <w:r w:rsidRPr="007204D9">
              <w:rPr>
                <w:color w:val="000000"/>
                <w:sz w:val="18"/>
              </w:rPr>
              <w:t xml:space="preserve">Comentário: </w:t>
            </w:r>
          </w:p>
        </w:tc>
      </w:tr>
      <w:tr w:rsidR="0097296A" w:rsidRPr="007204D9" w14:paraId="6C15AA90" w14:textId="77777777">
        <w:trPr>
          <w:trHeight w:val="125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BF03C0E" w14:textId="77777777" w:rsidR="0097296A" w:rsidRPr="007204D9" w:rsidRDefault="00000000">
            <w:pPr>
              <w:autoSpaceDE w:val="0"/>
              <w:autoSpaceDN w:val="0"/>
              <w:spacing w:before="1986" w:after="0" w:line="202" w:lineRule="exact"/>
              <w:jc w:val="center"/>
            </w:pPr>
            <w:r w:rsidRPr="007204D9">
              <w:rPr>
                <w:color w:val="000000"/>
                <w:sz w:val="18"/>
              </w:rPr>
              <w:t xml:space="preserve">1.5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A3CA05A" w14:textId="77777777" w:rsidR="0097296A" w:rsidRPr="007204D9" w:rsidRDefault="00000000">
            <w:pPr>
              <w:autoSpaceDE w:val="0"/>
              <w:autoSpaceDN w:val="0"/>
              <w:spacing w:before="1986" w:after="0" w:line="202" w:lineRule="exact"/>
              <w:jc w:val="center"/>
            </w:pPr>
            <w:r w:rsidRPr="007204D9">
              <w:rPr>
                <w:color w:val="000000"/>
                <w:sz w:val="18"/>
              </w:rPr>
              <w:t xml:space="preserve">1 </w:t>
            </w:r>
          </w:p>
        </w:tc>
        <w:tc>
          <w:tcPr>
            <w:tcW w:w="8692"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32E09089" w14:textId="77777777" w:rsidR="0097296A" w:rsidRPr="007204D9" w:rsidRDefault="00000000">
            <w:pPr>
              <w:autoSpaceDE w:val="0"/>
              <w:autoSpaceDN w:val="0"/>
              <w:spacing w:before="304" w:after="0" w:line="206" w:lineRule="exact"/>
              <w:ind w:left="74"/>
              <w:jc w:val="both"/>
            </w:pPr>
            <w:r w:rsidRPr="007204D9">
              <w:rPr>
                <w:b/>
                <w:color w:val="000000"/>
                <w:sz w:val="18"/>
              </w:rPr>
              <w:t>As lixeiras dos banheiros comportam a utilização de sacos plásticos, além de serem providas de tampa e dispositivo para abertura sem acionamento manual (eletrônico, sensor ou pedal</w:t>
            </w:r>
            <w:proofErr w:type="gramStart"/>
            <w:r w:rsidRPr="007204D9">
              <w:rPr>
                <w:b/>
                <w:color w:val="000000"/>
                <w:sz w:val="18"/>
              </w:rPr>
              <w:t>)?(</w:t>
            </w:r>
            <w:proofErr w:type="gramEnd"/>
            <w:r w:rsidRPr="007204D9">
              <w:rPr>
                <w:b/>
                <w:color w:val="000000"/>
                <w:sz w:val="18"/>
              </w:rPr>
              <w:t xml:space="preserve">Doc. Ref.: Manual de Recomendações para a Segurança e Conforto nos Estádios de Futebol - FGV/2010). </w:t>
            </w:r>
          </w:p>
        </w:tc>
      </w:tr>
      <w:tr w:rsidR="0097296A" w:rsidRPr="007204D9" w14:paraId="3EAD91F6" w14:textId="77777777" w:rsidTr="00A17CFE">
        <w:trPr>
          <w:trHeight w:val="402"/>
        </w:trPr>
        <w:tc>
          <w:tcPr>
            <w:tcW w:w="2085" w:type="dxa"/>
            <w:vMerge/>
            <w:tcBorders>
              <w:top w:val="single" w:sz="4" w:space="0" w:color="auto"/>
              <w:left w:val="single" w:sz="4" w:space="0" w:color="auto"/>
              <w:bottom w:val="single" w:sz="4" w:space="0" w:color="auto"/>
              <w:right w:val="single" w:sz="4" w:space="0" w:color="auto"/>
            </w:tcBorders>
          </w:tcPr>
          <w:p w14:paraId="163D4B81"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48864AA3"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62EA2096" w14:textId="77777777" w:rsidR="0097296A" w:rsidRPr="007204D9" w:rsidRDefault="00000000">
            <w:pPr>
              <w:autoSpaceDE w:val="0"/>
              <w:autoSpaceDN w:val="0"/>
              <w:spacing w:before="100" w:after="0" w:line="200" w:lineRule="exact"/>
              <w:ind w:left="74"/>
            </w:pPr>
            <w:r w:rsidRPr="007204D9">
              <w:rPr>
                <w:color w:val="000000"/>
                <w:sz w:val="18"/>
              </w:rPr>
              <w:t xml:space="preserve">Sim, as lixeiras atendem ao especificado.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4AF0FE5F" w14:textId="77777777" w:rsidR="0097296A" w:rsidRPr="007204D9" w:rsidRDefault="00000000">
            <w:pPr>
              <w:autoSpaceDE w:val="0"/>
              <w:autoSpaceDN w:val="0"/>
              <w:spacing w:before="100" w:after="0" w:line="200" w:lineRule="exact"/>
              <w:jc w:val="center"/>
            </w:pPr>
            <w:r w:rsidRPr="007204D9">
              <w:rPr>
                <w:color w:val="000000"/>
                <w:sz w:val="18"/>
              </w:rPr>
              <w:t xml:space="preserve">AT </w:t>
            </w:r>
          </w:p>
        </w:tc>
        <w:tc>
          <w:tcPr>
            <w:tcW w:w="896" w:type="dxa"/>
            <w:tcBorders>
              <w:top w:val="single" w:sz="3" w:space="0" w:color="auto"/>
              <w:left w:val="single" w:sz="3" w:space="0" w:color="auto"/>
              <w:bottom w:val="single" w:sz="4" w:space="0" w:color="auto"/>
              <w:right w:val="single" w:sz="4" w:space="0" w:color="auto"/>
            </w:tcBorders>
            <w:shd w:val="clear" w:color="auto" w:fill="92D050"/>
            <w:tcMar>
              <w:left w:w="0" w:type="dxa"/>
              <w:right w:w="0" w:type="dxa"/>
            </w:tcMar>
          </w:tcPr>
          <w:p w14:paraId="1A5B6139" w14:textId="77777777" w:rsidR="0097296A" w:rsidRPr="007204D9" w:rsidRDefault="00000000">
            <w:pPr>
              <w:autoSpaceDE w:val="0"/>
              <w:autoSpaceDN w:val="0"/>
              <w:spacing w:before="100" w:after="0" w:line="200" w:lineRule="exact"/>
              <w:jc w:val="center"/>
            </w:pPr>
            <w:r w:rsidRPr="007204D9">
              <w:rPr>
                <w:color w:val="000000"/>
                <w:sz w:val="18"/>
              </w:rPr>
              <w:t xml:space="preserve">1 </w:t>
            </w:r>
          </w:p>
        </w:tc>
      </w:tr>
      <w:tr w:rsidR="0097296A" w:rsidRPr="007204D9" w14:paraId="5AE96ECA" w14:textId="77777777" w:rsidTr="00A17CFE">
        <w:trPr>
          <w:trHeight w:val="396"/>
        </w:trPr>
        <w:tc>
          <w:tcPr>
            <w:tcW w:w="2085" w:type="dxa"/>
            <w:vMerge/>
            <w:tcBorders>
              <w:top w:val="single" w:sz="4" w:space="0" w:color="auto"/>
              <w:left w:val="single" w:sz="4" w:space="0" w:color="auto"/>
              <w:bottom w:val="single" w:sz="4" w:space="0" w:color="auto"/>
              <w:right w:val="single" w:sz="4" w:space="0" w:color="auto"/>
            </w:tcBorders>
          </w:tcPr>
          <w:p w14:paraId="23C5646F"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66AAB689"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3E299929" w14:textId="77777777" w:rsidR="0097296A" w:rsidRPr="007204D9" w:rsidRDefault="00000000">
            <w:pPr>
              <w:autoSpaceDE w:val="0"/>
              <w:autoSpaceDN w:val="0"/>
              <w:spacing w:before="92" w:after="0" w:line="200" w:lineRule="exact"/>
              <w:ind w:left="74"/>
            </w:pPr>
            <w:r w:rsidRPr="007204D9">
              <w:rPr>
                <w:color w:val="000000"/>
                <w:sz w:val="18"/>
              </w:rPr>
              <w:t xml:space="preserve">Não. As lixeiras são de outro tipo.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CE5893E" w14:textId="77777777" w:rsidR="0097296A" w:rsidRPr="007204D9" w:rsidRDefault="00000000">
            <w:pPr>
              <w:autoSpaceDE w:val="0"/>
              <w:autoSpaceDN w:val="0"/>
              <w:spacing w:before="92" w:after="0" w:line="200" w:lineRule="exact"/>
              <w:jc w:val="center"/>
            </w:pPr>
            <w:r w:rsidRPr="007204D9">
              <w:rPr>
                <w:color w:val="000000"/>
                <w:sz w:val="18"/>
              </w:rPr>
              <w:t xml:space="preserve">AP </w:t>
            </w:r>
          </w:p>
        </w:tc>
        <w:tc>
          <w:tcPr>
            <w:tcW w:w="896"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6CCEF712" w14:textId="77777777" w:rsidR="0097296A" w:rsidRPr="007204D9" w:rsidRDefault="00000000">
            <w:pPr>
              <w:autoSpaceDE w:val="0"/>
              <w:autoSpaceDN w:val="0"/>
              <w:spacing w:before="92" w:after="0" w:line="200" w:lineRule="exact"/>
              <w:jc w:val="center"/>
            </w:pPr>
            <w:r w:rsidRPr="007204D9">
              <w:rPr>
                <w:color w:val="000000"/>
                <w:sz w:val="18"/>
              </w:rPr>
              <w:t xml:space="preserve">2 </w:t>
            </w:r>
          </w:p>
        </w:tc>
      </w:tr>
      <w:tr w:rsidR="0097296A" w:rsidRPr="007204D9" w14:paraId="250DA49D" w14:textId="77777777" w:rsidTr="00A17CFE">
        <w:trPr>
          <w:trHeight w:val="398"/>
        </w:trPr>
        <w:tc>
          <w:tcPr>
            <w:tcW w:w="2085" w:type="dxa"/>
            <w:vMerge/>
            <w:tcBorders>
              <w:top w:val="single" w:sz="4" w:space="0" w:color="auto"/>
              <w:left w:val="single" w:sz="4" w:space="0" w:color="auto"/>
              <w:bottom w:val="single" w:sz="4" w:space="0" w:color="auto"/>
              <w:right w:val="single" w:sz="4" w:space="0" w:color="auto"/>
            </w:tcBorders>
          </w:tcPr>
          <w:p w14:paraId="484C21F6"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2BBFA765"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72859D0A" w14:textId="77777777" w:rsidR="0097296A" w:rsidRPr="007204D9" w:rsidRDefault="00000000">
            <w:pPr>
              <w:autoSpaceDE w:val="0"/>
              <w:autoSpaceDN w:val="0"/>
              <w:spacing w:before="98" w:after="0" w:line="202" w:lineRule="exact"/>
              <w:ind w:left="74"/>
            </w:pPr>
            <w:r w:rsidRPr="007204D9">
              <w:rPr>
                <w:color w:val="000000"/>
                <w:sz w:val="18"/>
              </w:rPr>
              <w:t xml:space="preserve">Não possuem lixeiras.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0AE67030"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896"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456A961D" w14:textId="77777777" w:rsidR="0097296A" w:rsidRPr="007204D9" w:rsidRDefault="00000000">
            <w:pPr>
              <w:autoSpaceDE w:val="0"/>
              <w:autoSpaceDN w:val="0"/>
              <w:spacing w:before="98" w:after="0" w:line="202" w:lineRule="exact"/>
              <w:jc w:val="center"/>
            </w:pPr>
            <w:r w:rsidRPr="007204D9">
              <w:rPr>
                <w:color w:val="000000"/>
                <w:sz w:val="18"/>
              </w:rPr>
              <w:t xml:space="preserve">2 </w:t>
            </w:r>
          </w:p>
        </w:tc>
      </w:tr>
      <w:tr w:rsidR="0097296A" w:rsidRPr="007204D9" w14:paraId="0F9D6960" w14:textId="77777777">
        <w:trPr>
          <w:trHeight w:val="396"/>
        </w:trPr>
        <w:tc>
          <w:tcPr>
            <w:tcW w:w="2085" w:type="dxa"/>
            <w:vMerge/>
            <w:tcBorders>
              <w:top w:val="single" w:sz="4" w:space="0" w:color="auto"/>
              <w:left w:val="single" w:sz="4" w:space="0" w:color="auto"/>
              <w:bottom w:val="single" w:sz="4" w:space="0" w:color="auto"/>
              <w:right w:val="single" w:sz="4" w:space="0" w:color="auto"/>
            </w:tcBorders>
          </w:tcPr>
          <w:p w14:paraId="1770D8DB"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5F3BF76A"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1A8F7DA5" w14:textId="77777777" w:rsidR="0097296A" w:rsidRPr="007204D9" w:rsidRDefault="00000000">
            <w:pPr>
              <w:autoSpaceDE w:val="0"/>
              <w:autoSpaceDN w:val="0"/>
              <w:spacing w:before="96" w:after="0" w:line="202" w:lineRule="exact"/>
              <w:ind w:left="74"/>
            </w:pPr>
            <w:r w:rsidRPr="007204D9">
              <w:rPr>
                <w:color w:val="000000"/>
                <w:sz w:val="18"/>
              </w:rPr>
              <w:t xml:space="preserve">Não aplicável. Não possuem sanitários.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0DD3D825" w14:textId="77777777" w:rsidR="0097296A" w:rsidRPr="007204D9" w:rsidRDefault="00000000">
            <w:pPr>
              <w:autoSpaceDE w:val="0"/>
              <w:autoSpaceDN w:val="0"/>
              <w:spacing w:before="96" w:after="0" w:line="202" w:lineRule="exact"/>
              <w:jc w:val="center"/>
            </w:pPr>
            <w:r w:rsidRPr="007204D9">
              <w:rPr>
                <w:color w:val="000000"/>
                <w:sz w:val="18"/>
              </w:rPr>
              <w:t>NAP</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1317B592"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0DBA8B12" w14:textId="77777777">
        <w:trPr>
          <w:trHeight w:val="404"/>
        </w:trPr>
        <w:tc>
          <w:tcPr>
            <w:tcW w:w="2085" w:type="dxa"/>
            <w:vMerge/>
            <w:tcBorders>
              <w:top w:val="single" w:sz="4" w:space="0" w:color="auto"/>
              <w:left w:val="single" w:sz="4" w:space="0" w:color="auto"/>
              <w:bottom w:val="single" w:sz="4" w:space="0" w:color="auto"/>
              <w:right w:val="single" w:sz="4" w:space="0" w:color="auto"/>
            </w:tcBorders>
          </w:tcPr>
          <w:p w14:paraId="24E0385B"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48DEC28A"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24DA0CEA"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C2E2C3F"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72645269"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59776D15" w14:textId="77777777">
        <w:trPr>
          <w:trHeight w:val="916"/>
        </w:trPr>
        <w:tc>
          <w:tcPr>
            <w:tcW w:w="2085" w:type="dxa"/>
            <w:vMerge/>
            <w:tcBorders>
              <w:top w:val="single" w:sz="4" w:space="0" w:color="auto"/>
              <w:left w:val="single" w:sz="4" w:space="0" w:color="auto"/>
              <w:bottom w:val="single" w:sz="4" w:space="0" w:color="auto"/>
              <w:right w:val="single" w:sz="4" w:space="0" w:color="auto"/>
            </w:tcBorders>
          </w:tcPr>
          <w:p w14:paraId="4875EE02"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6F388C9A" w14:textId="77777777" w:rsidR="0097296A" w:rsidRPr="007204D9" w:rsidRDefault="0097296A"/>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776F3E4"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r w:rsidR="0097296A" w:rsidRPr="007204D9" w14:paraId="094218E1" w14:textId="77777777">
        <w:trPr>
          <w:trHeight w:val="179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5A0B71D" w14:textId="77777777" w:rsidR="0097296A" w:rsidRPr="007204D9" w:rsidRDefault="00000000">
            <w:pPr>
              <w:autoSpaceDE w:val="0"/>
              <w:autoSpaceDN w:val="0"/>
              <w:spacing w:before="2944" w:after="0" w:line="200" w:lineRule="exact"/>
              <w:jc w:val="center"/>
            </w:pPr>
            <w:r w:rsidRPr="007204D9">
              <w:rPr>
                <w:color w:val="000000"/>
                <w:sz w:val="18"/>
              </w:rPr>
              <w:t xml:space="preserve">1.6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19DB060" w14:textId="77777777" w:rsidR="0097296A" w:rsidRPr="007204D9" w:rsidRDefault="00000000">
            <w:pPr>
              <w:autoSpaceDE w:val="0"/>
              <w:autoSpaceDN w:val="0"/>
              <w:spacing w:before="2944" w:after="0" w:line="200" w:lineRule="exact"/>
              <w:jc w:val="center"/>
            </w:pPr>
            <w:r w:rsidRPr="007204D9">
              <w:rPr>
                <w:color w:val="000000"/>
                <w:sz w:val="18"/>
              </w:rPr>
              <w:t xml:space="preserve">3 </w:t>
            </w:r>
          </w:p>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984085F" w14:textId="77777777" w:rsidR="0097296A" w:rsidRPr="007204D9" w:rsidRDefault="00000000">
            <w:pPr>
              <w:autoSpaceDE w:val="0"/>
              <w:autoSpaceDN w:val="0"/>
              <w:spacing w:before="156" w:after="0" w:line="208" w:lineRule="exact"/>
              <w:ind w:left="74"/>
              <w:jc w:val="both"/>
            </w:pPr>
            <w:r w:rsidRPr="007204D9">
              <w:rPr>
                <w:b/>
                <w:color w:val="000000"/>
                <w:sz w:val="18"/>
              </w:rPr>
              <w:t xml:space="preserve">Qual o sistema de tratamento dos efluentes sanitários gerados no estádio? </w:t>
            </w:r>
            <w:proofErr w:type="gramStart"/>
            <w:r w:rsidRPr="007204D9">
              <w:rPr>
                <w:b/>
                <w:color w:val="000000"/>
                <w:sz w:val="18"/>
              </w:rPr>
              <w:t>( Doc.</w:t>
            </w:r>
            <w:proofErr w:type="gramEnd"/>
            <w:r w:rsidRPr="007204D9">
              <w:rPr>
                <w:b/>
                <w:color w:val="000000"/>
                <w:sz w:val="18"/>
              </w:rPr>
              <w:t xml:space="preserve"> Ref.: ABNT NBR 8160/1999 - Sistemas Prediais de Esgoto Sanitário; Lei Federal 11.445/2007; Decreto Federal 7.217/2010). OBS.: Soluções alternativas de tratamento de efluentes somente podem ser aceitas caso não haja rede pública de esgotamento sanitário na proximidade. Caso exista a rede pública de saneamento no entorno do estádio e o mesmo, ainda assim, utilizar soluções alternativas de esgotamento, favor marcar a questão 1.6 como NAT - Não atendida e especificar essa situação nos comentários. </w:t>
            </w:r>
          </w:p>
        </w:tc>
      </w:tr>
      <w:tr w:rsidR="0097296A" w:rsidRPr="007204D9" w14:paraId="41649595" w14:textId="77777777" w:rsidTr="00A17CFE">
        <w:trPr>
          <w:trHeight w:val="396"/>
        </w:trPr>
        <w:tc>
          <w:tcPr>
            <w:tcW w:w="2085" w:type="dxa"/>
            <w:vMerge/>
            <w:tcBorders>
              <w:top w:val="single" w:sz="4" w:space="0" w:color="auto"/>
              <w:left w:val="single" w:sz="4" w:space="0" w:color="auto"/>
              <w:bottom w:val="single" w:sz="4" w:space="0" w:color="auto"/>
              <w:right w:val="single" w:sz="4" w:space="0" w:color="auto"/>
            </w:tcBorders>
          </w:tcPr>
          <w:p w14:paraId="47C12696"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57F220D5"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7EE26B22" w14:textId="77777777" w:rsidR="0097296A" w:rsidRPr="007204D9" w:rsidRDefault="00000000">
            <w:pPr>
              <w:autoSpaceDE w:val="0"/>
              <w:autoSpaceDN w:val="0"/>
              <w:spacing w:before="96" w:after="0" w:line="200" w:lineRule="exact"/>
              <w:ind w:left="74"/>
            </w:pPr>
            <w:r w:rsidRPr="007204D9">
              <w:rPr>
                <w:color w:val="000000"/>
                <w:sz w:val="18"/>
              </w:rPr>
              <w:t xml:space="preserve">Está interligado a rede pública de esgoto.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F34FCCC"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896"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3ED30B48"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14553165" w14:textId="77777777" w:rsidTr="00A17CFE">
        <w:trPr>
          <w:trHeight w:val="792"/>
        </w:trPr>
        <w:tc>
          <w:tcPr>
            <w:tcW w:w="2085" w:type="dxa"/>
            <w:vMerge/>
            <w:tcBorders>
              <w:top w:val="single" w:sz="4" w:space="0" w:color="auto"/>
              <w:left w:val="single" w:sz="4" w:space="0" w:color="auto"/>
              <w:bottom w:val="single" w:sz="4" w:space="0" w:color="auto"/>
              <w:right w:val="single" w:sz="4" w:space="0" w:color="auto"/>
            </w:tcBorders>
          </w:tcPr>
          <w:p w14:paraId="4ACB5975"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7633BFA8"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3A4C8E49" w14:textId="77777777" w:rsidR="0097296A" w:rsidRPr="007204D9" w:rsidRDefault="00000000">
            <w:pPr>
              <w:autoSpaceDE w:val="0"/>
              <w:autoSpaceDN w:val="0"/>
              <w:spacing w:before="78" w:after="0" w:line="206" w:lineRule="exact"/>
              <w:ind w:left="74" w:right="6"/>
              <w:jc w:val="both"/>
            </w:pPr>
            <w:r w:rsidRPr="007204D9">
              <w:rPr>
                <w:color w:val="000000"/>
                <w:sz w:val="18"/>
              </w:rPr>
              <w:t xml:space="preserve">Possui soluções alternativas de tratamento de efluentes (fossa séptica/sumidouro) que obedecem às normas editadas pela entidade reguladora e pelos órgãos responsáveis pelas políticas ambientais, de saúde e de recursos hídricos.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5FB62E8" w14:textId="77777777" w:rsidR="0097296A" w:rsidRPr="007204D9" w:rsidRDefault="00000000">
            <w:pPr>
              <w:autoSpaceDE w:val="0"/>
              <w:autoSpaceDN w:val="0"/>
              <w:spacing w:before="288" w:after="0" w:line="200" w:lineRule="exact"/>
              <w:jc w:val="center"/>
            </w:pPr>
            <w:r w:rsidRPr="007204D9">
              <w:rPr>
                <w:color w:val="000000"/>
                <w:sz w:val="18"/>
              </w:rPr>
              <w:t xml:space="preserve">AT </w:t>
            </w:r>
          </w:p>
        </w:tc>
        <w:tc>
          <w:tcPr>
            <w:tcW w:w="896"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380E36B3" w14:textId="77777777" w:rsidR="0097296A" w:rsidRPr="007204D9" w:rsidRDefault="00000000">
            <w:pPr>
              <w:autoSpaceDE w:val="0"/>
              <w:autoSpaceDN w:val="0"/>
              <w:spacing w:before="288" w:after="0" w:line="200" w:lineRule="exact"/>
              <w:jc w:val="center"/>
            </w:pPr>
            <w:r w:rsidRPr="007204D9">
              <w:rPr>
                <w:color w:val="000000"/>
                <w:sz w:val="18"/>
              </w:rPr>
              <w:t xml:space="preserve">1 </w:t>
            </w:r>
          </w:p>
        </w:tc>
      </w:tr>
      <w:tr w:rsidR="0097296A" w:rsidRPr="007204D9" w14:paraId="4C7BBF85" w14:textId="77777777" w:rsidTr="00A17CFE">
        <w:trPr>
          <w:trHeight w:val="860"/>
        </w:trPr>
        <w:tc>
          <w:tcPr>
            <w:tcW w:w="2085" w:type="dxa"/>
            <w:vMerge/>
            <w:tcBorders>
              <w:top w:val="single" w:sz="4" w:space="0" w:color="auto"/>
              <w:left w:val="single" w:sz="4" w:space="0" w:color="auto"/>
              <w:bottom w:val="single" w:sz="4" w:space="0" w:color="auto"/>
              <w:right w:val="single" w:sz="4" w:space="0" w:color="auto"/>
            </w:tcBorders>
          </w:tcPr>
          <w:p w14:paraId="2354A44B"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012F985B"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19F49D00" w14:textId="77777777" w:rsidR="0097296A" w:rsidRPr="007204D9" w:rsidRDefault="00000000">
            <w:pPr>
              <w:autoSpaceDE w:val="0"/>
              <w:autoSpaceDN w:val="0"/>
              <w:spacing w:before="116" w:after="0" w:line="206" w:lineRule="exact"/>
              <w:ind w:left="74" w:right="4"/>
              <w:jc w:val="both"/>
            </w:pPr>
            <w:r w:rsidRPr="007204D9">
              <w:rPr>
                <w:color w:val="000000"/>
                <w:sz w:val="18"/>
              </w:rPr>
              <w:t xml:space="preserve">Possui soluções alternativas de tratamento de efluentes (fossa séptica/sumidouro) que </w:t>
            </w:r>
            <w:r w:rsidRPr="007204D9">
              <w:rPr>
                <w:b/>
                <w:color w:val="000000"/>
                <w:sz w:val="18"/>
              </w:rPr>
              <w:t xml:space="preserve">NÃO </w:t>
            </w:r>
            <w:r w:rsidRPr="007204D9">
              <w:rPr>
                <w:color w:val="000000"/>
                <w:sz w:val="18"/>
              </w:rPr>
              <w:t xml:space="preserve">obedecem às normas editadas pela entidade reguladora e pelos órgãos responsáveis pelas políticas ambientais, de saúde e de recursos hídricos.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5837B67B" w14:textId="77777777" w:rsidR="0097296A" w:rsidRPr="007204D9" w:rsidRDefault="00000000">
            <w:pPr>
              <w:autoSpaceDE w:val="0"/>
              <w:autoSpaceDN w:val="0"/>
              <w:spacing w:before="326" w:after="0" w:line="200" w:lineRule="exact"/>
              <w:jc w:val="center"/>
            </w:pPr>
            <w:r w:rsidRPr="007204D9">
              <w:rPr>
                <w:color w:val="000000"/>
                <w:sz w:val="18"/>
              </w:rPr>
              <w:t>NAT</w:t>
            </w:r>
          </w:p>
        </w:tc>
        <w:tc>
          <w:tcPr>
            <w:tcW w:w="896" w:type="dxa"/>
            <w:tcBorders>
              <w:top w:val="single" w:sz="4" w:space="0" w:color="auto"/>
              <w:left w:val="single" w:sz="3" w:space="0" w:color="auto"/>
              <w:bottom w:val="single" w:sz="3" w:space="0" w:color="auto"/>
              <w:right w:val="single" w:sz="4" w:space="0" w:color="auto"/>
            </w:tcBorders>
            <w:shd w:val="clear" w:color="auto" w:fill="EE0000"/>
            <w:tcMar>
              <w:left w:w="0" w:type="dxa"/>
              <w:right w:w="0" w:type="dxa"/>
            </w:tcMar>
          </w:tcPr>
          <w:p w14:paraId="6C607BD6" w14:textId="77777777" w:rsidR="0097296A" w:rsidRPr="007204D9" w:rsidRDefault="00000000">
            <w:pPr>
              <w:autoSpaceDE w:val="0"/>
              <w:autoSpaceDN w:val="0"/>
              <w:spacing w:before="326" w:after="0" w:line="200" w:lineRule="exact"/>
              <w:jc w:val="center"/>
            </w:pPr>
            <w:r w:rsidRPr="007204D9">
              <w:rPr>
                <w:color w:val="000000"/>
                <w:sz w:val="18"/>
              </w:rPr>
              <w:t xml:space="preserve">3 </w:t>
            </w:r>
          </w:p>
        </w:tc>
      </w:tr>
      <w:tr w:rsidR="0097296A" w:rsidRPr="007204D9" w14:paraId="23DD3CF2" w14:textId="77777777" w:rsidTr="00A17CFE">
        <w:trPr>
          <w:trHeight w:val="402"/>
        </w:trPr>
        <w:tc>
          <w:tcPr>
            <w:tcW w:w="2085" w:type="dxa"/>
            <w:vMerge/>
            <w:tcBorders>
              <w:top w:val="single" w:sz="4" w:space="0" w:color="auto"/>
              <w:left w:val="single" w:sz="4" w:space="0" w:color="auto"/>
              <w:bottom w:val="single" w:sz="4" w:space="0" w:color="auto"/>
              <w:right w:val="single" w:sz="4" w:space="0" w:color="auto"/>
            </w:tcBorders>
          </w:tcPr>
          <w:p w14:paraId="426F380B"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3FC5D8F6"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24211C7A" w14:textId="77777777" w:rsidR="0097296A" w:rsidRPr="007204D9" w:rsidRDefault="00000000">
            <w:pPr>
              <w:autoSpaceDE w:val="0"/>
              <w:autoSpaceDN w:val="0"/>
              <w:spacing w:before="98" w:after="0" w:line="200" w:lineRule="exact"/>
              <w:ind w:left="74"/>
            </w:pPr>
            <w:r w:rsidRPr="007204D9">
              <w:rPr>
                <w:color w:val="000000"/>
                <w:sz w:val="18"/>
              </w:rPr>
              <w:t xml:space="preserve">Não possui tratamento de efluentes.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254E3642" w14:textId="77777777" w:rsidR="0097296A" w:rsidRPr="007204D9" w:rsidRDefault="00000000">
            <w:pPr>
              <w:autoSpaceDE w:val="0"/>
              <w:autoSpaceDN w:val="0"/>
              <w:spacing w:before="98" w:after="0" w:line="200" w:lineRule="exact"/>
              <w:jc w:val="center"/>
            </w:pPr>
            <w:r w:rsidRPr="007204D9">
              <w:rPr>
                <w:color w:val="000000"/>
                <w:sz w:val="18"/>
              </w:rPr>
              <w:t>NAT</w:t>
            </w:r>
          </w:p>
        </w:tc>
        <w:tc>
          <w:tcPr>
            <w:tcW w:w="896" w:type="dxa"/>
            <w:tcBorders>
              <w:top w:val="single" w:sz="3" w:space="0" w:color="auto"/>
              <w:left w:val="single" w:sz="3" w:space="0" w:color="auto"/>
              <w:bottom w:val="single" w:sz="4" w:space="0" w:color="auto"/>
              <w:right w:val="single" w:sz="4" w:space="0" w:color="auto"/>
            </w:tcBorders>
            <w:shd w:val="clear" w:color="auto" w:fill="EE0000"/>
            <w:tcMar>
              <w:left w:w="0" w:type="dxa"/>
              <w:right w:w="0" w:type="dxa"/>
            </w:tcMar>
          </w:tcPr>
          <w:p w14:paraId="448455D2" w14:textId="77777777" w:rsidR="0097296A" w:rsidRPr="007204D9" w:rsidRDefault="00000000">
            <w:pPr>
              <w:autoSpaceDE w:val="0"/>
              <w:autoSpaceDN w:val="0"/>
              <w:spacing w:before="98" w:after="0" w:line="200" w:lineRule="exact"/>
              <w:jc w:val="center"/>
            </w:pPr>
            <w:r w:rsidRPr="007204D9">
              <w:rPr>
                <w:color w:val="000000"/>
                <w:sz w:val="18"/>
              </w:rPr>
              <w:t xml:space="preserve">3 </w:t>
            </w:r>
          </w:p>
        </w:tc>
      </w:tr>
      <w:tr w:rsidR="0097296A" w:rsidRPr="007204D9" w14:paraId="3DBB2AB4" w14:textId="77777777">
        <w:trPr>
          <w:trHeight w:val="394"/>
        </w:trPr>
        <w:tc>
          <w:tcPr>
            <w:tcW w:w="2085" w:type="dxa"/>
            <w:vMerge/>
            <w:tcBorders>
              <w:top w:val="single" w:sz="4" w:space="0" w:color="auto"/>
              <w:left w:val="single" w:sz="4" w:space="0" w:color="auto"/>
              <w:bottom w:val="single" w:sz="4" w:space="0" w:color="auto"/>
              <w:right w:val="single" w:sz="4" w:space="0" w:color="auto"/>
            </w:tcBorders>
          </w:tcPr>
          <w:p w14:paraId="7977D9B7"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05E83E77"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39B10DCF"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86B88FA"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896" w:type="dxa"/>
            <w:tcBorders>
              <w:top w:val="single" w:sz="4" w:space="0" w:color="auto"/>
              <w:left w:val="single" w:sz="3" w:space="0" w:color="auto"/>
              <w:bottom w:val="single" w:sz="4" w:space="0" w:color="auto"/>
              <w:right w:val="single" w:sz="4" w:space="0" w:color="auto"/>
            </w:tcBorders>
            <w:tcMar>
              <w:left w:w="0" w:type="dxa"/>
              <w:right w:w="0" w:type="dxa"/>
            </w:tcMar>
          </w:tcPr>
          <w:p w14:paraId="3072C34D"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0BC4222E" w14:textId="77777777">
        <w:trPr>
          <w:trHeight w:val="1450"/>
        </w:trPr>
        <w:tc>
          <w:tcPr>
            <w:tcW w:w="2085" w:type="dxa"/>
            <w:vMerge/>
            <w:tcBorders>
              <w:top w:val="single" w:sz="4" w:space="0" w:color="auto"/>
              <w:left w:val="single" w:sz="4" w:space="0" w:color="auto"/>
              <w:bottom w:val="single" w:sz="4" w:space="0" w:color="auto"/>
              <w:right w:val="single" w:sz="4" w:space="0" w:color="auto"/>
            </w:tcBorders>
          </w:tcPr>
          <w:p w14:paraId="50620B0A" w14:textId="77777777" w:rsidR="0097296A" w:rsidRPr="007204D9" w:rsidRDefault="0097296A"/>
        </w:tc>
        <w:tc>
          <w:tcPr>
            <w:tcW w:w="2085" w:type="dxa"/>
            <w:vMerge/>
            <w:tcBorders>
              <w:top w:val="single" w:sz="4" w:space="0" w:color="auto"/>
              <w:left w:val="single" w:sz="4" w:space="0" w:color="auto"/>
              <w:bottom w:val="single" w:sz="4" w:space="0" w:color="auto"/>
              <w:right w:val="single" w:sz="4" w:space="0" w:color="auto"/>
            </w:tcBorders>
          </w:tcPr>
          <w:p w14:paraId="5C4E5BB1" w14:textId="77777777" w:rsidR="0097296A" w:rsidRPr="007204D9" w:rsidRDefault="0097296A"/>
        </w:tc>
        <w:tc>
          <w:tcPr>
            <w:tcW w:w="869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5208611" w14:textId="77777777" w:rsidR="0097296A" w:rsidRPr="007204D9" w:rsidRDefault="00000000">
            <w:pPr>
              <w:autoSpaceDE w:val="0"/>
              <w:autoSpaceDN w:val="0"/>
              <w:spacing w:before="8" w:after="0" w:line="200" w:lineRule="exact"/>
              <w:ind w:left="74"/>
            </w:pPr>
            <w:r w:rsidRPr="007204D9">
              <w:rPr>
                <w:color w:val="000000"/>
                <w:sz w:val="18"/>
              </w:rPr>
              <w:t xml:space="preserve">Comentário: </w:t>
            </w:r>
          </w:p>
        </w:tc>
      </w:tr>
    </w:tbl>
    <w:p w14:paraId="7E5FF6AE" w14:textId="77777777" w:rsidR="0097296A" w:rsidRPr="007204D9" w:rsidRDefault="00000000">
      <w:pPr>
        <w:autoSpaceDE w:val="0"/>
        <w:autoSpaceDN w:val="0"/>
        <w:spacing w:before="280" w:after="0" w:line="266" w:lineRule="exact"/>
        <w:ind w:right="174"/>
        <w:jc w:val="right"/>
      </w:pPr>
      <w:r w:rsidRPr="007204D9">
        <w:rPr>
          <w:color w:val="000000"/>
          <w:sz w:val="24"/>
        </w:rPr>
        <w:t xml:space="preserve">8 </w:t>
      </w:r>
    </w:p>
    <w:p w14:paraId="4287655A" w14:textId="77777777" w:rsidR="0097296A" w:rsidRPr="007204D9" w:rsidRDefault="0097296A">
      <w:pPr>
        <w:sectPr w:rsidR="0097296A" w:rsidRPr="007204D9">
          <w:pgSz w:w="11906" w:h="16838"/>
          <w:pgMar w:top="340" w:right="606" w:bottom="340" w:left="876" w:header="720" w:footer="720" w:gutter="0"/>
          <w:cols w:space="720"/>
          <w:docGrid w:linePitch="360"/>
        </w:sectPr>
      </w:pPr>
    </w:p>
    <w:p w14:paraId="5F47F626"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234"/>
        <w:gridCol w:w="566"/>
        <w:gridCol w:w="900"/>
      </w:tblGrid>
      <w:tr w:rsidR="0097296A" w:rsidRPr="007204D9" w14:paraId="710766F0" w14:textId="77777777">
        <w:trPr>
          <w:trHeight w:val="972"/>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6BB0271" w14:textId="77777777" w:rsidR="0097296A" w:rsidRPr="007204D9" w:rsidRDefault="00000000">
            <w:pPr>
              <w:autoSpaceDE w:val="0"/>
              <w:autoSpaceDN w:val="0"/>
              <w:spacing w:before="1688" w:after="0" w:line="202" w:lineRule="exact"/>
              <w:jc w:val="center"/>
            </w:pPr>
            <w:r w:rsidRPr="007204D9">
              <w:rPr>
                <w:color w:val="000000"/>
                <w:sz w:val="18"/>
              </w:rPr>
              <w:t xml:space="preserve">1.7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2F59A5CF" w14:textId="77777777" w:rsidR="0097296A" w:rsidRPr="007204D9" w:rsidRDefault="00000000">
            <w:pPr>
              <w:autoSpaceDE w:val="0"/>
              <w:autoSpaceDN w:val="0"/>
              <w:spacing w:before="1688" w:after="0" w:line="202" w:lineRule="exact"/>
              <w:jc w:val="center"/>
            </w:pPr>
            <w:r w:rsidRPr="007204D9">
              <w:rPr>
                <w:color w:val="000000"/>
                <w:sz w:val="18"/>
              </w:rPr>
              <w:t xml:space="preserve">1 </w:t>
            </w:r>
          </w:p>
        </w:tc>
        <w:tc>
          <w:tcPr>
            <w:tcW w:w="8700" w:type="dxa"/>
            <w:gridSpan w:val="3"/>
            <w:tcBorders>
              <w:top w:val="single" w:sz="3" w:space="0" w:color="auto"/>
              <w:left w:val="single" w:sz="4" w:space="0" w:color="auto"/>
              <w:bottom w:val="single" w:sz="3" w:space="0" w:color="auto"/>
              <w:right w:val="single" w:sz="4" w:space="0" w:color="auto"/>
            </w:tcBorders>
            <w:tcMar>
              <w:left w:w="0" w:type="dxa"/>
              <w:right w:w="0" w:type="dxa"/>
            </w:tcMar>
          </w:tcPr>
          <w:p w14:paraId="1D3ABA3D" w14:textId="77777777" w:rsidR="0097296A" w:rsidRPr="007204D9" w:rsidRDefault="00000000">
            <w:pPr>
              <w:autoSpaceDE w:val="0"/>
              <w:autoSpaceDN w:val="0"/>
              <w:spacing w:before="262" w:after="0" w:line="206" w:lineRule="exact"/>
              <w:ind w:left="74"/>
            </w:pPr>
            <w:r w:rsidRPr="007204D9">
              <w:rPr>
                <w:b/>
                <w:color w:val="000000"/>
                <w:sz w:val="18"/>
              </w:rPr>
              <w:t xml:space="preserve">As caixas de passagem e de gordura possuem tampas removíveis para inspeção? </w:t>
            </w:r>
            <w:r w:rsidRPr="007204D9">
              <w:rPr>
                <w:b/>
                <w:color w:val="000000"/>
                <w:sz w:val="18"/>
              </w:rPr>
              <w:t xml:space="preserve">(Doc. Ref.: ABNT 8160/1999 - Sistemas Prediais de Esgoto Sanitário). </w:t>
            </w:r>
          </w:p>
        </w:tc>
      </w:tr>
      <w:tr w:rsidR="0097296A" w:rsidRPr="007204D9" w14:paraId="3F667257" w14:textId="77777777" w:rsidTr="00A17CFE">
        <w:trPr>
          <w:trHeight w:val="400"/>
        </w:trPr>
        <w:tc>
          <w:tcPr>
            <w:tcW w:w="2087" w:type="dxa"/>
            <w:vMerge/>
            <w:tcBorders>
              <w:top w:val="single" w:sz="3" w:space="0" w:color="auto"/>
              <w:left w:val="single" w:sz="4" w:space="0" w:color="auto"/>
              <w:bottom w:val="single" w:sz="4" w:space="0" w:color="auto"/>
              <w:right w:val="single" w:sz="4" w:space="0" w:color="auto"/>
            </w:tcBorders>
          </w:tcPr>
          <w:p w14:paraId="4404E88B" w14:textId="77777777" w:rsidR="0097296A" w:rsidRPr="007204D9" w:rsidRDefault="0097296A"/>
        </w:tc>
        <w:tc>
          <w:tcPr>
            <w:tcW w:w="2087" w:type="dxa"/>
            <w:vMerge/>
            <w:tcBorders>
              <w:top w:val="single" w:sz="3" w:space="0" w:color="auto"/>
              <w:left w:val="single" w:sz="4" w:space="0" w:color="auto"/>
              <w:bottom w:val="single" w:sz="4" w:space="0" w:color="auto"/>
              <w:right w:val="single" w:sz="4" w:space="0" w:color="auto"/>
            </w:tcBorders>
          </w:tcPr>
          <w:p w14:paraId="0B59F0F2" w14:textId="77777777" w:rsidR="0097296A" w:rsidRPr="007204D9" w:rsidRDefault="0097296A"/>
        </w:tc>
        <w:tc>
          <w:tcPr>
            <w:tcW w:w="7234" w:type="dxa"/>
            <w:tcBorders>
              <w:top w:val="single" w:sz="3" w:space="0" w:color="auto"/>
              <w:left w:val="single" w:sz="4" w:space="0" w:color="auto"/>
              <w:bottom w:val="single" w:sz="4" w:space="0" w:color="auto"/>
              <w:right w:val="single" w:sz="4" w:space="0" w:color="auto"/>
            </w:tcBorders>
            <w:tcMar>
              <w:left w:w="0" w:type="dxa"/>
              <w:right w:w="0" w:type="dxa"/>
            </w:tcMar>
          </w:tcPr>
          <w:p w14:paraId="147D1C3A" w14:textId="77777777" w:rsidR="0097296A" w:rsidRPr="007204D9" w:rsidRDefault="00000000">
            <w:pPr>
              <w:autoSpaceDE w:val="0"/>
              <w:autoSpaceDN w:val="0"/>
              <w:spacing w:before="94" w:after="0" w:line="202" w:lineRule="exact"/>
              <w:ind w:left="74"/>
            </w:pPr>
            <w:r w:rsidRPr="007204D9">
              <w:rPr>
                <w:color w:val="000000"/>
                <w:sz w:val="18"/>
              </w:rPr>
              <w:t xml:space="preserve">Sim, todas possuem tampas removíveis para inspeção. </w:t>
            </w:r>
          </w:p>
        </w:tc>
        <w:tc>
          <w:tcPr>
            <w:tcW w:w="566" w:type="dxa"/>
            <w:tcBorders>
              <w:top w:val="single" w:sz="3" w:space="0" w:color="auto"/>
              <w:left w:val="single" w:sz="4" w:space="0" w:color="auto"/>
              <w:bottom w:val="single" w:sz="4" w:space="0" w:color="auto"/>
              <w:right w:val="single" w:sz="4" w:space="0" w:color="auto"/>
            </w:tcBorders>
            <w:tcMar>
              <w:left w:w="0" w:type="dxa"/>
              <w:right w:w="0" w:type="dxa"/>
            </w:tcMar>
          </w:tcPr>
          <w:p w14:paraId="1EB0AC46" w14:textId="77777777" w:rsidR="0097296A" w:rsidRPr="007204D9" w:rsidRDefault="00000000">
            <w:pPr>
              <w:autoSpaceDE w:val="0"/>
              <w:autoSpaceDN w:val="0"/>
              <w:spacing w:before="94" w:after="0" w:line="202" w:lineRule="exact"/>
              <w:ind w:right="102"/>
              <w:jc w:val="right"/>
            </w:pPr>
            <w:r w:rsidRPr="007204D9">
              <w:rPr>
                <w:color w:val="000000"/>
                <w:sz w:val="18"/>
              </w:rPr>
              <w:t xml:space="preserve">AT </w:t>
            </w:r>
          </w:p>
        </w:tc>
        <w:tc>
          <w:tcPr>
            <w:tcW w:w="900" w:type="dxa"/>
            <w:tcBorders>
              <w:top w:val="single" w:sz="3" w:space="0" w:color="auto"/>
              <w:left w:val="single" w:sz="4" w:space="0" w:color="auto"/>
              <w:bottom w:val="single" w:sz="4" w:space="0" w:color="auto"/>
              <w:right w:val="single" w:sz="4" w:space="0" w:color="auto"/>
            </w:tcBorders>
            <w:shd w:val="clear" w:color="auto" w:fill="92D050"/>
            <w:tcMar>
              <w:left w:w="0" w:type="dxa"/>
              <w:right w:w="0" w:type="dxa"/>
            </w:tcMar>
          </w:tcPr>
          <w:p w14:paraId="7ACDACAD" w14:textId="77777777" w:rsidR="0097296A" w:rsidRPr="007204D9" w:rsidRDefault="00000000">
            <w:pPr>
              <w:autoSpaceDE w:val="0"/>
              <w:autoSpaceDN w:val="0"/>
              <w:spacing w:before="94" w:after="0" w:line="202" w:lineRule="exact"/>
              <w:jc w:val="center"/>
            </w:pPr>
            <w:r w:rsidRPr="007204D9">
              <w:rPr>
                <w:color w:val="000000"/>
                <w:sz w:val="18"/>
              </w:rPr>
              <w:t xml:space="preserve">1 </w:t>
            </w:r>
          </w:p>
        </w:tc>
      </w:tr>
      <w:tr w:rsidR="0097296A" w:rsidRPr="007204D9" w14:paraId="68623092" w14:textId="77777777" w:rsidTr="00A17CFE">
        <w:trPr>
          <w:trHeight w:val="398"/>
        </w:trPr>
        <w:tc>
          <w:tcPr>
            <w:tcW w:w="2087" w:type="dxa"/>
            <w:vMerge/>
            <w:tcBorders>
              <w:top w:val="single" w:sz="3" w:space="0" w:color="auto"/>
              <w:left w:val="single" w:sz="4" w:space="0" w:color="auto"/>
              <w:bottom w:val="single" w:sz="4" w:space="0" w:color="auto"/>
              <w:right w:val="single" w:sz="4" w:space="0" w:color="auto"/>
            </w:tcBorders>
          </w:tcPr>
          <w:p w14:paraId="583D596F" w14:textId="77777777" w:rsidR="0097296A" w:rsidRPr="007204D9" w:rsidRDefault="0097296A"/>
        </w:tc>
        <w:tc>
          <w:tcPr>
            <w:tcW w:w="2087" w:type="dxa"/>
            <w:vMerge/>
            <w:tcBorders>
              <w:top w:val="single" w:sz="3" w:space="0" w:color="auto"/>
              <w:left w:val="single" w:sz="4" w:space="0" w:color="auto"/>
              <w:bottom w:val="single" w:sz="4" w:space="0" w:color="auto"/>
              <w:right w:val="single" w:sz="4" w:space="0" w:color="auto"/>
            </w:tcBorders>
          </w:tcPr>
          <w:p w14:paraId="449CCB65" w14:textId="77777777" w:rsidR="0097296A" w:rsidRPr="007204D9" w:rsidRDefault="0097296A"/>
        </w:tc>
        <w:tc>
          <w:tcPr>
            <w:tcW w:w="7234" w:type="dxa"/>
            <w:tcBorders>
              <w:top w:val="single" w:sz="4" w:space="0" w:color="auto"/>
              <w:left w:val="single" w:sz="4" w:space="0" w:color="auto"/>
              <w:bottom w:val="single" w:sz="4" w:space="0" w:color="auto"/>
              <w:right w:val="single" w:sz="4" w:space="0" w:color="auto"/>
            </w:tcBorders>
            <w:tcMar>
              <w:left w:w="0" w:type="dxa"/>
              <w:right w:w="0" w:type="dxa"/>
            </w:tcMar>
          </w:tcPr>
          <w:p w14:paraId="4E33B3E3" w14:textId="77777777" w:rsidR="0097296A" w:rsidRPr="007204D9" w:rsidRDefault="00000000">
            <w:pPr>
              <w:autoSpaceDE w:val="0"/>
              <w:autoSpaceDN w:val="0"/>
              <w:spacing w:before="90" w:after="0" w:line="202" w:lineRule="exact"/>
              <w:ind w:left="74"/>
            </w:pPr>
            <w:r w:rsidRPr="007204D9">
              <w:rPr>
                <w:color w:val="000000"/>
                <w:sz w:val="18"/>
              </w:rPr>
              <w:t xml:space="preserve">Não, pelo menos uma não possui tampas removíveis para inspeção. </w:t>
            </w:r>
          </w:p>
        </w:tc>
        <w:tc>
          <w:tcPr>
            <w:tcW w:w="566" w:type="dxa"/>
            <w:tcBorders>
              <w:top w:val="single" w:sz="4" w:space="0" w:color="auto"/>
              <w:left w:val="single" w:sz="4" w:space="0" w:color="auto"/>
              <w:bottom w:val="single" w:sz="4" w:space="0" w:color="auto"/>
              <w:right w:val="single" w:sz="4" w:space="0" w:color="auto"/>
            </w:tcBorders>
            <w:tcMar>
              <w:left w:w="0" w:type="dxa"/>
              <w:right w:w="0" w:type="dxa"/>
            </w:tcMar>
          </w:tcPr>
          <w:p w14:paraId="3088EF45" w14:textId="77777777" w:rsidR="0097296A" w:rsidRPr="007204D9" w:rsidRDefault="00000000">
            <w:pPr>
              <w:autoSpaceDE w:val="0"/>
              <w:autoSpaceDN w:val="0"/>
              <w:spacing w:before="90" w:after="0" w:line="202" w:lineRule="exact"/>
              <w:jc w:val="center"/>
            </w:pPr>
            <w:r w:rsidRPr="007204D9">
              <w:rPr>
                <w:color w:val="000000"/>
                <w:sz w:val="18"/>
              </w:rPr>
              <w:t>NAT</w:t>
            </w:r>
          </w:p>
        </w:tc>
        <w:tc>
          <w:tcPr>
            <w:tcW w:w="90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105001D0" w14:textId="77777777" w:rsidR="0097296A" w:rsidRPr="007204D9" w:rsidRDefault="00000000">
            <w:pPr>
              <w:autoSpaceDE w:val="0"/>
              <w:autoSpaceDN w:val="0"/>
              <w:spacing w:before="90" w:after="0" w:line="202" w:lineRule="exact"/>
              <w:jc w:val="center"/>
            </w:pPr>
            <w:r w:rsidRPr="007204D9">
              <w:rPr>
                <w:color w:val="000000"/>
                <w:sz w:val="18"/>
              </w:rPr>
              <w:t xml:space="preserve">2 </w:t>
            </w:r>
          </w:p>
        </w:tc>
      </w:tr>
      <w:tr w:rsidR="0097296A" w:rsidRPr="007204D9" w14:paraId="47FE2D97" w14:textId="77777777">
        <w:trPr>
          <w:trHeight w:val="398"/>
        </w:trPr>
        <w:tc>
          <w:tcPr>
            <w:tcW w:w="2087" w:type="dxa"/>
            <w:vMerge/>
            <w:tcBorders>
              <w:top w:val="single" w:sz="3" w:space="0" w:color="auto"/>
              <w:left w:val="single" w:sz="4" w:space="0" w:color="auto"/>
              <w:bottom w:val="single" w:sz="4" w:space="0" w:color="auto"/>
              <w:right w:val="single" w:sz="4" w:space="0" w:color="auto"/>
            </w:tcBorders>
          </w:tcPr>
          <w:p w14:paraId="19EE5118" w14:textId="77777777" w:rsidR="0097296A" w:rsidRPr="007204D9" w:rsidRDefault="0097296A"/>
        </w:tc>
        <w:tc>
          <w:tcPr>
            <w:tcW w:w="2087" w:type="dxa"/>
            <w:vMerge/>
            <w:tcBorders>
              <w:top w:val="single" w:sz="3" w:space="0" w:color="auto"/>
              <w:left w:val="single" w:sz="4" w:space="0" w:color="auto"/>
              <w:bottom w:val="single" w:sz="4" w:space="0" w:color="auto"/>
              <w:right w:val="single" w:sz="4" w:space="0" w:color="auto"/>
            </w:tcBorders>
          </w:tcPr>
          <w:p w14:paraId="66A9C974" w14:textId="77777777" w:rsidR="0097296A" w:rsidRPr="007204D9" w:rsidRDefault="0097296A"/>
        </w:tc>
        <w:tc>
          <w:tcPr>
            <w:tcW w:w="7234" w:type="dxa"/>
            <w:tcBorders>
              <w:top w:val="single" w:sz="4" w:space="0" w:color="auto"/>
              <w:left w:val="single" w:sz="4" w:space="0" w:color="auto"/>
              <w:bottom w:val="single" w:sz="4" w:space="0" w:color="auto"/>
              <w:right w:val="single" w:sz="4" w:space="0" w:color="auto"/>
            </w:tcBorders>
            <w:tcMar>
              <w:left w:w="0" w:type="dxa"/>
              <w:right w:w="0" w:type="dxa"/>
            </w:tcMar>
          </w:tcPr>
          <w:p w14:paraId="1AA248C6"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6" w:type="dxa"/>
            <w:tcBorders>
              <w:top w:val="single" w:sz="4" w:space="0" w:color="auto"/>
              <w:left w:val="single" w:sz="4" w:space="0" w:color="auto"/>
              <w:bottom w:val="single" w:sz="4" w:space="0" w:color="auto"/>
              <w:right w:val="single" w:sz="4" w:space="0" w:color="auto"/>
            </w:tcBorders>
            <w:tcMar>
              <w:left w:w="0" w:type="dxa"/>
              <w:right w:w="0" w:type="dxa"/>
            </w:tcMar>
          </w:tcPr>
          <w:p w14:paraId="5ECEA167"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3812E594"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4A30F6D0" w14:textId="77777777">
        <w:trPr>
          <w:trHeight w:val="1412"/>
        </w:trPr>
        <w:tc>
          <w:tcPr>
            <w:tcW w:w="2087" w:type="dxa"/>
            <w:vMerge/>
            <w:tcBorders>
              <w:top w:val="single" w:sz="3" w:space="0" w:color="auto"/>
              <w:left w:val="single" w:sz="4" w:space="0" w:color="auto"/>
              <w:bottom w:val="single" w:sz="4" w:space="0" w:color="auto"/>
              <w:right w:val="single" w:sz="4" w:space="0" w:color="auto"/>
            </w:tcBorders>
          </w:tcPr>
          <w:p w14:paraId="7D27D6FD" w14:textId="77777777" w:rsidR="0097296A" w:rsidRPr="007204D9" w:rsidRDefault="0097296A"/>
        </w:tc>
        <w:tc>
          <w:tcPr>
            <w:tcW w:w="2087" w:type="dxa"/>
            <w:vMerge/>
            <w:tcBorders>
              <w:top w:val="single" w:sz="3" w:space="0" w:color="auto"/>
              <w:left w:val="single" w:sz="4" w:space="0" w:color="auto"/>
              <w:bottom w:val="single" w:sz="4" w:space="0" w:color="auto"/>
              <w:right w:val="single" w:sz="4" w:space="0" w:color="auto"/>
            </w:tcBorders>
          </w:tcPr>
          <w:p w14:paraId="7C6F9FA4" w14:textId="77777777" w:rsidR="0097296A" w:rsidRPr="007204D9" w:rsidRDefault="0097296A"/>
        </w:tc>
        <w:tc>
          <w:tcPr>
            <w:tcW w:w="8700"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14C60F8"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41A78ECE" w14:textId="77777777">
        <w:trPr>
          <w:trHeight w:val="698"/>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37978E8" w14:textId="77777777" w:rsidR="0097296A" w:rsidRPr="007204D9" w:rsidRDefault="00000000">
            <w:pPr>
              <w:autoSpaceDE w:val="0"/>
              <w:autoSpaceDN w:val="0"/>
              <w:spacing w:before="2046" w:after="0" w:line="202" w:lineRule="exact"/>
              <w:jc w:val="center"/>
            </w:pPr>
            <w:r w:rsidRPr="007204D9">
              <w:rPr>
                <w:color w:val="000000"/>
                <w:sz w:val="18"/>
              </w:rPr>
              <w:t xml:space="preserve">1.8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62032F8" w14:textId="77777777" w:rsidR="0097296A" w:rsidRPr="007204D9" w:rsidRDefault="00000000">
            <w:pPr>
              <w:autoSpaceDE w:val="0"/>
              <w:autoSpaceDN w:val="0"/>
              <w:spacing w:before="2046" w:after="0" w:line="202" w:lineRule="exact"/>
              <w:jc w:val="center"/>
            </w:pPr>
            <w:r w:rsidRPr="007204D9">
              <w:rPr>
                <w:color w:val="000000"/>
                <w:sz w:val="18"/>
              </w:rPr>
              <w:t xml:space="preserve">2 </w:t>
            </w:r>
          </w:p>
        </w:tc>
        <w:tc>
          <w:tcPr>
            <w:tcW w:w="8700"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C505A5D" w14:textId="77777777" w:rsidR="0097296A" w:rsidRPr="007204D9" w:rsidRDefault="00000000">
            <w:pPr>
              <w:autoSpaceDE w:val="0"/>
              <w:autoSpaceDN w:val="0"/>
              <w:spacing w:before="126" w:after="0" w:line="206" w:lineRule="exact"/>
              <w:ind w:left="74"/>
            </w:pPr>
            <w:r w:rsidRPr="007204D9">
              <w:rPr>
                <w:b/>
                <w:color w:val="000000"/>
                <w:sz w:val="18"/>
              </w:rPr>
              <w:t xml:space="preserve">Os banheiros são dotados de sistemas de ventilação e/ou exaustão eficientes para o exterior? (Doc. Ref. NR 24.1.26b - Ministério do Trabalho e Emprego; Código de Obras do Município). </w:t>
            </w:r>
          </w:p>
        </w:tc>
      </w:tr>
      <w:tr w:rsidR="0097296A" w:rsidRPr="007204D9" w14:paraId="78804269" w14:textId="77777777" w:rsidTr="00A17CFE">
        <w:trPr>
          <w:trHeight w:val="400"/>
        </w:trPr>
        <w:tc>
          <w:tcPr>
            <w:tcW w:w="2087" w:type="dxa"/>
            <w:vMerge/>
            <w:tcBorders>
              <w:top w:val="single" w:sz="4" w:space="0" w:color="auto"/>
              <w:left w:val="single" w:sz="4" w:space="0" w:color="auto"/>
              <w:bottom w:val="single" w:sz="4" w:space="0" w:color="auto"/>
              <w:right w:val="single" w:sz="4" w:space="0" w:color="auto"/>
            </w:tcBorders>
          </w:tcPr>
          <w:p w14:paraId="541E59B0" w14:textId="77777777" w:rsidR="0097296A" w:rsidRPr="007204D9" w:rsidRDefault="0097296A"/>
        </w:tc>
        <w:tc>
          <w:tcPr>
            <w:tcW w:w="2087" w:type="dxa"/>
            <w:vMerge/>
            <w:tcBorders>
              <w:top w:val="single" w:sz="4" w:space="0" w:color="auto"/>
              <w:left w:val="single" w:sz="4" w:space="0" w:color="auto"/>
              <w:bottom w:val="single" w:sz="4" w:space="0" w:color="auto"/>
              <w:right w:val="single" w:sz="4" w:space="0" w:color="auto"/>
            </w:tcBorders>
          </w:tcPr>
          <w:p w14:paraId="2B63A183" w14:textId="77777777" w:rsidR="0097296A" w:rsidRPr="007204D9" w:rsidRDefault="0097296A"/>
        </w:tc>
        <w:tc>
          <w:tcPr>
            <w:tcW w:w="7234" w:type="dxa"/>
            <w:tcBorders>
              <w:top w:val="single" w:sz="4" w:space="0" w:color="auto"/>
              <w:left w:val="single" w:sz="4" w:space="0" w:color="auto"/>
              <w:bottom w:val="single" w:sz="4" w:space="0" w:color="auto"/>
              <w:right w:val="single" w:sz="4" w:space="0" w:color="auto"/>
            </w:tcBorders>
            <w:tcMar>
              <w:left w:w="0" w:type="dxa"/>
              <w:right w:w="0" w:type="dxa"/>
            </w:tcMar>
          </w:tcPr>
          <w:p w14:paraId="2837D9A3" w14:textId="77777777" w:rsidR="0097296A" w:rsidRPr="007204D9" w:rsidRDefault="00000000">
            <w:pPr>
              <w:autoSpaceDE w:val="0"/>
              <w:autoSpaceDN w:val="0"/>
              <w:spacing w:before="98" w:after="0" w:line="202" w:lineRule="exact"/>
              <w:ind w:left="74"/>
            </w:pPr>
            <w:r w:rsidRPr="007204D9">
              <w:rPr>
                <w:color w:val="000000"/>
                <w:sz w:val="18"/>
              </w:rPr>
              <w:t xml:space="preserve">Sim, possuem ventilação e/ou exaustão adequada. </w:t>
            </w:r>
          </w:p>
        </w:tc>
        <w:tc>
          <w:tcPr>
            <w:tcW w:w="566" w:type="dxa"/>
            <w:tcBorders>
              <w:top w:val="single" w:sz="4" w:space="0" w:color="auto"/>
              <w:left w:val="single" w:sz="4" w:space="0" w:color="auto"/>
              <w:bottom w:val="single" w:sz="4" w:space="0" w:color="auto"/>
              <w:right w:val="single" w:sz="4" w:space="0" w:color="auto"/>
            </w:tcBorders>
            <w:tcMar>
              <w:left w:w="0" w:type="dxa"/>
              <w:right w:w="0" w:type="dxa"/>
            </w:tcMar>
          </w:tcPr>
          <w:p w14:paraId="01A4FACA" w14:textId="77777777" w:rsidR="0097296A" w:rsidRPr="007204D9" w:rsidRDefault="00000000">
            <w:pPr>
              <w:autoSpaceDE w:val="0"/>
              <w:autoSpaceDN w:val="0"/>
              <w:spacing w:before="98" w:after="0" w:line="202" w:lineRule="exact"/>
              <w:ind w:right="104"/>
              <w:jc w:val="right"/>
            </w:pPr>
            <w:r w:rsidRPr="007204D9">
              <w:rPr>
                <w:color w:val="000000"/>
                <w:sz w:val="18"/>
              </w:rPr>
              <w:t xml:space="preserve">AT </w:t>
            </w:r>
          </w:p>
        </w:tc>
        <w:tc>
          <w:tcPr>
            <w:tcW w:w="90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3135D02E"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683A8504" w14:textId="77777777" w:rsidTr="00A17CFE">
        <w:trPr>
          <w:trHeight w:val="396"/>
        </w:trPr>
        <w:tc>
          <w:tcPr>
            <w:tcW w:w="2087" w:type="dxa"/>
            <w:vMerge/>
            <w:tcBorders>
              <w:top w:val="single" w:sz="4" w:space="0" w:color="auto"/>
              <w:left w:val="single" w:sz="4" w:space="0" w:color="auto"/>
              <w:bottom w:val="single" w:sz="4" w:space="0" w:color="auto"/>
              <w:right w:val="single" w:sz="4" w:space="0" w:color="auto"/>
            </w:tcBorders>
          </w:tcPr>
          <w:p w14:paraId="6B80A958" w14:textId="77777777" w:rsidR="0097296A" w:rsidRPr="007204D9" w:rsidRDefault="0097296A"/>
        </w:tc>
        <w:tc>
          <w:tcPr>
            <w:tcW w:w="2087" w:type="dxa"/>
            <w:vMerge/>
            <w:tcBorders>
              <w:top w:val="single" w:sz="4" w:space="0" w:color="auto"/>
              <w:left w:val="single" w:sz="4" w:space="0" w:color="auto"/>
              <w:bottom w:val="single" w:sz="4" w:space="0" w:color="auto"/>
              <w:right w:val="single" w:sz="4" w:space="0" w:color="auto"/>
            </w:tcBorders>
          </w:tcPr>
          <w:p w14:paraId="41ED8C7B" w14:textId="77777777" w:rsidR="0097296A" w:rsidRPr="007204D9" w:rsidRDefault="0097296A"/>
        </w:tc>
        <w:tc>
          <w:tcPr>
            <w:tcW w:w="7234" w:type="dxa"/>
            <w:tcBorders>
              <w:top w:val="single" w:sz="4" w:space="0" w:color="auto"/>
              <w:left w:val="single" w:sz="4" w:space="0" w:color="auto"/>
              <w:bottom w:val="single" w:sz="4" w:space="0" w:color="auto"/>
              <w:right w:val="single" w:sz="4" w:space="0" w:color="auto"/>
            </w:tcBorders>
            <w:tcMar>
              <w:left w:w="0" w:type="dxa"/>
              <w:right w:w="0" w:type="dxa"/>
            </w:tcMar>
          </w:tcPr>
          <w:p w14:paraId="513319BB" w14:textId="77777777" w:rsidR="0097296A" w:rsidRPr="007204D9" w:rsidRDefault="00000000">
            <w:pPr>
              <w:autoSpaceDE w:val="0"/>
              <w:autoSpaceDN w:val="0"/>
              <w:spacing w:before="94" w:after="0" w:line="202" w:lineRule="exact"/>
              <w:ind w:left="74"/>
            </w:pPr>
            <w:r w:rsidRPr="007204D9">
              <w:rPr>
                <w:color w:val="000000"/>
                <w:sz w:val="18"/>
              </w:rPr>
              <w:t xml:space="preserve">Não, os sanitários não possuem ventilação ou exaustão adequada. </w:t>
            </w:r>
          </w:p>
        </w:tc>
        <w:tc>
          <w:tcPr>
            <w:tcW w:w="566" w:type="dxa"/>
            <w:tcBorders>
              <w:top w:val="single" w:sz="4" w:space="0" w:color="auto"/>
              <w:left w:val="single" w:sz="4" w:space="0" w:color="auto"/>
              <w:bottom w:val="single" w:sz="4" w:space="0" w:color="auto"/>
              <w:right w:val="single" w:sz="4" w:space="0" w:color="auto"/>
            </w:tcBorders>
            <w:tcMar>
              <w:left w:w="0" w:type="dxa"/>
              <w:right w:w="0" w:type="dxa"/>
            </w:tcMar>
          </w:tcPr>
          <w:p w14:paraId="306F0CFA" w14:textId="77777777" w:rsidR="0097296A" w:rsidRPr="007204D9" w:rsidRDefault="00000000">
            <w:pPr>
              <w:autoSpaceDE w:val="0"/>
              <w:autoSpaceDN w:val="0"/>
              <w:spacing w:before="94" w:after="0" w:line="202" w:lineRule="exact"/>
              <w:jc w:val="center"/>
            </w:pPr>
            <w:r w:rsidRPr="007204D9">
              <w:rPr>
                <w:color w:val="000000"/>
                <w:sz w:val="18"/>
              </w:rPr>
              <w:t>NAT</w:t>
            </w:r>
          </w:p>
        </w:tc>
        <w:tc>
          <w:tcPr>
            <w:tcW w:w="90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F5197D5" w14:textId="77777777" w:rsidR="0097296A" w:rsidRPr="007204D9" w:rsidRDefault="00000000">
            <w:pPr>
              <w:autoSpaceDE w:val="0"/>
              <w:autoSpaceDN w:val="0"/>
              <w:spacing w:before="94" w:after="0" w:line="202" w:lineRule="exact"/>
              <w:jc w:val="center"/>
            </w:pPr>
            <w:r w:rsidRPr="007204D9">
              <w:rPr>
                <w:color w:val="000000"/>
                <w:sz w:val="18"/>
              </w:rPr>
              <w:t xml:space="preserve">3 </w:t>
            </w:r>
          </w:p>
        </w:tc>
      </w:tr>
      <w:tr w:rsidR="0097296A" w:rsidRPr="007204D9" w14:paraId="5265B5A5" w14:textId="77777777">
        <w:trPr>
          <w:trHeight w:val="398"/>
        </w:trPr>
        <w:tc>
          <w:tcPr>
            <w:tcW w:w="2087" w:type="dxa"/>
            <w:vMerge/>
            <w:tcBorders>
              <w:top w:val="single" w:sz="4" w:space="0" w:color="auto"/>
              <w:left w:val="single" w:sz="4" w:space="0" w:color="auto"/>
              <w:bottom w:val="single" w:sz="4" w:space="0" w:color="auto"/>
              <w:right w:val="single" w:sz="4" w:space="0" w:color="auto"/>
            </w:tcBorders>
          </w:tcPr>
          <w:p w14:paraId="280DE4F6" w14:textId="77777777" w:rsidR="0097296A" w:rsidRPr="007204D9" w:rsidRDefault="0097296A"/>
        </w:tc>
        <w:tc>
          <w:tcPr>
            <w:tcW w:w="2087" w:type="dxa"/>
            <w:vMerge/>
            <w:tcBorders>
              <w:top w:val="single" w:sz="4" w:space="0" w:color="auto"/>
              <w:left w:val="single" w:sz="4" w:space="0" w:color="auto"/>
              <w:bottom w:val="single" w:sz="4" w:space="0" w:color="auto"/>
              <w:right w:val="single" w:sz="4" w:space="0" w:color="auto"/>
            </w:tcBorders>
          </w:tcPr>
          <w:p w14:paraId="38158A88" w14:textId="77777777" w:rsidR="0097296A" w:rsidRPr="007204D9" w:rsidRDefault="0097296A"/>
        </w:tc>
        <w:tc>
          <w:tcPr>
            <w:tcW w:w="7234" w:type="dxa"/>
            <w:tcBorders>
              <w:top w:val="single" w:sz="4" w:space="0" w:color="auto"/>
              <w:left w:val="single" w:sz="4" w:space="0" w:color="auto"/>
              <w:bottom w:val="single" w:sz="3" w:space="0" w:color="auto"/>
              <w:right w:val="single" w:sz="4" w:space="0" w:color="auto"/>
            </w:tcBorders>
            <w:tcMar>
              <w:left w:w="0" w:type="dxa"/>
              <w:right w:w="0" w:type="dxa"/>
            </w:tcMar>
          </w:tcPr>
          <w:p w14:paraId="2D706317" w14:textId="77777777" w:rsidR="0097296A" w:rsidRPr="007204D9" w:rsidRDefault="00000000">
            <w:pPr>
              <w:autoSpaceDE w:val="0"/>
              <w:autoSpaceDN w:val="0"/>
              <w:spacing w:before="96" w:after="0" w:line="202" w:lineRule="exact"/>
              <w:ind w:left="74"/>
            </w:pPr>
            <w:r w:rsidRPr="007204D9">
              <w:rPr>
                <w:color w:val="000000"/>
                <w:sz w:val="18"/>
              </w:rPr>
              <w:t xml:space="preserve">Não aplicável. Não há sanitários. </w:t>
            </w:r>
          </w:p>
        </w:tc>
        <w:tc>
          <w:tcPr>
            <w:tcW w:w="566" w:type="dxa"/>
            <w:tcBorders>
              <w:top w:val="single" w:sz="4" w:space="0" w:color="auto"/>
              <w:left w:val="single" w:sz="4" w:space="0" w:color="auto"/>
              <w:bottom w:val="single" w:sz="3" w:space="0" w:color="auto"/>
              <w:right w:val="single" w:sz="4" w:space="0" w:color="auto"/>
            </w:tcBorders>
            <w:tcMar>
              <w:left w:w="0" w:type="dxa"/>
              <w:right w:w="0" w:type="dxa"/>
            </w:tcMar>
          </w:tcPr>
          <w:p w14:paraId="4B964179" w14:textId="77777777" w:rsidR="0097296A" w:rsidRPr="007204D9" w:rsidRDefault="00000000">
            <w:pPr>
              <w:autoSpaceDE w:val="0"/>
              <w:autoSpaceDN w:val="0"/>
              <w:spacing w:before="96" w:after="0" w:line="202" w:lineRule="exact"/>
              <w:jc w:val="center"/>
            </w:pPr>
            <w:r w:rsidRPr="007204D9">
              <w:rPr>
                <w:color w:val="000000"/>
                <w:sz w:val="18"/>
              </w:rPr>
              <w:t>NAP</w:t>
            </w:r>
          </w:p>
        </w:tc>
        <w:tc>
          <w:tcPr>
            <w:tcW w:w="900" w:type="dxa"/>
            <w:tcBorders>
              <w:top w:val="single" w:sz="4" w:space="0" w:color="auto"/>
              <w:left w:val="single" w:sz="4" w:space="0" w:color="auto"/>
              <w:bottom w:val="single" w:sz="3" w:space="0" w:color="auto"/>
              <w:right w:val="single" w:sz="4" w:space="0" w:color="auto"/>
            </w:tcBorders>
            <w:tcMar>
              <w:left w:w="0" w:type="dxa"/>
              <w:right w:w="0" w:type="dxa"/>
            </w:tcMar>
          </w:tcPr>
          <w:p w14:paraId="5E5A89CF"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7A469184" w14:textId="77777777">
        <w:trPr>
          <w:trHeight w:val="402"/>
        </w:trPr>
        <w:tc>
          <w:tcPr>
            <w:tcW w:w="2087" w:type="dxa"/>
            <w:vMerge/>
            <w:tcBorders>
              <w:top w:val="single" w:sz="4" w:space="0" w:color="auto"/>
              <w:left w:val="single" w:sz="4" w:space="0" w:color="auto"/>
              <w:bottom w:val="single" w:sz="4" w:space="0" w:color="auto"/>
              <w:right w:val="single" w:sz="4" w:space="0" w:color="auto"/>
            </w:tcBorders>
          </w:tcPr>
          <w:p w14:paraId="22F666EA" w14:textId="77777777" w:rsidR="0097296A" w:rsidRPr="007204D9" w:rsidRDefault="0097296A"/>
        </w:tc>
        <w:tc>
          <w:tcPr>
            <w:tcW w:w="2087" w:type="dxa"/>
            <w:vMerge/>
            <w:tcBorders>
              <w:top w:val="single" w:sz="4" w:space="0" w:color="auto"/>
              <w:left w:val="single" w:sz="4" w:space="0" w:color="auto"/>
              <w:bottom w:val="single" w:sz="4" w:space="0" w:color="auto"/>
              <w:right w:val="single" w:sz="4" w:space="0" w:color="auto"/>
            </w:tcBorders>
          </w:tcPr>
          <w:p w14:paraId="61D6EF08" w14:textId="77777777" w:rsidR="0097296A" w:rsidRPr="007204D9" w:rsidRDefault="0097296A"/>
        </w:tc>
        <w:tc>
          <w:tcPr>
            <w:tcW w:w="7234" w:type="dxa"/>
            <w:tcBorders>
              <w:top w:val="single" w:sz="3" w:space="0" w:color="auto"/>
              <w:left w:val="single" w:sz="4" w:space="0" w:color="auto"/>
              <w:bottom w:val="single" w:sz="4" w:space="0" w:color="auto"/>
              <w:right w:val="single" w:sz="4" w:space="0" w:color="auto"/>
            </w:tcBorders>
            <w:tcMar>
              <w:left w:w="0" w:type="dxa"/>
              <w:right w:w="0" w:type="dxa"/>
            </w:tcMar>
          </w:tcPr>
          <w:p w14:paraId="0D9CDF73" w14:textId="77777777" w:rsidR="0097296A" w:rsidRPr="007204D9" w:rsidRDefault="00000000">
            <w:pPr>
              <w:autoSpaceDE w:val="0"/>
              <w:autoSpaceDN w:val="0"/>
              <w:spacing w:before="100" w:after="0" w:line="200" w:lineRule="exact"/>
              <w:ind w:left="74"/>
            </w:pPr>
            <w:r w:rsidRPr="007204D9">
              <w:rPr>
                <w:color w:val="000000"/>
                <w:sz w:val="18"/>
              </w:rPr>
              <w:t xml:space="preserve">Não observado. (Especificar no comentário o motivo da não observação) </w:t>
            </w:r>
          </w:p>
        </w:tc>
        <w:tc>
          <w:tcPr>
            <w:tcW w:w="566" w:type="dxa"/>
            <w:tcBorders>
              <w:top w:val="single" w:sz="3" w:space="0" w:color="auto"/>
              <w:left w:val="single" w:sz="4" w:space="0" w:color="auto"/>
              <w:bottom w:val="single" w:sz="4" w:space="0" w:color="auto"/>
              <w:right w:val="single" w:sz="4" w:space="0" w:color="auto"/>
            </w:tcBorders>
            <w:tcMar>
              <w:left w:w="0" w:type="dxa"/>
              <w:right w:w="0" w:type="dxa"/>
            </w:tcMar>
          </w:tcPr>
          <w:p w14:paraId="5634F493" w14:textId="77777777" w:rsidR="0097296A" w:rsidRPr="007204D9" w:rsidRDefault="00000000">
            <w:pPr>
              <w:autoSpaceDE w:val="0"/>
              <w:autoSpaceDN w:val="0"/>
              <w:spacing w:before="100" w:after="0" w:line="200" w:lineRule="exact"/>
              <w:jc w:val="center"/>
            </w:pPr>
            <w:r w:rsidRPr="007204D9">
              <w:rPr>
                <w:color w:val="000000"/>
                <w:sz w:val="18"/>
              </w:rPr>
              <w:t xml:space="preserve">NO </w:t>
            </w:r>
          </w:p>
        </w:tc>
        <w:tc>
          <w:tcPr>
            <w:tcW w:w="900" w:type="dxa"/>
            <w:tcBorders>
              <w:top w:val="single" w:sz="3" w:space="0" w:color="auto"/>
              <w:left w:val="single" w:sz="4" w:space="0" w:color="auto"/>
              <w:bottom w:val="single" w:sz="4" w:space="0" w:color="auto"/>
              <w:right w:val="single" w:sz="4" w:space="0" w:color="auto"/>
            </w:tcBorders>
            <w:tcMar>
              <w:left w:w="0" w:type="dxa"/>
              <w:right w:w="0" w:type="dxa"/>
            </w:tcMar>
          </w:tcPr>
          <w:p w14:paraId="48979547"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19623DA9" w14:textId="77777777">
        <w:trPr>
          <w:trHeight w:val="2006"/>
        </w:trPr>
        <w:tc>
          <w:tcPr>
            <w:tcW w:w="2087" w:type="dxa"/>
            <w:vMerge/>
            <w:tcBorders>
              <w:top w:val="single" w:sz="4" w:space="0" w:color="auto"/>
              <w:left w:val="single" w:sz="4" w:space="0" w:color="auto"/>
              <w:bottom w:val="single" w:sz="4" w:space="0" w:color="auto"/>
              <w:right w:val="single" w:sz="4" w:space="0" w:color="auto"/>
            </w:tcBorders>
          </w:tcPr>
          <w:p w14:paraId="00497529" w14:textId="77777777" w:rsidR="0097296A" w:rsidRPr="007204D9" w:rsidRDefault="0097296A"/>
        </w:tc>
        <w:tc>
          <w:tcPr>
            <w:tcW w:w="2087" w:type="dxa"/>
            <w:vMerge/>
            <w:tcBorders>
              <w:top w:val="single" w:sz="4" w:space="0" w:color="auto"/>
              <w:left w:val="single" w:sz="4" w:space="0" w:color="auto"/>
              <w:bottom w:val="single" w:sz="4" w:space="0" w:color="auto"/>
              <w:right w:val="single" w:sz="4" w:space="0" w:color="auto"/>
            </w:tcBorders>
          </w:tcPr>
          <w:p w14:paraId="1D205148" w14:textId="77777777" w:rsidR="0097296A" w:rsidRPr="007204D9" w:rsidRDefault="0097296A"/>
        </w:tc>
        <w:tc>
          <w:tcPr>
            <w:tcW w:w="8700"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BDAF126"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r w:rsidR="0097296A" w:rsidRPr="007204D9" w14:paraId="1809ED49" w14:textId="77777777">
        <w:trPr>
          <w:trHeight w:val="404"/>
        </w:trPr>
        <w:tc>
          <w:tcPr>
            <w:tcW w:w="10404" w:type="dxa"/>
            <w:gridSpan w:val="5"/>
            <w:tcBorders>
              <w:top w:val="single" w:sz="4" w:space="0" w:color="auto"/>
              <w:left w:val="single" w:sz="4" w:space="0" w:color="auto"/>
              <w:bottom w:val="single" w:sz="4" w:space="0" w:color="auto"/>
              <w:right w:val="single" w:sz="4" w:space="0" w:color="auto"/>
            </w:tcBorders>
            <w:tcMar>
              <w:left w:w="0" w:type="dxa"/>
              <w:right w:w="0" w:type="dxa"/>
            </w:tcMar>
          </w:tcPr>
          <w:p w14:paraId="68E443CD" w14:textId="77777777" w:rsidR="0097296A" w:rsidRPr="007204D9" w:rsidRDefault="00000000">
            <w:pPr>
              <w:autoSpaceDE w:val="0"/>
              <w:autoSpaceDN w:val="0"/>
              <w:spacing w:before="86" w:after="0" w:line="202" w:lineRule="exact"/>
              <w:jc w:val="center"/>
            </w:pPr>
            <w:r w:rsidRPr="007204D9">
              <w:rPr>
                <w:b/>
                <w:color w:val="000000"/>
                <w:sz w:val="18"/>
              </w:rPr>
              <w:t xml:space="preserve">RESULTADO </w:t>
            </w:r>
          </w:p>
        </w:tc>
      </w:tr>
      <w:tr w:rsidR="0097296A" w:rsidRPr="007204D9" w14:paraId="4AB41E3A" w14:textId="77777777">
        <w:trPr>
          <w:trHeight w:val="3520"/>
        </w:trPr>
        <w:tc>
          <w:tcPr>
            <w:tcW w:w="10404" w:type="dxa"/>
            <w:gridSpan w:val="5"/>
            <w:tcBorders>
              <w:top w:val="single" w:sz="4" w:space="0" w:color="auto"/>
              <w:left w:val="single" w:sz="4" w:space="0" w:color="auto"/>
              <w:bottom w:val="single" w:sz="4" w:space="0" w:color="auto"/>
              <w:right w:val="single" w:sz="4" w:space="0" w:color="auto"/>
            </w:tcBorders>
            <w:tcMar>
              <w:left w:w="0" w:type="dxa"/>
              <w:right w:w="0" w:type="dxa"/>
            </w:tcMar>
          </w:tcPr>
          <w:p w14:paraId="4FE0CCE1" w14:textId="77777777" w:rsidR="0097296A" w:rsidRPr="007204D9" w:rsidRDefault="00000000">
            <w:pPr>
              <w:autoSpaceDE w:val="0"/>
              <w:autoSpaceDN w:val="0"/>
              <w:spacing w:before="140" w:after="22" w:line="236" w:lineRule="exact"/>
              <w:ind w:left="9688" w:hanging="5804"/>
            </w:pPr>
            <w:r w:rsidRPr="007204D9">
              <w:rPr>
                <w:b/>
                <w:color w:val="000000"/>
                <w:sz w:val="18"/>
              </w:rPr>
              <w:t xml:space="preserve">DIAGNÓSTICO QUANTITATIVO </w:t>
            </w:r>
            <w:r w:rsidRPr="007204D9">
              <w:br/>
            </w:r>
            <w:r w:rsidRPr="007204D9">
              <w:rPr>
                <w:color w:val="000000"/>
                <w:sz w:val="18"/>
              </w:rPr>
              <w:t>Máximo possível</w:t>
            </w:r>
          </w:p>
          <w:tbl>
            <w:tblPr>
              <w:tblW w:w="0" w:type="auto"/>
              <w:tblInd w:w="196" w:type="dxa"/>
              <w:tblLayout w:type="fixed"/>
              <w:tblLook w:val="04A0" w:firstRow="1" w:lastRow="0" w:firstColumn="1" w:lastColumn="0" w:noHBand="0" w:noVBand="1"/>
            </w:tblPr>
            <w:tblGrid>
              <w:gridCol w:w="4360"/>
              <w:gridCol w:w="760"/>
              <w:gridCol w:w="3080"/>
              <w:gridCol w:w="660"/>
              <w:gridCol w:w="520"/>
              <w:gridCol w:w="760"/>
            </w:tblGrid>
            <w:tr w:rsidR="0097296A" w:rsidRPr="007204D9" w14:paraId="47CE6A8A" w14:textId="77777777">
              <w:trPr>
                <w:trHeight w:val="420"/>
              </w:trPr>
              <w:tc>
                <w:tcPr>
                  <w:tcW w:w="4360" w:type="dxa"/>
                  <w:tcMar>
                    <w:left w:w="0" w:type="dxa"/>
                    <w:right w:w="0" w:type="dxa"/>
                  </w:tcMar>
                </w:tcPr>
                <w:p w14:paraId="7E20B8E3" w14:textId="77777777" w:rsidR="0097296A" w:rsidRPr="007204D9" w:rsidRDefault="00000000">
                  <w:pPr>
                    <w:autoSpaceDE w:val="0"/>
                    <w:autoSpaceDN w:val="0"/>
                    <w:spacing w:before="22" w:after="0" w:line="200" w:lineRule="exact"/>
                    <w:ind w:left="208"/>
                  </w:pPr>
                  <w:r w:rsidRPr="007204D9">
                    <w:rPr>
                      <w:b/>
                      <w:color w:val="000000"/>
                      <w:sz w:val="18"/>
                    </w:rPr>
                    <w:t xml:space="preserve">Número de questões da subárea: </w:t>
                  </w:r>
                </w:p>
              </w:tc>
              <w:tc>
                <w:tcPr>
                  <w:tcW w:w="760" w:type="dxa"/>
                  <w:tcMar>
                    <w:left w:w="0" w:type="dxa"/>
                    <w:right w:w="0" w:type="dxa"/>
                  </w:tcMar>
                </w:tcPr>
                <w:p w14:paraId="4861E4E9" w14:textId="77777777" w:rsidR="0097296A" w:rsidRPr="007204D9" w:rsidRDefault="00000000">
                  <w:pPr>
                    <w:autoSpaceDE w:val="0"/>
                    <w:autoSpaceDN w:val="0"/>
                    <w:spacing w:before="134" w:after="0" w:line="202" w:lineRule="exact"/>
                    <w:ind w:right="162"/>
                    <w:jc w:val="right"/>
                  </w:pPr>
                  <w:r w:rsidRPr="007204D9">
                    <w:rPr>
                      <w:color w:val="000000"/>
                      <w:sz w:val="18"/>
                    </w:rPr>
                    <w:t xml:space="preserve">8 </w:t>
                  </w:r>
                </w:p>
              </w:tc>
              <w:tc>
                <w:tcPr>
                  <w:tcW w:w="3080" w:type="dxa"/>
                  <w:vMerge w:val="restart"/>
                  <w:tcMar>
                    <w:left w:w="0" w:type="dxa"/>
                    <w:right w:w="0" w:type="dxa"/>
                  </w:tcMar>
                </w:tcPr>
                <w:p w14:paraId="6E978FA4" w14:textId="77777777" w:rsidR="0097296A" w:rsidRPr="007204D9" w:rsidRDefault="00000000">
                  <w:pPr>
                    <w:autoSpaceDE w:val="0"/>
                    <w:autoSpaceDN w:val="0"/>
                    <w:spacing w:before="434" w:after="0" w:line="202" w:lineRule="exact"/>
                    <w:ind w:left="172"/>
                  </w:pPr>
                  <w:r w:rsidRPr="007204D9">
                    <w:rPr>
                      <w:b/>
                      <w:color w:val="000000"/>
                      <w:sz w:val="18"/>
                    </w:rPr>
                    <w:t xml:space="preserve">Atendimento em relação ao total </w:t>
                  </w:r>
                </w:p>
              </w:tc>
              <w:tc>
                <w:tcPr>
                  <w:tcW w:w="660" w:type="dxa"/>
                  <w:vMerge w:val="restart"/>
                  <w:tcMar>
                    <w:left w:w="0" w:type="dxa"/>
                    <w:right w:w="0" w:type="dxa"/>
                  </w:tcMar>
                </w:tcPr>
                <w:p w14:paraId="476E6DFB" w14:textId="77777777" w:rsidR="0097296A" w:rsidRPr="007204D9" w:rsidRDefault="00000000">
                  <w:pPr>
                    <w:autoSpaceDE w:val="0"/>
                    <w:autoSpaceDN w:val="0"/>
                    <w:spacing w:before="640" w:after="0" w:line="200" w:lineRule="exact"/>
                    <w:jc w:val="center"/>
                  </w:pPr>
                  <w:r w:rsidRPr="007204D9">
                    <w:rPr>
                      <w:b/>
                      <w:color w:val="000000"/>
                      <w:sz w:val="18"/>
                    </w:rPr>
                    <w:t>0,0%</w:t>
                  </w:r>
                </w:p>
              </w:tc>
              <w:tc>
                <w:tcPr>
                  <w:tcW w:w="520" w:type="dxa"/>
                  <w:vMerge w:val="restart"/>
                  <w:tcMar>
                    <w:left w:w="0" w:type="dxa"/>
                    <w:right w:w="0" w:type="dxa"/>
                  </w:tcMar>
                </w:tcPr>
                <w:p w14:paraId="727E0322" w14:textId="77777777" w:rsidR="0097296A" w:rsidRPr="007204D9" w:rsidRDefault="00000000">
                  <w:pPr>
                    <w:autoSpaceDE w:val="0"/>
                    <w:autoSpaceDN w:val="0"/>
                    <w:spacing w:before="644" w:after="0" w:line="200" w:lineRule="exact"/>
                    <w:jc w:val="center"/>
                  </w:pPr>
                  <w:r w:rsidRPr="007204D9">
                    <w:rPr>
                      <w:b/>
                      <w:color w:val="000000"/>
                      <w:sz w:val="18"/>
                    </w:rPr>
                    <w:t>de</w:t>
                  </w:r>
                </w:p>
              </w:tc>
              <w:tc>
                <w:tcPr>
                  <w:tcW w:w="760" w:type="dxa"/>
                  <w:vMerge w:val="restart"/>
                  <w:tcMar>
                    <w:left w:w="0" w:type="dxa"/>
                    <w:right w:w="0" w:type="dxa"/>
                  </w:tcMar>
                </w:tcPr>
                <w:p w14:paraId="674B1E18" w14:textId="77777777" w:rsidR="0097296A" w:rsidRPr="007204D9" w:rsidRDefault="00000000">
                  <w:pPr>
                    <w:autoSpaceDE w:val="0"/>
                    <w:autoSpaceDN w:val="0"/>
                    <w:spacing w:before="644" w:after="0" w:line="200" w:lineRule="exact"/>
                    <w:ind w:left="176"/>
                  </w:pPr>
                  <w:r w:rsidRPr="007204D9">
                    <w:rPr>
                      <w:b/>
                      <w:color w:val="000000"/>
                      <w:sz w:val="18"/>
                    </w:rPr>
                    <w:t xml:space="preserve">11,8% </w:t>
                  </w:r>
                </w:p>
              </w:tc>
            </w:tr>
            <w:tr w:rsidR="0097296A" w:rsidRPr="007204D9" w14:paraId="7863AFAE" w14:textId="77777777">
              <w:trPr>
                <w:trHeight w:val="220"/>
              </w:trPr>
              <w:tc>
                <w:tcPr>
                  <w:tcW w:w="4360" w:type="dxa"/>
                  <w:vMerge w:val="restart"/>
                  <w:tcMar>
                    <w:left w:w="0" w:type="dxa"/>
                    <w:right w:w="0" w:type="dxa"/>
                  </w:tcMar>
                </w:tcPr>
                <w:p w14:paraId="54DA1895" w14:textId="77777777" w:rsidR="0097296A" w:rsidRPr="007204D9" w:rsidRDefault="00000000">
                  <w:pPr>
                    <w:autoSpaceDE w:val="0"/>
                    <w:autoSpaceDN w:val="0"/>
                    <w:spacing w:before="120" w:after="0" w:line="202" w:lineRule="exact"/>
                    <w:ind w:left="208"/>
                  </w:pPr>
                  <w:r w:rsidRPr="007204D9">
                    <w:rPr>
                      <w:b/>
                      <w:color w:val="000000"/>
                      <w:sz w:val="18"/>
                    </w:rPr>
                    <w:t xml:space="preserve">Número de questões qualitativas: </w:t>
                  </w:r>
                </w:p>
              </w:tc>
              <w:tc>
                <w:tcPr>
                  <w:tcW w:w="760" w:type="dxa"/>
                  <w:vMerge w:val="restart"/>
                  <w:tcMar>
                    <w:left w:w="0" w:type="dxa"/>
                    <w:right w:w="0" w:type="dxa"/>
                  </w:tcMar>
                </w:tcPr>
                <w:p w14:paraId="4DEDEDE9" w14:textId="77777777" w:rsidR="0097296A" w:rsidRPr="007204D9" w:rsidRDefault="00000000">
                  <w:pPr>
                    <w:autoSpaceDE w:val="0"/>
                    <w:autoSpaceDN w:val="0"/>
                    <w:spacing w:before="220" w:after="0" w:line="200" w:lineRule="exact"/>
                    <w:ind w:right="162"/>
                    <w:jc w:val="right"/>
                  </w:pPr>
                  <w:r w:rsidRPr="007204D9">
                    <w:rPr>
                      <w:color w:val="000000"/>
                      <w:sz w:val="18"/>
                    </w:rPr>
                    <w:t xml:space="preserve">0 </w:t>
                  </w:r>
                </w:p>
              </w:tc>
              <w:tc>
                <w:tcPr>
                  <w:tcW w:w="1734" w:type="dxa"/>
                  <w:vMerge/>
                </w:tcPr>
                <w:p w14:paraId="3BCCDF0F" w14:textId="77777777" w:rsidR="0097296A" w:rsidRPr="007204D9" w:rsidRDefault="0097296A"/>
              </w:tc>
              <w:tc>
                <w:tcPr>
                  <w:tcW w:w="1734" w:type="dxa"/>
                  <w:vMerge/>
                </w:tcPr>
                <w:p w14:paraId="3D960D01" w14:textId="77777777" w:rsidR="0097296A" w:rsidRPr="007204D9" w:rsidRDefault="0097296A"/>
              </w:tc>
              <w:tc>
                <w:tcPr>
                  <w:tcW w:w="1734" w:type="dxa"/>
                  <w:vMerge/>
                </w:tcPr>
                <w:p w14:paraId="407DAEF0" w14:textId="77777777" w:rsidR="0097296A" w:rsidRPr="007204D9" w:rsidRDefault="0097296A"/>
              </w:tc>
              <w:tc>
                <w:tcPr>
                  <w:tcW w:w="1734" w:type="dxa"/>
                  <w:vMerge/>
                </w:tcPr>
                <w:p w14:paraId="30AD0348" w14:textId="77777777" w:rsidR="0097296A" w:rsidRPr="007204D9" w:rsidRDefault="0097296A"/>
              </w:tc>
            </w:tr>
            <w:tr w:rsidR="0097296A" w:rsidRPr="007204D9" w14:paraId="6013193F" w14:textId="77777777">
              <w:trPr>
                <w:trHeight w:val="200"/>
              </w:trPr>
              <w:tc>
                <w:tcPr>
                  <w:tcW w:w="1734" w:type="dxa"/>
                  <w:vMerge/>
                </w:tcPr>
                <w:p w14:paraId="23578DD7" w14:textId="77777777" w:rsidR="0097296A" w:rsidRPr="007204D9" w:rsidRDefault="0097296A"/>
              </w:tc>
              <w:tc>
                <w:tcPr>
                  <w:tcW w:w="1734" w:type="dxa"/>
                  <w:vMerge/>
                </w:tcPr>
                <w:p w14:paraId="70E92CAC" w14:textId="77777777" w:rsidR="0097296A" w:rsidRPr="007204D9" w:rsidRDefault="0097296A"/>
              </w:tc>
              <w:tc>
                <w:tcPr>
                  <w:tcW w:w="3080" w:type="dxa"/>
                  <w:tcMar>
                    <w:left w:w="0" w:type="dxa"/>
                    <w:right w:w="0" w:type="dxa"/>
                  </w:tcMar>
                </w:tcPr>
                <w:p w14:paraId="3C63ABD6" w14:textId="77777777" w:rsidR="0097296A" w:rsidRPr="007204D9" w:rsidRDefault="00000000">
                  <w:pPr>
                    <w:autoSpaceDE w:val="0"/>
                    <w:autoSpaceDN w:val="0"/>
                    <w:spacing w:after="0" w:line="200" w:lineRule="exact"/>
                    <w:ind w:left="172"/>
                  </w:pPr>
                  <w:r w:rsidRPr="007204D9">
                    <w:rPr>
                      <w:b/>
                      <w:color w:val="000000"/>
                      <w:sz w:val="18"/>
                    </w:rPr>
                    <w:t xml:space="preserve">(ART): </w:t>
                  </w:r>
                </w:p>
              </w:tc>
              <w:tc>
                <w:tcPr>
                  <w:tcW w:w="1734" w:type="dxa"/>
                  <w:vMerge/>
                </w:tcPr>
                <w:p w14:paraId="56C3F334" w14:textId="77777777" w:rsidR="0097296A" w:rsidRPr="007204D9" w:rsidRDefault="0097296A"/>
              </w:tc>
              <w:tc>
                <w:tcPr>
                  <w:tcW w:w="1734" w:type="dxa"/>
                  <w:vMerge/>
                </w:tcPr>
                <w:p w14:paraId="3655F027" w14:textId="77777777" w:rsidR="0097296A" w:rsidRPr="007204D9" w:rsidRDefault="0097296A"/>
              </w:tc>
              <w:tc>
                <w:tcPr>
                  <w:tcW w:w="1734" w:type="dxa"/>
                  <w:vMerge/>
                </w:tcPr>
                <w:p w14:paraId="19EACEFA" w14:textId="77777777" w:rsidR="0097296A" w:rsidRPr="007204D9" w:rsidRDefault="0097296A"/>
              </w:tc>
            </w:tr>
            <w:tr w:rsidR="0097296A" w:rsidRPr="007204D9" w14:paraId="1146E751" w14:textId="77777777">
              <w:trPr>
                <w:trHeight w:val="520"/>
              </w:trPr>
              <w:tc>
                <w:tcPr>
                  <w:tcW w:w="4360" w:type="dxa"/>
                  <w:tcMar>
                    <w:left w:w="0" w:type="dxa"/>
                    <w:right w:w="0" w:type="dxa"/>
                  </w:tcMar>
                </w:tcPr>
                <w:p w14:paraId="57BC6A37" w14:textId="77777777" w:rsidR="0097296A" w:rsidRPr="007204D9" w:rsidRDefault="00000000">
                  <w:pPr>
                    <w:autoSpaceDE w:val="0"/>
                    <w:autoSpaceDN w:val="0"/>
                    <w:spacing w:before="320" w:after="0" w:line="200" w:lineRule="exact"/>
                    <w:ind w:left="208"/>
                  </w:pPr>
                  <w:r w:rsidRPr="007204D9">
                    <w:rPr>
                      <w:b/>
                      <w:color w:val="000000"/>
                      <w:sz w:val="18"/>
                    </w:rPr>
                    <w:t xml:space="preserve">Total de questões atendidas: </w:t>
                  </w:r>
                </w:p>
              </w:tc>
              <w:tc>
                <w:tcPr>
                  <w:tcW w:w="760" w:type="dxa"/>
                  <w:tcMar>
                    <w:left w:w="0" w:type="dxa"/>
                    <w:right w:w="0" w:type="dxa"/>
                  </w:tcMar>
                </w:tcPr>
                <w:p w14:paraId="7243A222" w14:textId="77777777" w:rsidR="0097296A" w:rsidRPr="007204D9" w:rsidRDefault="00000000">
                  <w:pPr>
                    <w:autoSpaceDE w:val="0"/>
                    <w:autoSpaceDN w:val="0"/>
                    <w:spacing w:before="320" w:after="0" w:line="200" w:lineRule="exact"/>
                    <w:ind w:right="162"/>
                    <w:jc w:val="right"/>
                  </w:pPr>
                  <w:r w:rsidRPr="007204D9">
                    <w:rPr>
                      <w:color w:val="000000"/>
                      <w:sz w:val="18"/>
                    </w:rPr>
                    <w:t xml:space="preserve">0 </w:t>
                  </w:r>
                </w:p>
              </w:tc>
              <w:tc>
                <w:tcPr>
                  <w:tcW w:w="3080" w:type="dxa"/>
                  <w:vMerge w:val="restart"/>
                  <w:tcMar>
                    <w:left w:w="0" w:type="dxa"/>
                    <w:right w:w="0" w:type="dxa"/>
                  </w:tcMar>
                </w:tcPr>
                <w:p w14:paraId="27AFF09C" w14:textId="77777777" w:rsidR="0097296A" w:rsidRPr="007204D9" w:rsidRDefault="00000000">
                  <w:pPr>
                    <w:autoSpaceDE w:val="0"/>
                    <w:autoSpaceDN w:val="0"/>
                    <w:spacing w:before="216" w:after="0" w:line="202" w:lineRule="exact"/>
                    <w:ind w:left="172"/>
                  </w:pPr>
                  <w:r w:rsidRPr="007204D9">
                    <w:rPr>
                      <w:b/>
                      <w:color w:val="000000"/>
                      <w:sz w:val="18"/>
                    </w:rPr>
                    <w:t xml:space="preserve">Atendimento da subárea (AS): </w:t>
                  </w:r>
                </w:p>
              </w:tc>
              <w:tc>
                <w:tcPr>
                  <w:tcW w:w="660" w:type="dxa"/>
                  <w:vMerge w:val="restart"/>
                  <w:tcMar>
                    <w:left w:w="0" w:type="dxa"/>
                    <w:right w:w="0" w:type="dxa"/>
                  </w:tcMar>
                </w:tcPr>
                <w:p w14:paraId="23AE46B2" w14:textId="77777777" w:rsidR="0097296A" w:rsidRPr="007204D9" w:rsidRDefault="00000000">
                  <w:pPr>
                    <w:autoSpaceDE w:val="0"/>
                    <w:autoSpaceDN w:val="0"/>
                    <w:spacing w:before="320" w:after="0" w:line="200" w:lineRule="exact"/>
                    <w:jc w:val="center"/>
                  </w:pPr>
                  <w:r w:rsidRPr="007204D9">
                    <w:rPr>
                      <w:b/>
                      <w:color w:val="000000"/>
                      <w:sz w:val="18"/>
                    </w:rPr>
                    <w:t>0,0%</w:t>
                  </w:r>
                </w:p>
              </w:tc>
              <w:tc>
                <w:tcPr>
                  <w:tcW w:w="1734" w:type="dxa"/>
                  <w:vMerge/>
                </w:tcPr>
                <w:p w14:paraId="6FDAF314" w14:textId="77777777" w:rsidR="0097296A" w:rsidRPr="007204D9" w:rsidRDefault="0097296A"/>
              </w:tc>
              <w:tc>
                <w:tcPr>
                  <w:tcW w:w="1734" w:type="dxa"/>
                  <w:vMerge/>
                </w:tcPr>
                <w:p w14:paraId="3DAC2CFE" w14:textId="77777777" w:rsidR="0097296A" w:rsidRPr="007204D9" w:rsidRDefault="0097296A"/>
              </w:tc>
            </w:tr>
            <w:tr w:rsidR="0097296A" w:rsidRPr="007204D9" w14:paraId="0A3ECF8F" w14:textId="77777777">
              <w:trPr>
                <w:trHeight w:val="400"/>
              </w:trPr>
              <w:tc>
                <w:tcPr>
                  <w:tcW w:w="4360" w:type="dxa"/>
                  <w:tcMar>
                    <w:left w:w="0" w:type="dxa"/>
                    <w:right w:w="0" w:type="dxa"/>
                  </w:tcMar>
                </w:tcPr>
                <w:p w14:paraId="6824B623" w14:textId="77777777" w:rsidR="0097296A" w:rsidRPr="007204D9" w:rsidRDefault="00000000">
                  <w:pPr>
                    <w:autoSpaceDE w:val="0"/>
                    <w:autoSpaceDN w:val="0"/>
                    <w:spacing w:before="198" w:after="0" w:line="202" w:lineRule="exact"/>
                    <w:ind w:left="208"/>
                  </w:pPr>
                  <w:r w:rsidRPr="007204D9">
                    <w:rPr>
                      <w:b/>
                      <w:color w:val="000000"/>
                      <w:sz w:val="18"/>
                    </w:rPr>
                    <w:t xml:space="preserve">Total de questões não atendidas: </w:t>
                  </w:r>
                </w:p>
              </w:tc>
              <w:tc>
                <w:tcPr>
                  <w:tcW w:w="760" w:type="dxa"/>
                  <w:tcMar>
                    <w:left w:w="0" w:type="dxa"/>
                    <w:right w:w="0" w:type="dxa"/>
                  </w:tcMar>
                </w:tcPr>
                <w:p w14:paraId="636C40E4" w14:textId="77777777" w:rsidR="0097296A" w:rsidRPr="007204D9" w:rsidRDefault="00000000">
                  <w:pPr>
                    <w:autoSpaceDE w:val="0"/>
                    <w:autoSpaceDN w:val="0"/>
                    <w:spacing w:before="198" w:after="0" w:line="202" w:lineRule="exact"/>
                    <w:ind w:right="162"/>
                    <w:jc w:val="right"/>
                  </w:pPr>
                  <w:r w:rsidRPr="007204D9">
                    <w:rPr>
                      <w:color w:val="000000"/>
                      <w:sz w:val="18"/>
                    </w:rPr>
                    <w:t xml:space="preserve">0 </w:t>
                  </w:r>
                </w:p>
              </w:tc>
              <w:tc>
                <w:tcPr>
                  <w:tcW w:w="1734" w:type="dxa"/>
                  <w:vMerge/>
                </w:tcPr>
                <w:p w14:paraId="4B026569" w14:textId="77777777" w:rsidR="0097296A" w:rsidRPr="007204D9" w:rsidRDefault="0097296A"/>
              </w:tc>
              <w:tc>
                <w:tcPr>
                  <w:tcW w:w="1734" w:type="dxa"/>
                  <w:vMerge/>
                </w:tcPr>
                <w:p w14:paraId="35F94D47" w14:textId="77777777" w:rsidR="0097296A" w:rsidRPr="007204D9" w:rsidRDefault="0097296A"/>
              </w:tc>
              <w:tc>
                <w:tcPr>
                  <w:tcW w:w="1734" w:type="dxa"/>
                  <w:vMerge/>
                </w:tcPr>
                <w:p w14:paraId="3816785B" w14:textId="77777777" w:rsidR="0097296A" w:rsidRPr="007204D9" w:rsidRDefault="0097296A"/>
              </w:tc>
              <w:tc>
                <w:tcPr>
                  <w:tcW w:w="1734" w:type="dxa"/>
                  <w:vMerge/>
                </w:tcPr>
                <w:p w14:paraId="5114138C" w14:textId="77777777" w:rsidR="0097296A" w:rsidRPr="007204D9" w:rsidRDefault="0097296A"/>
              </w:tc>
            </w:tr>
            <w:tr w:rsidR="0097296A" w:rsidRPr="007204D9" w14:paraId="44BBD0B6" w14:textId="77777777">
              <w:trPr>
                <w:trHeight w:val="380"/>
              </w:trPr>
              <w:tc>
                <w:tcPr>
                  <w:tcW w:w="4360" w:type="dxa"/>
                  <w:tcMar>
                    <w:left w:w="0" w:type="dxa"/>
                    <w:right w:w="0" w:type="dxa"/>
                  </w:tcMar>
                </w:tcPr>
                <w:p w14:paraId="26AD516E" w14:textId="77777777" w:rsidR="0097296A" w:rsidRPr="007204D9" w:rsidRDefault="00000000">
                  <w:pPr>
                    <w:autoSpaceDE w:val="0"/>
                    <w:autoSpaceDN w:val="0"/>
                    <w:spacing w:before="180" w:after="0" w:line="200" w:lineRule="exact"/>
                    <w:ind w:left="208"/>
                  </w:pPr>
                  <w:r w:rsidRPr="007204D9">
                    <w:rPr>
                      <w:b/>
                      <w:color w:val="000000"/>
                      <w:sz w:val="18"/>
                    </w:rPr>
                    <w:t xml:space="preserve">Total de questões não aplicáveis: </w:t>
                  </w:r>
                </w:p>
              </w:tc>
              <w:tc>
                <w:tcPr>
                  <w:tcW w:w="760" w:type="dxa"/>
                  <w:vMerge w:val="restart"/>
                  <w:tcMar>
                    <w:left w:w="0" w:type="dxa"/>
                    <w:right w:w="0" w:type="dxa"/>
                  </w:tcMar>
                </w:tcPr>
                <w:p w14:paraId="6219B071" w14:textId="77777777" w:rsidR="0097296A" w:rsidRPr="007204D9" w:rsidRDefault="00000000">
                  <w:pPr>
                    <w:autoSpaceDE w:val="0"/>
                    <w:autoSpaceDN w:val="0"/>
                    <w:spacing w:before="202" w:after="0" w:line="200" w:lineRule="exact"/>
                    <w:ind w:right="162"/>
                    <w:jc w:val="right"/>
                  </w:pPr>
                  <w:r w:rsidRPr="007204D9">
                    <w:rPr>
                      <w:color w:val="000000"/>
                      <w:sz w:val="18"/>
                    </w:rPr>
                    <w:t xml:space="preserve">0 </w:t>
                  </w:r>
                </w:p>
              </w:tc>
              <w:tc>
                <w:tcPr>
                  <w:tcW w:w="1734" w:type="dxa"/>
                  <w:vMerge/>
                </w:tcPr>
                <w:p w14:paraId="0E92C3D5" w14:textId="77777777" w:rsidR="0097296A" w:rsidRPr="007204D9" w:rsidRDefault="0097296A"/>
              </w:tc>
              <w:tc>
                <w:tcPr>
                  <w:tcW w:w="1734" w:type="dxa"/>
                  <w:vMerge/>
                </w:tcPr>
                <w:p w14:paraId="2F6F819F" w14:textId="77777777" w:rsidR="0097296A" w:rsidRPr="007204D9" w:rsidRDefault="0097296A"/>
              </w:tc>
              <w:tc>
                <w:tcPr>
                  <w:tcW w:w="1734" w:type="dxa"/>
                  <w:vMerge/>
                </w:tcPr>
                <w:p w14:paraId="63CC6FED" w14:textId="77777777" w:rsidR="0097296A" w:rsidRPr="007204D9" w:rsidRDefault="0097296A"/>
              </w:tc>
              <w:tc>
                <w:tcPr>
                  <w:tcW w:w="1734" w:type="dxa"/>
                  <w:vMerge/>
                </w:tcPr>
                <w:p w14:paraId="34EEB5A8" w14:textId="77777777" w:rsidR="0097296A" w:rsidRPr="007204D9" w:rsidRDefault="0097296A"/>
              </w:tc>
            </w:tr>
            <w:tr w:rsidR="0097296A" w:rsidRPr="007204D9" w14:paraId="365FEFFF" w14:textId="77777777">
              <w:trPr>
                <w:trHeight w:val="202"/>
              </w:trPr>
              <w:tc>
                <w:tcPr>
                  <w:tcW w:w="4360" w:type="dxa"/>
                  <w:vMerge w:val="restart"/>
                  <w:tcMar>
                    <w:left w:w="0" w:type="dxa"/>
                    <w:right w:w="0" w:type="dxa"/>
                  </w:tcMar>
                </w:tcPr>
                <w:p w14:paraId="7442B86C" w14:textId="77777777" w:rsidR="0097296A" w:rsidRPr="007204D9" w:rsidRDefault="00000000">
                  <w:pPr>
                    <w:autoSpaceDE w:val="0"/>
                    <w:autoSpaceDN w:val="0"/>
                    <w:spacing w:before="200" w:after="0" w:line="202" w:lineRule="exact"/>
                    <w:ind w:left="208"/>
                  </w:pPr>
                  <w:r w:rsidRPr="007204D9">
                    <w:rPr>
                      <w:b/>
                      <w:color w:val="000000"/>
                      <w:sz w:val="18"/>
                    </w:rPr>
                    <w:t xml:space="preserve">Total de questões atendidos com restrição: </w:t>
                  </w:r>
                </w:p>
              </w:tc>
              <w:tc>
                <w:tcPr>
                  <w:tcW w:w="1734" w:type="dxa"/>
                  <w:vMerge/>
                </w:tcPr>
                <w:p w14:paraId="3EA9ED10" w14:textId="77777777" w:rsidR="0097296A" w:rsidRPr="007204D9" w:rsidRDefault="0097296A"/>
              </w:tc>
              <w:tc>
                <w:tcPr>
                  <w:tcW w:w="1734" w:type="dxa"/>
                  <w:vMerge/>
                </w:tcPr>
                <w:p w14:paraId="17F852F6" w14:textId="77777777" w:rsidR="0097296A" w:rsidRPr="007204D9" w:rsidRDefault="0097296A"/>
              </w:tc>
              <w:tc>
                <w:tcPr>
                  <w:tcW w:w="1734" w:type="dxa"/>
                  <w:vMerge/>
                </w:tcPr>
                <w:p w14:paraId="2C935A2C" w14:textId="77777777" w:rsidR="0097296A" w:rsidRPr="007204D9" w:rsidRDefault="0097296A"/>
              </w:tc>
              <w:tc>
                <w:tcPr>
                  <w:tcW w:w="1734" w:type="dxa"/>
                  <w:vMerge/>
                </w:tcPr>
                <w:p w14:paraId="2BF7034E" w14:textId="77777777" w:rsidR="0097296A" w:rsidRPr="007204D9" w:rsidRDefault="0097296A"/>
              </w:tc>
              <w:tc>
                <w:tcPr>
                  <w:tcW w:w="1734" w:type="dxa"/>
                  <w:vMerge/>
                </w:tcPr>
                <w:p w14:paraId="3E469F74" w14:textId="77777777" w:rsidR="0097296A" w:rsidRPr="007204D9" w:rsidRDefault="0097296A"/>
              </w:tc>
            </w:tr>
            <w:tr w:rsidR="0097296A" w:rsidRPr="007204D9" w14:paraId="7BC0745F" w14:textId="77777777">
              <w:trPr>
                <w:trHeight w:val="324"/>
              </w:trPr>
              <w:tc>
                <w:tcPr>
                  <w:tcW w:w="1734" w:type="dxa"/>
                  <w:vMerge/>
                </w:tcPr>
                <w:p w14:paraId="1986CEB9" w14:textId="77777777" w:rsidR="0097296A" w:rsidRPr="007204D9" w:rsidRDefault="0097296A"/>
              </w:tc>
              <w:tc>
                <w:tcPr>
                  <w:tcW w:w="760" w:type="dxa"/>
                  <w:tcMar>
                    <w:left w:w="0" w:type="dxa"/>
                    <w:right w:w="0" w:type="dxa"/>
                  </w:tcMar>
                </w:tcPr>
                <w:p w14:paraId="63B554D0" w14:textId="77777777" w:rsidR="0097296A" w:rsidRPr="007204D9" w:rsidRDefault="00000000">
                  <w:pPr>
                    <w:autoSpaceDE w:val="0"/>
                    <w:autoSpaceDN w:val="0"/>
                    <w:spacing w:before="94" w:after="0" w:line="200" w:lineRule="exact"/>
                    <w:ind w:right="162"/>
                    <w:jc w:val="right"/>
                  </w:pPr>
                  <w:r w:rsidRPr="007204D9">
                    <w:rPr>
                      <w:color w:val="000000"/>
                      <w:sz w:val="18"/>
                    </w:rPr>
                    <w:t xml:space="preserve">0 </w:t>
                  </w:r>
                </w:p>
              </w:tc>
              <w:tc>
                <w:tcPr>
                  <w:tcW w:w="1734" w:type="dxa"/>
                  <w:vMerge/>
                </w:tcPr>
                <w:p w14:paraId="3E83A5F3" w14:textId="77777777" w:rsidR="0097296A" w:rsidRPr="007204D9" w:rsidRDefault="0097296A"/>
              </w:tc>
              <w:tc>
                <w:tcPr>
                  <w:tcW w:w="1734" w:type="dxa"/>
                  <w:vMerge/>
                </w:tcPr>
                <w:p w14:paraId="5B8234D1" w14:textId="77777777" w:rsidR="0097296A" w:rsidRPr="007204D9" w:rsidRDefault="0097296A"/>
              </w:tc>
              <w:tc>
                <w:tcPr>
                  <w:tcW w:w="1734" w:type="dxa"/>
                  <w:vMerge/>
                </w:tcPr>
                <w:p w14:paraId="2D311217" w14:textId="77777777" w:rsidR="0097296A" w:rsidRPr="007204D9" w:rsidRDefault="0097296A"/>
              </w:tc>
              <w:tc>
                <w:tcPr>
                  <w:tcW w:w="1734" w:type="dxa"/>
                  <w:vMerge/>
                </w:tcPr>
                <w:p w14:paraId="4E8FBFDE" w14:textId="77777777" w:rsidR="0097296A" w:rsidRPr="007204D9" w:rsidRDefault="0097296A"/>
              </w:tc>
            </w:tr>
          </w:tbl>
          <w:p w14:paraId="213D60B7" w14:textId="77777777" w:rsidR="0097296A" w:rsidRPr="007204D9" w:rsidRDefault="0097296A">
            <w:pPr>
              <w:autoSpaceDE w:val="0"/>
              <w:autoSpaceDN w:val="0"/>
              <w:spacing w:after="0" w:line="14" w:lineRule="exact"/>
            </w:pPr>
          </w:p>
        </w:tc>
      </w:tr>
      <w:tr w:rsidR="0097296A" w:rsidRPr="007204D9" w14:paraId="21E67F92" w14:textId="77777777">
        <w:trPr>
          <w:trHeight w:val="2412"/>
        </w:trPr>
        <w:tc>
          <w:tcPr>
            <w:tcW w:w="10404" w:type="dxa"/>
            <w:gridSpan w:val="5"/>
            <w:tcBorders>
              <w:top w:val="single" w:sz="4" w:space="0" w:color="auto"/>
              <w:left w:val="single" w:sz="4" w:space="0" w:color="auto"/>
              <w:bottom w:val="single" w:sz="4" w:space="0" w:color="auto"/>
              <w:right w:val="single" w:sz="4" w:space="0" w:color="auto"/>
            </w:tcBorders>
            <w:tcMar>
              <w:left w:w="0" w:type="dxa"/>
              <w:right w:w="0" w:type="dxa"/>
            </w:tcMar>
          </w:tcPr>
          <w:p w14:paraId="7AF8776D" w14:textId="77777777" w:rsidR="0097296A" w:rsidRPr="007204D9" w:rsidRDefault="0097296A">
            <w:pPr>
              <w:autoSpaceDE w:val="0"/>
              <w:autoSpaceDN w:val="0"/>
              <w:spacing w:after="0" w:line="272" w:lineRule="exact"/>
            </w:pPr>
          </w:p>
          <w:tbl>
            <w:tblPr>
              <w:tblW w:w="0" w:type="auto"/>
              <w:tblInd w:w="156" w:type="dxa"/>
              <w:tblLayout w:type="fixed"/>
              <w:tblLook w:val="04A0" w:firstRow="1" w:lastRow="0" w:firstColumn="1" w:lastColumn="0" w:noHBand="0" w:noVBand="1"/>
            </w:tblPr>
            <w:tblGrid>
              <w:gridCol w:w="1400"/>
              <w:gridCol w:w="1340"/>
              <w:gridCol w:w="1100"/>
              <w:gridCol w:w="6260"/>
            </w:tblGrid>
            <w:tr w:rsidR="0097296A" w:rsidRPr="007204D9" w14:paraId="2EBFF95C" w14:textId="77777777">
              <w:trPr>
                <w:trHeight w:val="594"/>
              </w:trPr>
              <w:tc>
                <w:tcPr>
                  <w:tcW w:w="1400" w:type="dxa"/>
                  <w:vMerge w:val="restart"/>
                  <w:tcMar>
                    <w:left w:w="0" w:type="dxa"/>
                    <w:right w:w="0" w:type="dxa"/>
                  </w:tcMar>
                </w:tcPr>
                <w:p w14:paraId="290A8111" w14:textId="77777777" w:rsidR="0097296A" w:rsidRPr="007204D9" w:rsidRDefault="0097296A">
                  <w:pPr>
                    <w:autoSpaceDE w:val="0"/>
                    <w:autoSpaceDN w:val="0"/>
                    <w:spacing w:after="0" w:line="712" w:lineRule="exact"/>
                  </w:pPr>
                </w:p>
                <w:tbl>
                  <w:tblPr>
                    <w:tblW w:w="0" w:type="auto"/>
                    <w:tblInd w:w="168" w:type="dxa"/>
                    <w:tblLayout w:type="fixed"/>
                    <w:tblLook w:val="04A0" w:firstRow="1" w:lastRow="0" w:firstColumn="1" w:lastColumn="0" w:noHBand="0" w:noVBand="1"/>
                  </w:tblPr>
                  <w:tblGrid>
                    <w:gridCol w:w="1092"/>
                  </w:tblGrid>
                  <w:tr w:rsidR="0097296A" w:rsidRPr="007204D9" w14:paraId="703A99A9" w14:textId="77777777" w:rsidTr="00A17CFE">
                    <w:trPr>
                      <w:trHeight w:val="396"/>
                    </w:trPr>
                    <w:tc>
                      <w:tcPr>
                        <w:tcW w:w="1092" w:type="dxa"/>
                        <w:tcBorders>
                          <w:top w:val="single" w:sz="4" w:space="0" w:color="auto"/>
                          <w:left w:val="single" w:sz="6" w:space="0" w:color="auto"/>
                          <w:bottom w:val="single" w:sz="4" w:space="0" w:color="auto"/>
                          <w:right w:val="single" w:sz="4" w:space="0" w:color="auto"/>
                        </w:tcBorders>
                        <w:shd w:val="clear" w:color="auto" w:fill="92D050"/>
                        <w:tcMar>
                          <w:left w:w="0" w:type="dxa"/>
                          <w:right w:w="0" w:type="dxa"/>
                        </w:tcMar>
                      </w:tcPr>
                      <w:p w14:paraId="13063562" w14:textId="77777777" w:rsidR="0097296A" w:rsidRPr="007204D9" w:rsidRDefault="0097296A"/>
                    </w:tc>
                  </w:tr>
                  <w:tr w:rsidR="0097296A" w:rsidRPr="007204D9" w14:paraId="2DB2A5DA" w14:textId="77777777" w:rsidTr="00A17CFE">
                    <w:trPr>
                      <w:trHeight w:val="402"/>
                    </w:trPr>
                    <w:tc>
                      <w:tcPr>
                        <w:tcW w:w="1092" w:type="dxa"/>
                        <w:tcBorders>
                          <w:top w:val="single" w:sz="4" w:space="0" w:color="auto"/>
                          <w:left w:val="single" w:sz="6" w:space="0" w:color="auto"/>
                          <w:bottom w:val="single" w:sz="4" w:space="0" w:color="auto"/>
                          <w:right w:val="single" w:sz="4" w:space="0" w:color="auto"/>
                        </w:tcBorders>
                        <w:shd w:val="clear" w:color="auto" w:fill="FFFF00"/>
                        <w:tcMar>
                          <w:left w:w="0" w:type="dxa"/>
                          <w:right w:w="0" w:type="dxa"/>
                        </w:tcMar>
                      </w:tcPr>
                      <w:p w14:paraId="1325D6EB" w14:textId="77777777" w:rsidR="0097296A" w:rsidRPr="007204D9" w:rsidRDefault="0097296A"/>
                    </w:tc>
                  </w:tr>
                  <w:tr w:rsidR="0097296A" w:rsidRPr="007204D9" w14:paraId="19A9C8A1" w14:textId="77777777" w:rsidTr="00A17CFE">
                    <w:trPr>
                      <w:trHeight w:val="380"/>
                    </w:trPr>
                    <w:tc>
                      <w:tcPr>
                        <w:tcW w:w="1092" w:type="dxa"/>
                        <w:tcBorders>
                          <w:top w:val="single" w:sz="4" w:space="0" w:color="auto"/>
                          <w:left w:val="single" w:sz="6" w:space="0" w:color="auto"/>
                          <w:bottom w:val="single" w:sz="4" w:space="0" w:color="auto"/>
                          <w:right w:val="single" w:sz="4" w:space="0" w:color="auto"/>
                        </w:tcBorders>
                        <w:shd w:val="clear" w:color="auto" w:fill="EE0000"/>
                        <w:tcMar>
                          <w:left w:w="0" w:type="dxa"/>
                          <w:right w:w="0" w:type="dxa"/>
                        </w:tcMar>
                      </w:tcPr>
                      <w:p w14:paraId="399163AD" w14:textId="77777777" w:rsidR="0097296A" w:rsidRPr="007204D9" w:rsidRDefault="0097296A"/>
                    </w:tc>
                  </w:tr>
                </w:tbl>
                <w:p w14:paraId="218287BB" w14:textId="77777777" w:rsidR="0097296A" w:rsidRPr="007204D9" w:rsidRDefault="0097296A">
                  <w:pPr>
                    <w:autoSpaceDE w:val="0"/>
                    <w:autoSpaceDN w:val="0"/>
                    <w:spacing w:after="0" w:line="14" w:lineRule="exact"/>
                  </w:pPr>
                </w:p>
              </w:tc>
              <w:tc>
                <w:tcPr>
                  <w:tcW w:w="1340" w:type="dxa"/>
                  <w:vMerge w:val="restart"/>
                  <w:tcMar>
                    <w:left w:w="0" w:type="dxa"/>
                    <w:right w:w="0" w:type="dxa"/>
                  </w:tcMar>
                </w:tcPr>
                <w:p w14:paraId="279DD01A" w14:textId="77777777" w:rsidR="0097296A" w:rsidRPr="007204D9" w:rsidRDefault="00000000">
                  <w:pPr>
                    <w:autoSpaceDE w:val="0"/>
                    <w:autoSpaceDN w:val="0"/>
                    <w:spacing w:before="416" w:after="0" w:line="200" w:lineRule="exact"/>
                    <w:jc w:val="center"/>
                  </w:pPr>
                  <w:r w:rsidRPr="007204D9">
                    <w:rPr>
                      <w:b/>
                      <w:color w:val="000000"/>
                      <w:sz w:val="18"/>
                    </w:rPr>
                    <w:t xml:space="preserve">Quantidade </w:t>
                  </w:r>
                </w:p>
              </w:tc>
              <w:tc>
                <w:tcPr>
                  <w:tcW w:w="1100" w:type="dxa"/>
                  <w:vMerge w:val="restart"/>
                  <w:tcMar>
                    <w:left w:w="0" w:type="dxa"/>
                    <w:right w:w="0" w:type="dxa"/>
                  </w:tcMar>
                </w:tcPr>
                <w:p w14:paraId="6C452DA4" w14:textId="77777777" w:rsidR="0097296A" w:rsidRPr="007204D9" w:rsidRDefault="00000000">
                  <w:pPr>
                    <w:autoSpaceDE w:val="0"/>
                    <w:autoSpaceDN w:val="0"/>
                    <w:spacing w:before="820" w:after="0" w:line="202" w:lineRule="exact"/>
                    <w:jc w:val="center"/>
                  </w:pPr>
                  <w:r w:rsidRPr="007204D9">
                    <w:rPr>
                      <w:color w:val="000000"/>
                      <w:sz w:val="18"/>
                    </w:rPr>
                    <w:t xml:space="preserve">questões </w:t>
                  </w:r>
                </w:p>
              </w:tc>
              <w:tc>
                <w:tcPr>
                  <w:tcW w:w="6260" w:type="dxa"/>
                  <w:tcMar>
                    <w:left w:w="0" w:type="dxa"/>
                    <w:right w:w="0" w:type="dxa"/>
                  </w:tcMar>
                </w:tcPr>
                <w:p w14:paraId="34F4CF42" w14:textId="77777777" w:rsidR="0097296A" w:rsidRPr="007204D9" w:rsidRDefault="00000000">
                  <w:pPr>
                    <w:autoSpaceDE w:val="0"/>
                    <w:autoSpaceDN w:val="0"/>
                    <w:spacing w:before="52" w:after="0" w:line="240" w:lineRule="auto"/>
                    <w:jc w:val="center"/>
                  </w:pPr>
                  <w:r w:rsidRPr="007204D9">
                    <w:rPr>
                      <w:noProof/>
                    </w:rPr>
                    <w:drawing>
                      <wp:inline distT="0" distB="0" distL="0" distR="0" wp14:anchorId="19BF35B8" wp14:editId="577C891E">
                        <wp:extent cx="3773170" cy="344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3773170" cy="344170"/>
                                </a:xfrm>
                                <a:prstGeom prst="rect">
                                  <a:avLst/>
                                </a:prstGeom>
                              </pic:spPr>
                            </pic:pic>
                          </a:graphicData>
                        </a:graphic>
                      </wp:inline>
                    </w:drawing>
                  </w:r>
                </w:p>
              </w:tc>
            </w:tr>
            <w:tr w:rsidR="0097296A" w:rsidRPr="007204D9" w14:paraId="167F2DE8" w14:textId="77777777">
              <w:trPr>
                <w:trHeight w:val="491"/>
              </w:trPr>
              <w:tc>
                <w:tcPr>
                  <w:tcW w:w="2601" w:type="dxa"/>
                  <w:vMerge/>
                </w:tcPr>
                <w:p w14:paraId="15CE04DB" w14:textId="77777777" w:rsidR="0097296A" w:rsidRPr="007204D9" w:rsidRDefault="0097296A"/>
              </w:tc>
              <w:tc>
                <w:tcPr>
                  <w:tcW w:w="2601" w:type="dxa"/>
                  <w:vMerge/>
                </w:tcPr>
                <w:p w14:paraId="1B9D1582" w14:textId="77777777" w:rsidR="0097296A" w:rsidRPr="007204D9" w:rsidRDefault="0097296A"/>
              </w:tc>
              <w:tc>
                <w:tcPr>
                  <w:tcW w:w="2601" w:type="dxa"/>
                  <w:vMerge/>
                </w:tcPr>
                <w:p w14:paraId="744EEECB" w14:textId="77777777" w:rsidR="0097296A" w:rsidRPr="007204D9" w:rsidRDefault="0097296A"/>
              </w:tc>
              <w:tc>
                <w:tcPr>
                  <w:tcW w:w="6260" w:type="dxa"/>
                  <w:vMerge w:val="restart"/>
                  <w:tcMar>
                    <w:left w:w="0" w:type="dxa"/>
                    <w:right w:w="0" w:type="dxa"/>
                  </w:tcMar>
                </w:tcPr>
                <w:p w14:paraId="132BE865" w14:textId="77777777" w:rsidR="0097296A" w:rsidRPr="007204D9" w:rsidRDefault="00000000">
                  <w:pPr>
                    <w:autoSpaceDE w:val="0"/>
                    <w:autoSpaceDN w:val="0"/>
                    <w:spacing w:before="180" w:after="0" w:line="240" w:lineRule="auto"/>
                    <w:ind w:right="1092"/>
                    <w:jc w:val="right"/>
                  </w:pPr>
                  <w:r w:rsidRPr="007204D9">
                    <w:rPr>
                      <w:noProof/>
                    </w:rPr>
                    <w:drawing>
                      <wp:inline distT="0" distB="0" distL="0" distR="0" wp14:anchorId="5FA5235B" wp14:editId="5D4A43A2">
                        <wp:extent cx="2232659" cy="31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232659" cy="317500"/>
                                </a:xfrm>
                                <a:prstGeom prst="rect">
                                  <a:avLst/>
                                </a:prstGeom>
                              </pic:spPr>
                            </pic:pic>
                          </a:graphicData>
                        </a:graphic>
                      </wp:inline>
                    </w:drawing>
                  </w:r>
                </w:p>
              </w:tc>
            </w:tr>
            <w:tr w:rsidR="0097296A" w:rsidRPr="007204D9" w14:paraId="5B4F592A" w14:textId="77777777">
              <w:trPr>
                <w:trHeight w:val="396"/>
              </w:trPr>
              <w:tc>
                <w:tcPr>
                  <w:tcW w:w="2601" w:type="dxa"/>
                  <w:vMerge/>
                </w:tcPr>
                <w:p w14:paraId="2810CE23" w14:textId="77777777" w:rsidR="0097296A" w:rsidRPr="007204D9" w:rsidRDefault="0097296A"/>
              </w:tc>
              <w:tc>
                <w:tcPr>
                  <w:tcW w:w="1340" w:type="dxa"/>
                  <w:tcMar>
                    <w:left w:w="0" w:type="dxa"/>
                    <w:right w:w="0" w:type="dxa"/>
                  </w:tcMar>
                </w:tcPr>
                <w:p w14:paraId="27C0D8AD" w14:textId="77777777" w:rsidR="0097296A" w:rsidRPr="007204D9" w:rsidRDefault="00000000">
                  <w:pPr>
                    <w:autoSpaceDE w:val="0"/>
                    <w:autoSpaceDN w:val="0"/>
                    <w:spacing w:before="102" w:after="0" w:line="202" w:lineRule="exact"/>
                    <w:jc w:val="center"/>
                  </w:pPr>
                  <w:r w:rsidRPr="007204D9">
                    <w:rPr>
                      <w:color w:val="000000"/>
                      <w:sz w:val="18"/>
                    </w:rPr>
                    <w:t xml:space="preserve">0 </w:t>
                  </w:r>
                </w:p>
              </w:tc>
              <w:tc>
                <w:tcPr>
                  <w:tcW w:w="2601" w:type="dxa"/>
                  <w:vMerge/>
                </w:tcPr>
                <w:p w14:paraId="2C453506" w14:textId="77777777" w:rsidR="0097296A" w:rsidRPr="007204D9" w:rsidRDefault="0097296A"/>
              </w:tc>
              <w:tc>
                <w:tcPr>
                  <w:tcW w:w="2601" w:type="dxa"/>
                  <w:vMerge/>
                </w:tcPr>
                <w:p w14:paraId="760FE84A" w14:textId="77777777" w:rsidR="0097296A" w:rsidRPr="007204D9" w:rsidRDefault="0097296A"/>
              </w:tc>
            </w:tr>
            <w:tr w:rsidR="0097296A" w:rsidRPr="007204D9" w14:paraId="0F135EA3" w14:textId="77777777">
              <w:trPr>
                <w:trHeight w:val="400"/>
              </w:trPr>
              <w:tc>
                <w:tcPr>
                  <w:tcW w:w="2601" w:type="dxa"/>
                  <w:vMerge/>
                </w:tcPr>
                <w:p w14:paraId="0E1C8AE2" w14:textId="77777777" w:rsidR="0097296A" w:rsidRPr="007204D9" w:rsidRDefault="0097296A"/>
              </w:tc>
              <w:tc>
                <w:tcPr>
                  <w:tcW w:w="1340" w:type="dxa"/>
                  <w:tcMar>
                    <w:left w:w="0" w:type="dxa"/>
                    <w:right w:w="0" w:type="dxa"/>
                  </w:tcMar>
                </w:tcPr>
                <w:p w14:paraId="7808C5C8" w14:textId="77777777" w:rsidR="0097296A" w:rsidRPr="007204D9" w:rsidRDefault="00000000">
                  <w:pPr>
                    <w:autoSpaceDE w:val="0"/>
                    <w:autoSpaceDN w:val="0"/>
                    <w:spacing w:before="102" w:after="0" w:line="202" w:lineRule="exact"/>
                    <w:jc w:val="center"/>
                  </w:pPr>
                  <w:r w:rsidRPr="007204D9">
                    <w:rPr>
                      <w:color w:val="000000"/>
                      <w:sz w:val="18"/>
                    </w:rPr>
                    <w:t xml:space="preserve">0 </w:t>
                  </w:r>
                </w:p>
              </w:tc>
              <w:tc>
                <w:tcPr>
                  <w:tcW w:w="1100" w:type="dxa"/>
                  <w:tcMar>
                    <w:left w:w="0" w:type="dxa"/>
                    <w:right w:w="0" w:type="dxa"/>
                  </w:tcMar>
                </w:tcPr>
                <w:p w14:paraId="03988704" w14:textId="77777777" w:rsidR="0097296A" w:rsidRPr="007204D9" w:rsidRDefault="00000000">
                  <w:pPr>
                    <w:autoSpaceDE w:val="0"/>
                    <w:autoSpaceDN w:val="0"/>
                    <w:spacing w:before="102" w:after="0" w:line="202" w:lineRule="exact"/>
                    <w:jc w:val="center"/>
                  </w:pPr>
                  <w:r w:rsidRPr="007204D9">
                    <w:rPr>
                      <w:color w:val="000000"/>
                      <w:sz w:val="18"/>
                    </w:rPr>
                    <w:t xml:space="preserve">questões </w:t>
                  </w:r>
                </w:p>
              </w:tc>
              <w:tc>
                <w:tcPr>
                  <w:tcW w:w="2601" w:type="dxa"/>
                  <w:vMerge/>
                </w:tcPr>
                <w:p w14:paraId="0D805396" w14:textId="77777777" w:rsidR="0097296A" w:rsidRPr="007204D9" w:rsidRDefault="0097296A"/>
              </w:tc>
            </w:tr>
            <w:tr w:rsidR="0097296A" w:rsidRPr="007204D9" w14:paraId="154C4950" w14:textId="77777777">
              <w:trPr>
                <w:trHeight w:val="448"/>
              </w:trPr>
              <w:tc>
                <w:tcPr>
                  <w:tcW w:w="2601" w:type="dxa"/>
                  <w:vMerge/>
                </w:tcPr>
                <w:p w14:paraId="75224F14" w14:textId="77777777" w:rsidR="0097296A" w:rsidRPr="007204D9" w:rsidRDefault="0097296A"/>
              </w:tc>
              <w:tc>
                <w:tcPr>
                  <w:tcW w:w="1340" w:type="dxa"/>
                  <w:tcMar>
                    <w:left w:w="0" w:type="dxa"/>
                    <w:right w:w="0" w:type="dxa"/>
                  </w:tcMar>
                </w:tcPr>
                <w:p w14:paraId="4040B77D" w14:textId="77777777" w:rsidR="0097296A" w:rsidRPr="007204D9" w:rsidRDefault="00000000">
                  <w:pPr>
                    <w:autoSpaceDE w:val="0"/>
                    <w:autoSpaceDN w:val="0"/>
                    <w:spacing w:before="104" w:after="0" w:line="200" w:lineRule="exact"/>
                    <w:jc w:val="center"/>
                  </w:pPr>
                  <w:r w:rsidRPr="007204D9">
                    <w:rPr>
                      <w:color w:val="000000"/>
                      <w:sz w:val="18"/>
                    </w:rPr>
                    <w:t xml:space="preserve">0 </w:t>
                  </w:r>
                </w:p>
              </w:tc>
              <w:tc>
                <w:tcPr>
                  <w:tcW w:w="1100" w:type="dxa"/>
                  <w:tcMar>
                    <w:left w:w="0" w:type="dxa"/>
                    <w:right w:w="0" w:type="dxa"/>
                  </w:tcMar>
                </w:tcPr>
                <w:p w14:paraId="0DCC0EC1" w14:textId="77777777" w:rsidR="0097296A" w:rsidRPr="007204D9" w:rsidRDefault="00000000">
                  <w:pPr>
                    <w:autoSpaceDE w:val="0"/>
                    <w:autoSpaceDN w:val="0"/>
                    <w:spacing w:before="104" w:after="0" w:line="200" w:lineRule="exact"/>
                    <w:jc w:val="center"/>
                  </w:pPr>
                  <w:r w:rsidRPr="007204D9">
                    <w:rPr>
                      <w:color w:val="000000"/>
                      <w:sz w:val="18"/>
                    </w:rPr>
                    <w:t xml:space="preserve">questões </w:t>
                  </w:r>
                </w:p>
              </w:tc>
              <w:tc>
                <w:tcPr>
                  <w:tcW w:w="2601" w:type="dxa"/>
                  <w:vMerge/>
                </w:tcPr>
                <w:p w14:paraId="685EBB82" w14:textId="77777777" w:rsidR="0097296A" w:rsidRPr="007204D9" w:rsidRDefault="0097296A"/>
              </w:tc>
            </w:tr>
          </w:tbl>
          <w:p w14:paraId="2AA548CC" w14:textId="77777777" w:rsidR="0097296A" w:rsidRPr="007204D9" w:rsidRDefault="0097296A">
            <w:pPr>
              <w:autoSpaceDE w:val="0"/>
              <w:autoSpaceDN w:val="0"/>
              <w:spacing w:after="0" w:line="14" w:lineRule="exact"/>
            </w:pPr>
          </w:p>
        </w:tc>
      </w:tr>
    </w:tbl>
    <w:p w14:paraId="22B8C621" w14:textId="77777777" w:rsidR="0097296A" w:rsidRPr="007204D9" w:rsidRDefault="00000000">
      <w:pPr>
        <w:autoSpaceDE w:val="0"/>
        <w:autoSpaceDN w:val="0"/>
        <w:spacing w:before="562" w:after="0" w:line="266" w:lineRule="exact"/>
        <w:ind w:right="184"/>
        <w:jc w:val="right"/>
      </w:pPr>
      <w:r w:rsidRPr="007204D9">
        <w:rPr>
          <w:color w:val="000000"/>
          <w:sz w:val="24"/>
        </w:rPr>
        <w:t xml:space="preserve">9 </w:t>
      </w:r>
    </w:p>
    <w:p w14:paraId="25959B69" w14:textId="77777777" w:rsidR="0097296A" w:rsidRPr="007204D9" w:rsidRDefault="0097296A">
      <w:pPr>
        <w:sectPr w:rsidR="0097296A" w:rsidRPr="007204D9">
          <w:pgSz w:w="11906" w:h="16838"/>
          <w:pgMar w:top="340" w:right="596" w:bottom="340" w:left="876" w:header="720" w:footer="720" w:gutter="0"/>
          <w:cols w:space="720"/>
          <w:docGrid w:linePitch="360"/>
        </w:sectPr>
      </w:pPr>
    </w:p>
    <w:p w14:paraId="7777C031" w14:textId="77777777" w:rsidR="0097296A" w:rsidRPr="007204D9" w:rsidRDefault="0097296A">
      <w:pPr>
        <w:autoSpaceDE w:val="0"/>
        <w:autoSpaceDN w:val="0"/>
        <w:spacing w:after="240" w:line="220" w:lineRule="exact"/>
      </w:pPr>
    </w:p>
    <w:tbl>
      <w:tblPr>
        <w:tblW w:w="0" w:type="auto"/>
        <w:tblInd w:w="4" w:type="dxa"/>
        <w:tblLayout w:type="fixed"/>
        <w:tblLook w:val="04A0" w:firstRow="1" w:lastRow="0" w:firstColumn="1" w:lastColumn="0" w:noHBand="0" w:noVBand="1"/>
      </w:tblPr>
      <w:tblGrid>
        <w:gridCol w:w="566"/>
        <w:gridCol w:w="1140"/>
        <w:gridCol w:w="7090"/>
        <w:gridCol w:w="564"/>
        <w:gridCol w:w="990"/>
      </w:tblGrid>
      <w:tr w:rsidR="0097296A" w:rsidRPr="007204D9" w14:paraId="69FC4A7E" w14:textId="77777777">
        <w:trPr>
          <w:trHeight w:val="456"/>
        </w:trPr>
        <w:tc>
          <w:tcPr>
            <w:tcW w:w="10350" w:type="dxa"/>
            <w:gridSpan w:val="5"/>
            <w:tcBorders>
              <w:top w:val="single" w:sz="3" w:space="0" w:color="auto"/>
              <w:left w:val="single" w:sz="4" w:space="0" w:color="auto"/>
              <w:bottom w:val="single" w:sz="3" w:space="0" w:color="auto"/>
              <w:right w:val="single" w:sz="4" w:space="0" w:color="auto"/>
            </w:tcBorders>
            <w:tcMar>
              <w:left w:w="0" w:type="dxa"/>
              <w:right w:w="0" w:type="dxa"/>
            </w:tcMar>
          </w:tcPr>
          <w:p w14:paraId="481508B8" w14:textId="77777777" w:rsidR="0097296A" w:rsidRPr="007204D9" w:rsidRDefault="00000000">
            <w:pPr>
              <w:autoSpaceDE w:val="0"/>
              <w:autoSpaceDN w:val="0"/>
              <w:spacing w:before="116" w:after="0" w:line="202" w:lineRule="exact"/>
              <w:jc w:val="center"/>
            </w:pPr>
            <w:r w:rsidRPr="007204D9">
              <w:rPr>
                <w:b/>
                <w:color w:val="000000"/>
                <w:sz w:val="18"/>
              </w:rPr>
              <w:t xml:space="preserve">2. Condições das Instalações Prediais e Circulações e Gerenciamento de Resíduos Sólidos Urbanos </w:t>
            </w:r>
          </w:p>
        </w:tc>
      </w:tr>
      <w:tr w:rsidR="0097296A" w:rsidRPr="007204D9" w14:paraId="51C553BD" w14:textId="77777777">
        <w:trPr>
          <w:trHeight w:val="38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EC2A0D6" w14:textId="77777777" w:rsidR="0097296A" w:rsidRPr="007204D9" w:rsidRDefault="00000000">
            <w:pPr>
              <w:autoSpaceDE w:val="0"/>
              <w:autoSpaceDN w:val="0"/>
              <w:spacing w:before="190" w:after="0" w:line="202" w:lineRule="exact"/>
              <w:jc w:val="center"/>
            </w:pPr>
            <w:r w:rsidRPr="007204D9">
              <w:rPr>
                <w:b/>
                <w:color w:val="000000"/>
                <w:sz w:val="18"/>
              </w:rPr>
              <w:t>Item</w:t>
            </w:r>
          </w:p>
        </w:tc>
        <w:tc>
          <w:tcPr>
            <w:tcW w:w="114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5BA0FC25" w14:textId="77777777" w:rsidR="0097296A" w:rsidRPr="007204D9" w:rsidRDefault="00000000">
            <w:pPr>
              <w:autoSpaceDE w:val="0"/>
              <w:autoSpaceDN w:val="0"/>
              <w:spacing w:before="190" w:after="0" w:line="202" w:lineRule="exact"/>
              <w:jc w:val="center"/>
            </w:pPr>
            <w:r w:rsidRPr="007204D9">
              <w:rPr>
                <w:b/>
                <w:color w:val="000000"/>
                <w:sz w:val="18"/>
              </w:rPr>
              <w:t xml:space="preserve">Relevância </w:t>
            </w:r>
          </w:p>
        </w:tc>
        <w:tc>
          <w:tcPr>
            <w:tcW w:w="709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9F5FF71" w14:textId="77777777" w:rsidR="0097296A" w:rsidRPr="007204D9" w:rsidRDefault="00000000">
            <w:pPr>
              <w:autoSpaceDE w:val="0"/>
              <w:autoSpaceDN w:val="0"/>
              <w:spacing w:before="190" w:after="0" w:line="202" w:lineRule="exact"/>
              <w:jc w:val="center"/>
            </w:pPr>
            <w:r w:rsidRPr="007204D9">
              <w:rPr>
                <w:b/>
                <w:color w:val="000000"/>
                <w:sz w:val="18"/>
              </w:rPr>
              <w:t xml:space="preserve">Descrição </w:t>
            </w:r>
          </w:p>
        </w:tc>
        <w:tc>
          <w:tcPr>
            <w:tcW w:w="1554"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7D557062" w14:textId="77777777" w:rsidR="0097296A" w:rsidRPr="007204D9" w:rsidRDefault="00000000">
            <w:pPr>
              <w:autoSpaceDE w:val="0"/>
              <w:autoSpaceDN w:val="0"/>
              <w:spacing w:before="80" w:after="0" w:line="202" w:lineRule="exact"/>
              <w:jc w:val="center"/>
            </w:pPr>
            <w:r w:rsidRPr="007204D9">
              <w:rPr>
                <w:b/>
                <w:color w:val="000000"/>
                <w:sz w:val="18"/>
              </w:rPr>
              <w:t xml:space="preserve">Resultado </w:t>
            </w:r>
          </w:p>
        </w:tc>
      </w:tr>
      <w:tr w:rsidR="0097296A" w:rsidRPr="007204D9" w14:paraId="1CB6704F" w14:textId="77777777">
        <w:trPr>
          <w:trHeight w:val="210"/>
        </w:trPr>
        <w:tc>
          <w:tcPr>
            <w:tcW w:w="2076" w:type="dxa"/>
            <w:vMerge/>
            <w:tcBorders>
              <w:top w:val="single" w:sz="3" w:space="0" w:color="auto"/>
              <w:left w:val="single" w:sz="4" w:space="0" w:color="auto"/>
              <w:bottom w:val="single" w:sz="4" w:space="0" w:color="auto"/>
              <w:right w:val="single" w:sz="4" w:space="0" w:color="auto"/>
            </w:tcBorders>
          </w:tcPr>
          <w:p w14:paraId="1A2A687B"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67F702F5"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0A396DC3" w14:textId="77777777" w:rsidR="0097296A" w:rsidRPr="007204D9" w:rsidRDefault="0097296A"/>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583495E0" w14:textId="77777777" w:rsidR="0097296A" w:rsidRPr="007204D9" w:rsidRDefault="00000000">
            <w:pPr>
              <w:autoSpaceDE w:val="0"/>
              <w:autoSpaceDN w:val="0"/>
              <w:spacing w:after="0" w:line="200" w:lineRule="exact"/>
              <w:jc w:val="center"/>
            </w:pPr>
            <w:r w:rsidRPr="007204D9">
              <w:rPr>
                <w:b/>
                <w:color w:val="000000"/>
                <w:sz w:val="18"/>
              </w:rPr>
              <w:t>X</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tcPr>
          <w:p w14:paraId="74668984" w14:textId="77777777" w:rsidR="0097296A" w:rsidRPr="007204D9" w:rsidRDefault="00000000">
            <w:pPr>
              <w:autoSpaceDE w:val="0"/>
              <w:autoSpaceDN w:val="0"/>
              <w:spacing w:after="0" w:line="200" w:lineRule="exact"/>
              <w:jc w:val="center"/>
            </w:pPr>
            <w:r w:rsidRPr="007204D9">
              <w:rPr>
                <w:b/>
                <w:color w:val="000000"/>
                <w:sz w:val="18"/>
              </w:rPr>
              <w:t>Impacto</w:t>
            </w:r>
          </w:p>
        </w:tc>
      </w:tr>
      <w:tr w:rsidR="0097296A" w:rsidRPr="007204D9" w14:paraId="0BDD5FB3" w14:textId="77777777">
        <w:trPr>
          <w:trHeight w:val="109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DFF5B25" w14:textId="77777777" w:rsidR="0097296A" w:rsidRPr="007204D9" w:rsidRDefault="00000000">
            <w:pPr>
              <w:autoSpaceDE w:val="0"/>
              <w:autoSpaceDN w:val="0"/>
              <w:spacing w:before="1790" w:after="0" w:line="202" w:lineRule="exact"/>
              <w:jc w:val="center"/>
            </w:pPr>
            <w:r w:rsidRPr="007204D9">
              <w:rPr>
                <w:color w:val="000000"/>
                <w:sz w:val="18"/>
              </w:rPr>
              <w:t xml:space="preserve">2.1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858691D" w14:textId="77777777" w:rsidR="0097296A" w:rsidRPr="007204D9" w:rsidRDefault="00000000">
            <w:pPr>
              <w:autoSpaceDE w:val="0"/>
              <w:autoSpaceDN w:val="0"/>
              <w:spacing w:before="1790" w:after="0" w:line="202" w:lineRule="exact"/>
              <w:jc w:val="center"/>
            </w:pPr>
            <w:r w:rsidRPr="007204D9">
              <w:rPr>
                <w:color w:val="000000"/>
                <w:sz w:val="18"/>
              </w:rPr>
              <w:t xml:space="preserve">2 </w:t>
            </w:r>
          </w:p>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2C5731A" w14:textId="77777777" w:rsidR="0097296A" w:rsidRPr="007204D9" w:rsidRDefault="00000000">
            <w:pPr>
              <w:autoSpaceDE w:val="0"/>
              <w:autoSpaceDN w:val="0"/>
              <w:spacing w:before="224" w:after="0" w:line="206" w:lineRule="exact"/>
              <w:ind w:left="70" w:right="2"/>
              <w:jc w:val="both"/>
            </w:pPr>
            <w:r w:rsidRPr="007204D9">
              <w:rPr>
                <w:b/>
                <w:color w:val="000000"/>
                <w:sz w:val="18"/>
              </w:rPr>
              <w:t xml:space="preserve">As dependências do estádio, como arquibancadas e acessos estão em boas condições de limpeza e conservação? (Doc. Ref.: Manual de Recomendações para a Segurança e Conforto nos Estádios de Futebol - FGV/2010). </w:t>
            </w:r>
          </w:p>
        </w:tc>
      </w:tr>
      <w:tr w:rsidR="0097296A" w:rsidRPr="007204D9" w14:paraId="15054FB9" w14:textId="77777777" w:rsidTr="00A17CFE">
        <w:trPr>
          <w:trHeight w:val="402"/>
        </w:trPr>
        <w:tc>
          <w:tcPr>
            <w:tcW w:w="2076" w:type="dxa"/>
            <w:vMerge/>
            <w:tcBorders>
              <w:top w:val="single" w:sz="4" w:space="0" w:color="auto"/>
              <w:left w:val="single" w:sz="4" w:space="0" w:color="auto"/>
              <w:bottom w:val="single" w:sz="4" w:space="0" w:color="auto"/>
              <w:right w:val="single" w:sz="4" w:space="0" w:color="auto"/>
            </w:tcBorders>
          </w:tcPr>
          <w:p w14:paraId="46AD12CB"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78B6DB7F" w14:textId="77777777" w:rsidR="0097296A" w:rsidRPr="007204D9" w:rsidRDefault="0097296A"/>
        </w:tc>
        <w:tc>
          <w:tcPr>
            <w:tcW w:w="7090" w:type="dxa"/>
            <w:tcBorders>
              <w:top w:val="single" w:sz="4" w:space="0" w:color="auto"/>
              <w:left w:val="single" w:sz="4" w:space="0" w:color="auto"/>
              <w:bottom w:val="single" w:sz="3" w:space="0" w:color="auto"/>
              <w:right w:val="single" w:sz="4" w:space="0" w:color="auto"/>
            </w:tcBorders>
            <w:tcMar>
              <w:left w:w="0" w:type="dxa"/>
              <w:right w:w="0" w:type="dxa"/>
            </w:tcMar>
          </w:tcPr>
          <w:p w14:paraId="1A0F8A9B" w14:textId="77777777" w:rsidR="0097296A" w:rsidRPr="007204D9" w:rsidRDefault="00000000">
            <w:pPr>
              <w:autoSpaceDE w:val="0"/>
              <w:autoSpaceDN w:val="0"/>
              <w:spacing w:before="96" w:after="0" w:line="202" w:lineRule="exact"/>
              <w:ind w:left="70"/>
            </w:pPr>
            <w:r w:rsidRPr="007204D9">
              <w:rPr>
                <w:color w:val="000000"/>
                <w:sz w:val="18"/>
              </w:rPr>
              <w:t xml:space="preserve">Sim. Todas estão limpas e conservadas. </w:t>
            </w:r>
          </w:p>
        </w:tc>
        <w:tc>
          <w:tcPr>
            <w:tcW w:w="564" w:type="dxa"/>
            <w:tcBorders>
              <w:top w:val="single" w:sz="4" w:space="0" w:color="auto"/>
              <w:left w:val="single" w:sz="4" w:space="0" w:color="auto"/>
              <w:bottom w:val="single" w:sz="3" w:space="0" w:color="auto"/>
              <w:right w:val="single" w:sz="4" w:space="0" w:color="auto"/>
            </w:tcBorders>
            <w:tcMar>
              <w:left w:w="0" w:type="dxa"/>
              <w:right w:w="0" w:type="dxa"/>
            </w:tcMar>
          </w:tcPr>
          <w:p w14:paraId="61450C56"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990"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30F729A4"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52FAFF22" w14:textId="77777777" w:rsidTr="00A17CFE">
        <w:trPr>
          <w:trHeight w:val="394"/>
        </w:trPr>
        <w:tc>
          <w:tcPr>
            <w:tcW w:w="2076" w:type="dxa"/>
            <w:vMerge/>
            <w:tcBorders>
              <w:top w:val="single" w:sz="4" w:space="0" w:color="auto"/>
              <w:left w:val="single" w:sz="4" w:space="0" w:color="auto"/>
              <w:bottom w:val="single" w:sz="4" w:space="0" w:color="auto"/>
              <w:right w:val="single" w:sz="4" w:space="0" w:color="auto"/>
            </w:tcBorders>
          </w:tcPr>
          <w:p w14:paraId="07D02934"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57C95DD2" w14:textId="77777777" w:rsidR="0097296A" w:rsidRPr="007204D9" w:rsidRDefault="0097296A"/>
        </w:tc>
        <w:tc>
          <w:tcPr>
            <w:tcW w:w="7090" w:type="dxa"/>
            <w:tcBorders>
              <w:top w:val="single" w:sz="3" w:space="0" w:color="auto"/>
              <w:left w:val="single" w:sz="4" w:space="0" w:color="auto"/>
              <w:bottom w:val="single" w:sz="4" w:space="0" w:color="auto"/>
              <w:right w:val="single" w:sz="4" w:space="0" w:color="auto"/>
            </w:tcBorders>
            <w:tcMar>
              <w:left w:w="0" w:type="dxa"/>
              <w:right w:w="0" w:type="dxa"/>
            </w:tcMar>
          </w:tcPr>
          <w:p w14:paraId="63212863" w14:textId="77777777" w:rsidR="0097296A" w:rsidRPr="007204D9" w:rsidRDefault="00000000">
            <w:pPr>
              <w:autoSpaceDE w:val="0"/>
              <w:autoSpaceDN w:val="0"/>
              <w:spacing w:before="92" w:after="0" w:line="202" w:lineRule="exact"/>
              <w:ind w:left="70"/>
            </w:pPr>
            <w:r w:rsidRPr="007204D9">
              <w:rPr>
                <w:color w:val="000000"/>
                <w:sz w:val="18"/>
              </w:rPr>
              <w:t xml:space="preserve">Em parte. Algumas áreas necessitam intervenções. </w:t>
            </w:r>
            <w:r w:rsidRPr="007204D9">
              <w:rPr>
                <w:color w:val="000000"/>
                <w:sz w:val="18"/>
              </w:rPr>
              <w:t xml:space="preserve">(Especificar no comentário) </w:t>
            </w:r>
          </w:p>
        </w:tc>
        <w:tc>
          <w:tcPr>
            <w:tcW w:w="564" w:type="dxa"/>
            <w:tcBorders>
              <w:top w:val="single" w:sz="3" w:space="0" w:color="auto"/>
              <w:left w:val="single" w:sz="4" w:space="0" w:color="auto"/>
              <w:bottom w:val="single" w:sz="4" w:space="0" w:color="auto"/>
              <w:right w:val="single" w:sz="4" w:space="0" w:color="auto"/>
            </w:tcBorders>
            <w:tcMar>
              <w:left w:w="0" w:type="dxa"/>
              <w:right w:w="0" w:type="dxa"/>
            </w:tcMar>
          </w:tcPr>
          <w:p w14:paraId="0A175BC6" w14:textId="77777777" w:rsidR="0097296A" w:rsidRPr="007204D9" w:rsidRDefault="00000000">
            <w:pPr>
              <w:autoSpaceDE w:val="0"/>
              <w:autoSpaceDN w:val="0"/>
              <w:spacing w:before="92" w:after="0" w:line="202" w:lineRule="exact"/>
              <w:jc w:val="center"/>
            </w:pPr>
            <w:r w:rsidRPr="007204D9">
              <w:rPr>
                <w:color w:val="000000"/>
                <w:sz w:val="18"/>
              </w:rPr>
              <w:t xml:space="preserve">AP </w:t>
            </w:r>
          </w:p>
        </w:tc>
        <w:tc>
          <w:tcPr>
            <w:tcW w:w="990" w:type="dxa"/>
            <w:tcBorders>
              <w:top w:val="single" w:sz="3" w:space="0" w:color="auto"/>
              <w:left w:val="single" w:sz="4" w:space="0" w:color="auto"/>
              <w:bottom w:val="single" w:sz="4" w:space="0" w:color="auto"/>
              <w:right w:val="single" w:sz="4" w:space="0" w:color="auto"/>
            </w:tcBorders>
            <w:shd w:val="clear" w:color="auto" w:fill="FFFF00"/>
            <w:tcMar>
              <w:left w:w="0" w:type="dxa"/>
              <w:right w:w="0" w:type="dxa"/>
            </w:tcMar>
          </w:tcPr>
          <w:p w14:paraId="3D286D6F" w14:textId="77777777" w:rsidR="0097296A" w:rsidRPr="007204D9" w:rsidRDefault="00000000">
            <w:pPr>
              <w:autoSpaceDE w:val="0"/>
              <w:autoSpaceDN w:val="0"/>
              <w:spacing w:before="92" w:after="0" w:line="202" w:lineRule="exact"/>
              <w:jc w:val="center"/>
            </w:pPr>
            <w:r w:rsidRPr="007204D9">
              <w:rPr>
                <w:color w:val="000000"/>
                <w:sz w:val="18"/>
              </w:rPr>
              <w:t xml:space="preserve">2 </w:t>
            </w:r>
          </w:p>
        </w:tc>
      </w:tr>
      <w:tr w:rsidR="0097296A" w:rsidRPr="007204D9" w14:paraId="22F88873" w14:textId="77777777" w:rsidTr="00A17CFE">
        <w:trPr>
          <w:trHeight w:val="402"/>
        </w:trPr>
        <w:tc>
          <w:tcPr>
            <w:tcW w:w="2076" w:type="dxa"/>
            <w:vMerge/>
            <w:tcBorders>
              <w:top w:val="single" w:sz="4" w:space="0" w:color="auto"/>
              <w:left w:val="single" w:sz="4" w:space="0" w:color="auto"/>
              <w:bottom w:val="single" w:sz="4" w:space="0" w:color="auto"/>
              <w:right w:val="single" w:sz="4" w:space="0" w:color="auto"/>
            </w:tcBorders>
          </w:tcPr>
          <w:p w14:paraId="021AA3F5"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531090FF"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3D9759CF" w14:textId="77777777" w:rsidR="0097296A" w:rsidRPr="007204D9" w:rsidRDefault="00000000">
            <w:pPr>
              <w:autoSpaceDE w:val="0"/>
              <w:autoSpaceDN w:val="0"/>
              <w:spacing w:before="100" w:after="0" w:line="200" w:lineRule="exact"/>
              <w:ind w:left="70"/>
            </w:pPr>
            <w:r w:rsidRPr="007204D9">
              <w:rPr>
                <w:color w:val="000000"/>
                <w:sz w:val="18"/>
              </w:rPr>
              <w:t xml:space="preserve">Não. Todas as dependências apresentam problemas de limpeza e conservação. </w:t>
            </w:r>
          </w:p>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725D3C81" w14:textId="77777777" w:rsidR="0097296A" w:rsidRPr="007204D9" w:rsidRDefault="00000000">
            <w:pPr>
              <w:autoSpaceDE w:val="0"/>
              <w:autoSpaceDN w:val="0"/>
              <w:spacing w:before="100" w:after="0" w:line="200" w:lineRule="exact"/>
              <w:jc w:val="center"/>
            </w:pPr>
            <w:r w:rsidRPr="007204D9">
              <w:rPr>
                <w:color w:val="000000"/>
                <w:sz w:val="18"/>
              </w:rPr>
              <w:t>NAT</w:t>
            </w:r>
          </w:p>
        </w:tc>
        <w:tc>
          <w:tcPr>
            <w:tcW w:w="99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7DE706B0" w14:textId="77777777" w:rsidR="0097296A" w:rsidRPr="007204D9" w:rsidRDefault="00000000">
            <w:pPr>
              <w:autoSpaceDE w:val="0"/>
              <w:autoSpaceDN w:val="0"/>
              <w:spacing w:before="100" w:after="0" w:line="200" w:lineRule="exact"/>
              <w:jc w:val="center"/>
            </w:pPr>
            <w:r w:rsidRPr="007204D9">
              <w:rPr>
                <w:color w:val="000000"/>
                <w:sz w:val="18"/>
              </w:rPr>
              <w:t xml:space="preserve">3 </w:t>
            </w:r>
          </w:p>
        </w:tc>
      </w:tr>
      <w:tr w:rsidR="0097296A" w:rsidRPr="007204D9" w14:paraId="50876101"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339756A8"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4FE42B52"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7F5EBCC8" w14:textId="77777777" w:rsidR="0097296A" w:rsidRPr="007204D9" w:rsidRDefault="00000000">
            <w:pPr>
              <w:autoSpaceDE w:val="0"/>
              <w:autoSpaceDN w:val="0"/>
              <w:spacing w:before="96" w:after="0" w:line="200" w:lineRule="exact"/>
              <w:ind w:left="70"/>
            </w:pPr>
            <w:r w:rsidRPr="007204D9">
              <w:rPr>
                <w:color w:val="000000"/>
                <w:sz w:val="18"/>
              </w:rPr>
              <w:t xml:space="preserve">Não observado. (Especificar no comentário o motivo da não observação) </w:t>
            </w:r>
          </w:p>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707D363F"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tcPr>
          <w:p w14:paraId="0E96F6D1"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4C22DADA" w14:textId="77777777">
        <w:trPr>
          <w:trHeight w:val="1092"/>
        </w:trPr>
        <w:tc>
          <w:tcPr>
            <w:tcW w:w="2076" w:type="dxa"/>
            <w:vMerge/>
            <w:tcBorders>
              <w:top w:val="single" w:sz="4" w:space="0" w:color="auto"/>
              <w:left w:val="single" w:sz="4" w:space="0" w:color="auto"/>
              <w:bottom w:val="single" w:sz="4" w:space="0" w:color="auto"/>
              <w:right w:val="single" w:sz="4" w:space="0" w:color="auto"/>
            </w:tcBorders>
          </w:tcPr>
          <w:p w14:paraId="74A13C3A"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6890673E" w14:textId="77777777" w:rsidR="0097296A" w:rsidRPr="007204D9" w:rsidRDefault="0097296A"/>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6D59E34" w14:textId="77777777" w:rsidR="0097296A" w:rsidRPr="007204D9" w:rsidRDefault="00000000">
            <w:pPr>
              <w:autoSpaceDE w:val="0"/>
              <w:autoSpaceDN w:val="0"/>
              <w:spacing w:after="0" w:line="202" w:lineRule="exact"/>
              <w:ind w:left="70"/>
            </w:pPr>
            <w:r w:rsidRPr="007204D9">
              <w:rPr>
                <w:color w:val="000000"/>
                <w:sz w:val="18"/>
              </w:rPr>
              <w:t xml:space="preserve">Comentário: </w:t>
            </w:r>
          </w:p>
        </w:tc>
      </w:tr>
      <w:tr w:rsidR="0097296A" w:rsidRPr="007204D9" w14:paraId="13AD7952" w14:textId="77777777">
        <w:trPr>
          <w:trHeight w:val="668"/>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032AC3E" w14:textId="77777777" w:rsidR="0097296A" w:rsidRPr="007204D9" w:rsidRDefault="00000000">
            <w:pPr>
              <w:autoSpaceDE w:val="0"/>
              <w:autoSpaceDN w:val="0"/>
              <w:spacing w:before="1378" w:after="0" w:line="202" w:lineRule="exact"/>
              <w:jc w:val="center"/>
            </w:pPr>
            <w:r w:rsidRPr="007204D9">
              <w:rPr>
                <w:color w:val="000000"/>
                <w:sz w:val="18"/>
              </w:rPr>
              <w:t xml:space="preserve">2.2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306B890" w14:textId="77777777" w:rsidR="0097296A" w:rsidRPr="007204D9" w:rsidRDefault="00000000">
            <w:pPr>
              <w:autoSpaceDE w:val="0"/>
              <w:autoSpaceDN w:val="0"/>
              <w:spacing w:before="1378" w:after="0" w:line="202" w:lineRule="exact"/>
              <w:jc w:val="center"/>
            </w:pPr>
            <w:r w:rsidRPr="007204D9">
              <w:rPr>
                <w:color w:val="000000"/>
                <w:sz w:val="18"/>
              </w:rPr>
              <w:t xml:space="preserve">2 </w:t>
            </w:r>
          </w:p>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3E357D6" w14:textId="77777777" w:rsidR="0097296A" w:rsidRPr="007204D9" w:rsidRDefault="00000000">
            <w:pPr>
              <w:autoSpaceDE w:val="0"/>
              <w:autoSpaceDN w:val="0"/>
              <w:spacing w:before="216" w:after="0" w:line="202" w:lineRule="exact"/>
              <w:ind w:left="70"/>
            </w:pPr>
            <w:r w:rsidRPr="007204D9">
              <w:rPr>
                <w:b/>
                <w:color w:val="000000"/>
                <w:sz w:val="18"/>
              </w:rPr>
              <w:t xml:space="preserve">O Estádio possui plano de limpeza e conservação por escrito e está implementado? </w:t>
            </w:r>
          </w:p>
        </w:tc>
      </w:tr>
      <w:tr w:rsidR="0097296A" w:rsidRPr="007204D9" w14:paraId="67D07E83" w14:textId="77777777" w:rsidTr="00A17CFE">
        <w:trPr>
          <w:trHeight w:val="398"/>
        </w:trPr>
        <w:tc>
          <w:tcPr>
            <w:tcW w:w="2076" w:type="dxa"/>
            <w:vMerge/>
            <w:tcBorders>
              <w:top w:val="single" w:sz="4" w:space="0" w:color="auto"/>
              <w:left w:val="single" w:sz="4" w:space="0" w:color="auto"/>
              <w:bottom w:val="single" w:sz="4" w:space="0" w:color="auto"/>
              <w:right w:val="single" w:sz="4" w:space="0" w:color="auto"/>
            </w:tcBorders>
          </w:tcPr>
          <w:p w14:paraId="01140AB2"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78EB0236"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6AC0D09F" w14:textId="77777777" w:rsidR="0097296A" w:rsidRPr="007204D9" w:rsidRDefault="00000000">
            <w:pPr>
              <w:autoSpaceDE w:val="0"/>
              <w:autoSpaceDN w:val="0"/>
              <w:spacing w:before="98" w:after="0" w:line="200" w:lineRule="exact"/>
              <w:ind w:left="70"/>
            </w:pPr>
            <w:r w:rsidRPr="007204D9">
              <w:rPr>
                <w:color w:val="000000"/>
                <w:sz w:val="18"/>
              </w:rPr>
              <w:t xml:space="preserve">Sim, o estádio possui plano de limpeza implementado (Consultar o plano). </w:t>
            </w:r>
          </w:p>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021044A6" w14:textId="77777777" w:rsidR="0097296A" w:rsidRPr="007204D9" w:rsidRDefault="00000000">
            <w:pPr>
              <w:autoSpaceDE w:val="0"/>
              <w:autoSpaceDN w:val="0"/>
              <w:spacing w:before="98" w:after="0" w:line="200" w:lineRule="exact"/>
              <w:jc w:val="center"/>
            </w:pPr>
            <w:r w:rsidRPr="007204D9">
              <w:rPr>
                <w:color w:val="000000"/>
                <w:sz w:val="18"/>
              </w:rPr>
              <w:t xml:space="preserve">AT </w:t>
            </w:r>
          </w:p>
        </w:tc>
        <w:tc>
          <w:tcPr>
            <w:tcW w:w="99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45264276" w14:textId="77777777" w:rsidR="0097296A" w:rsidRPr="00A17CFE" w:rsidRDefault="00000000" w:rsidP="00A17CFE">
            <w:pPr>
              <w:autoSpaceDE w:val="0"/>
              <w:autoSpaceDN w:val="0"/>
              <w:spacing w:before="96" w:after="0" w:line="202" w:lineRule="exact"/>
              <w:jc w:val="center"/>
              <w:rPr>
                <w:color w:val="000000"/>
                <w:sz w:val="18"/>
              </w:rPr>
            </w:pPr>
            <w:r w:rsidRPr="007204D9">
              <w:rPr>
                <w:color w:val="000000"/>
                <w:sz w:val="18"/>
              </w:rPr>
              <w:t xml:space="preserve">1 </w:t>
            </w:r>
          </w:p>
        </w:tc>
      </w:tr>
      <w:tr w:rsidR="0097296A" w:rsidRPr="007204D9" w14:paraId="43841E03" w14:textId="77777777" w:rsidTr="00A17CFE">
        <w:trPr>
          <w:trHeight w:val="356"/>
        </w:trPr>
        <w:tc>
          <w:tcPr>
            <w:tcW w:w="2076" w:type="dxa"/>
            <w:vMerge/>
            <w:tcBorders>
              <w:top w:val="single" w:sz="4" w:space="0" w:color="auto"/>
              <w:left w:val="single" w:sz="4" w:space="0" w:color="auto"/>
              <w:bottom w:val="single" w:sz="4" w:space="0" w:color="auto"/>
              <w:right w:val="single" w:sz="4" w:space="0" w:color="auto"/>
            </w:tcBorders>
          </w:tcPr>
          <w:p w14:paraId="449249AC"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3B211C68"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004BA238" w14:textId="77777777" w:rsidR="0097296A" w:rsidRPr="007204D9" w:rsidRDefault="00000000">
            <w:pPr>
              <w:autoSpaceDE w:val="0"/>
              <w:autoSpaceDN w:val="0"/>
              <w:spacing w:before="74" w:after="0" w:line="202" w:lineRule="exact"/>
              <w:ind w:left="70"/>
            </w:pPr>
            <w:r w:rsidRPr="007204D9">
              <w:rPr>
                <w:color w:val="000000"/>
                <w:sz w:val="18"/>
              </w:rPr>
              <w:t xml:space="preserve">Sim, mas o estádio não está atendendo ao plano de limpeza (Consultar o plano). </w:t>
            </w:r>
          </w:p>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709AE90D" w14:textId="77777777" w:rsidR="0097296A" w:rsidRPr="007204D9" w:rsidRDefault="00000000">
            <w:pPr>
              <w:autoSpaceDE w:val="0"/>
              <w:autoSpaceDN w:val="0"/>
              <w:spacing w:before="74" w:after="0" w:line="202" w:lineRule="exact"/>
              <w:jc w:val="center"/>
            </w:pPr>
            <w:r w:rsidRPr="007204D9">
              <w:rPr>
                <w:color w:val="000000"/>
                <w:sz w:val="18"/>
              </w:rPr>
              <w:t xml:space="preserve">AP </w:t>
            </w:r>
          </w:p>
        </w:tc>
        <w:tc>
          <w:tcPr>
            <w:tcW w:w="99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01EB8619" w14:textId="77777777" w:rsidR="0097296A" w:rsidRPr="00A17CFE" w:rsidRDefault="00000000" w:rsidP="00A17CFE">
            <w:pPr>
              <w:autoSpaceDE w:val="0"/>
              <w:autoSpaceDN w:val="0"/>
              <w:spacing w:before="96" w:after="0" w:line="202" w:lineRule="exact"/>
              <w:jc w:val="center"/>
              <w:rPr>
                <w:color w:val="000000"/>
                <w:sz w:val="18"/>
              </w:rPr>
            </w:pPr>
            <w:r w:rsidRPr="007204D9">
              <w:rPr>
                <w:color w:val="000000"/>
                <w:sz w:val="18"/>
              </w:rPr>
              <w:t xml:space="preserve">2 </w:t>
            </w:r>
          </w:p>
        </w:tc>
      </w:tr>
      <w:tr w:rsidR="0097296A" w:rsidRPr="007204D9" w14:paraId="169A273E" w14:textId="77777777" w:rsidTr="00A17CFE">
        <w:trPr>
          <w:trHeight w:val="400"/>
        </w:trPr>
        <w:tc>
          <w:tcPr>
            <w:tcW w:w="2076" w:type="dxa"/>
            <w:vMerge/>
            <w:tcBorders>
              <w:top w:val="single" w:sz="4" w:space="0" w:color="auto"/>
              <w:left w:val="single" w:sz="4" w:space="0" w:color="auto"/>
              <w:bottom w:val="single" w:sz="4" w:space="0" w:color="auto"/>
              <w:right w:val="single" w:sz="4" w:space="0" w:color="auto"/>
            </w:tcBorders>
          </w:tcPr>
          <w:p w14:paraId="3E802405"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54F2B6DF"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7E5E67CB" w14:textId="77777777" w:rsidR="0097296A" w:rsidRPr="007204D9" w:rsidRDefault="00000000">
            <w:pPr>
              <w:autoSpaceDE w:val="0"/>
              <w:autoSpaceDN w:val="0"/>
              <w:spacing w:before="98" w:after="0" w:line="200" w:lineRule="exact"/>
              <w:ind w:left="70"/>
            </w:pPr>
            <w:r w:rsidRPr="007204D9">
              <w:rPr>
                <w:color w:val="000000"/>
                <w:sz w:val="18"/>
              </w:rPr>
              <w:t xml:space="preserve">Não, o estádio não possui plano de limpeza implementado. </w:t>
            </w:r>
          </w:p>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06C0CE56" w14:textId="77777777" w:rsidR="0097296A" w:rsidRPr="007204D9" w:rsidRDefault="00000000">
            <w:pPr>
              <w:autoSpaceDE w:val="0"/>
              <w:autoSpaceDN w:val="0"/>
              <w:spacing w:before="98" w:after="0" w:line="200" w:lineRule="exact"/>
              <w:jc w:val="center"/>
            </w:pPr>
            <w:r w:rsidRPr="007204D9">
              <w:rPr>
                <w:color w:val="000000"/>
                <w:sz w:val="18"/>
              </w:rPr>
              <w:t>NAT</w:t>
            </w:r>
          </w:p>
        </w:tc>
        <w:tc>
          <w:tcPr>
            <w:tcW w:w="99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DB868D3" w14:textId="77777777" w:rsidR="0097296A" w:rsidRPr="00A17CFE" w:rsidRDefault="00000000" w:rsidP="00A17CFE">
            <w:pPr>
              <w:autoSpaceDE w:val="0"/>
              <w:autoSpaceDN w:val="0"/>
              <w:spacing w:before="96" w:after="0" w:line="202" w:lineRule="exact"/>
              <w:jc w:val="center"/>
              <w:rPr>
                <w:color w:val="000000"/>
                <w:sz w:val="18"/>
              </w:rPr>
            </w:pPr>
            <w:r w:rsidRPr="007204D9">
              <w:rPr>
                <w:color w:val="000000"/>
                <w:sz w:val="18"/>
              </w:rPr>
              <w:t xml:space="preserve">3 </w:t>
            </w:r>
          </w:p>
        </w:tc>
      </w:tr>
      <w:tr w:rsidR="0097296A" w:rsidRPr="007204D9" w14:paraId="186ED77F"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32E03F07"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5FDED0A6"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01F759BC" w14:textId="77777777" w:rsidR="0097296A" w:rsidRPr="007204D9" w:rsidRDefault="00000000">
            <w:pPr>
              <w:autoSpaceDE w:val="0"/>
              <w:autoSpaceDN w:val="0"/>
              <w:spacing w:before="98" w:after="0" w:line="202" w:lineRule="exact"/>
              <w:ind w:left="70"/>
            </w:pPr>
            <w:r w:rsidRPr="007204D9">
              <w:rPr>
                <w:color w:val="000000"/>
                <w:sz w:val="18"/>
              </w:rPr>
              <w:t xml:space="preserve">Não observado. (Especificar no comentário o motivo da não observação) </w:t>
            </w:r>
          </w:p>
        </w:tc>
        <w:tc>
          <w:tcPr>
            <w:tcW w:w="564" w:type="dxa"/>
            <w:tcBorders>
              <w:top w:val="single" w:sz="4" w:space="0" w:color="auto"/>
              <w:left w:val="single" w:sz="4" w:space="0" w:color="auto"/>
              <w:bottom w:val="single" w:sz="4" w:space="0" w:color="auto"/>
              <w:right w:val="single" w:sz="4" w:space="0" w:color="auto"/>
            </w:tcBorders>
            <w:tcMar>
              <w:left w:w="0" w:type="dxa"/>
              <w:right w:w="0" w:type="dxa"/>
            </w:tcMar>
          </w:tcPr>
          <w:p w14:paraId="093A2438" w14:textId="77777777" w:rsidR="0097296A" w:rsidRPr="007204D9" w:rsidRDefault="00000000">
            <w:pPr>
              <w:autoSpaceDE w:val="0"/>
              <w:autoSpaceDN w:val="0"/>
              <w:spacing w:before="98" w:after="0" w:line="202" w:lineRule="exact"/>
              <w:jc w:val="center"/>
            </w:pPr>
            <w:r w:rsidRPr="007204D9">
              <w:rPr>
                <w:color w:val="000000"/>
                <w:sz w:val="18"/>
              </w:rPr>
              <w:t xml:space="preserve">NO </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tcPr>
          <w:p w14:paraId="168C1E30"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31D052C5" w14:textId="77777777">
        <w:trPr>
          <w:trHeight w:val="750"/>
        </w:trPr>
        <w:tc>
          <w:tcPr>
            <w:tcW w:w="2076" w:type="dxa"/>
            <w:vMerge/>
            <w:tcBorders>
              <w:top w:val="single" w:sz="4" w:space="0" w:color="auto"/>
              <w:left w:val="single" w:sz="4" w:space="0" w:color="auto"/>
              <w:bottom w:val="single" w:sz="4" w:space="0" w:color="auto"/>
              <w:right w:val="single" w:sz="4" w:space="0" w:color="auto"/>
            </w:tcBorders>
          </w:tcPr>
          <w:p w14:paraId="6F4DD2FA"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17A3ACFB" w14:textId="77777777" w:rsidR="0097296A" w:rsidRPr="007204D9" w:rsidRDefault="0097296A"/>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D2FE77B" w14:textId="77777777" w:rsidR="0097296A" w:rsidRPr="007204D9" w:rsidRDefault="00000000">
            <w:pPr>
              <w:autoSpaceDE w:val="0"/>
              <w:autoSpaceDN w:val="0"/>
              <w:spacing w:after="0" w:line="202" w:lineRule="exact"/>
              <w:ind w:left="70"/>
            </w:pPr>
            <w:r w:rsidRPr="007204D9">
              <w:rPr>
                <w:color w:val="000000"/>
                <w:sz w:val="18"/>
              </w:rPr>
              <w:t xml:space="preserve">Comentário: </w:t>
            </w:r>
          </w:p>
        </w:tc>
      </w:tr>
      <w:tr w:rsidR="0097296A" w:rsidRPr="007204D9" w14:paraId="1FC819F8" w14:textId="77777777">
        <w:trPr>
          <w:trHeight w:val="624"/>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004176D" w14:textId="77777777" w:rsidR="0097296A" w:rsidRPr="007204D9" w:rsidRDefault="00000000">
            <w:pPr>
              <w:autoSpaceDE w:val="0"/>
              <w:autoSpaceDN w:val="0"/>
              <w:spacing w:before="1384" w:after="0" w:line="202" w:lineRule="exact"/>
              <w:jc w:val="center"/>
            </w:pPr>
            <w:r w:rsidRPr="007204D9">
              <w:rPr>
                <w:color w:val="000000"/>
                <w:sz w:val="18"/>
              </w:rPr>
              <w:t xml:space="preserve">2.3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8036B7D" w14:textId="77777777" w:rsidR="0097296A" w:rsidRPr="007204D9" w:rsidRDefault="00000000">
            <w:pPr>
              <w:autoSpaceDE w:val="0"/>
              <w:autoSpaceDN w:val="0"/>
              <w:spacing w:before="1384" w:after="0" w:line="202" w:lineRule="exact"/>
              <w:jc w:val="center"/>
            </w:pPr>
            <w:r w:rsidRPr="007204D9">
              <w:rPr>
                <w:color w:val="000000"/>
                <w:sz w:val="18"/>
              </w:rPr>
              <w:t xml:space="preserve">0 </w:t>
            </w:r>
          </w:p>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63F91C6" w14:textId="77777777" w:rsidR="0097296A" w:rsidRPr="007204D9" w:rsidRDefault="00000000">
            <w:pPr>
              <w:autoSpaceDE w:val="0"/>
              <w:autoSpaceDN w:val="0"/>
              <w:spacing w:before="198" w:after="0" w:line="202" w:lineRule="exact"/>
              <w:ind w:left="70"/>
            </w:pPr>
            <w:r w:rsidRPr="007204D9">
              <w:rPr>
                <w:b/>
                <w:color w:val="000000"/>
                <w:sz w:val="18"/>
              </w:rPr>
              <w:t xml:space="preserve">Qual o agente responsável pela limpeza do estádio? </w:t>
            </w:r>
          </w:p>
        </w:tc>
      </w:tr>
      <w:tr w:rsidR="0097296A" w:rsidRPr="007204D9" w14:paraId="39A91F5A" w14:textId="77777777">
        <w:trPr>
          <w:trHeight w:val="396"/>
        </w:trPr>
        <w:tc>
          <w:tcPr>
            <w:tcW w:w="2076" w:type="dxa"/>
            <w:vMerge/>
            <w:tcBorders>
              <w:top w:val="single" w:sz="4" w:space="0" w:color="auto"/>
              <w:left w:val="single" w:sz="4" w:space="0" w:color="auto"/>
              <w:bottom w:val="single" w:sz="4" w:space="0" w:color="auto"/>
              <w:right w:val="single" w:sz="4" w:space="0" w:color="auto"/>
            </w:tcBorders>
          </w:tcPr>
          <w:p w14:paraId="5A990C0B"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3C6FF0BE"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2D736E55" w14:textId="77777777" w:rsidR="0097296A" w:rsidRPr="007204D9" w:rsidRDefault="00000000">
            <w:pPr>
              <w:autoSpaceDE w:val="0"/>
              <w:autoSpaceDN w:val="0"/>
              <w:spacing w:before="94" w:after="0" w:line="200" w:lineRule="exact"/>
              <w:ind w:left="70"/>
            </w:pPr>
            <w:r w:rsidRPr="007204D9">
              <w:rPr>
                <w:color w:val="000000"/>
                <w:sz w:val="18"/>
              </w:rPr>
              <w:t xml:space="preserve">Funcionários do estádio.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05C8D65" w14:textId="77777777" w:rsidR="0097296A" w:rsidRPr="007204D9" w:rsidRDefault="00000000">
            <w:pPr>
              <w:autoSpaceDE w:val="0"/>
              <w:autoSpaceDN w:val="0"/>
              <w:spacing w:before="94" w:after="0" w:line="200" w:lineRule="exact"/>
              <w:jc w:val="center"/>
            </w:pPr>
            <w:r w:rsidRPr="007204D9">
              <w:rPr>
                <w:color w:val="000000"/>
                <w:sz w:val="18"/>
              </w:rPr>
              <w:t xml:space="preserve">A </w:t>
            </w:r>
          </w:p>
        </w:tc>
      </w:tr>
      <w:tr w:rsidR="0097296A" w:rsidRPr="007204D9" w14:paraId="3685079B"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28249A5C"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1F428D05"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5728CB3D" w14:textId="77777777" w:rsidR="0097296A" w:rsidRPr="007204D9" w:rsidRDefault="00000000">
            <w:pPr>
              <w:autoSpaceDE w:val="0"/>
              <w:autoSpaceDN w:val="0"/>
              <w:spacing w:before="98" w:after="0" w:line="200" w:lineRule="exact"/>
              <w:ind w:left="70"/>
            </w:pPr>
            <w:r w:rsidRPr="007204D9">
              <w:rPr>
                <w:color w:val="000000"/>
                <w:sz w:val="18"/>
              </w:rPr>
              <w:t xml:space="preserve">Empresa terceirizada.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309B581" w14:textId="77777777" w:rsidR="0097296A" w:rsidRPr="007204D9" w:rsidRDefault="00000000">
            <w:pPr>
              <w:autoSpaceDE w:val="0"/>
              <w:autoSpaceDN w:val="0"/>
              <w:spacing w:before="98" w:after="0" w:line="200" w:lineRule="exact"/>
              <w:jc w:val="center"/>
            </w:pPr>
            <w:r w:rsidRPr="007204D9">
              <w:rPr>
                <w:color w:val="000000"/>
                <w:sz w:val="18"/>
              </w:rPr>
              <w:t xml:space="preserve">B </w:t>
            </w:r>
          </w:p>
        </w:tc>
      </w:tr>
      <w:tr w:rsidR="0097296A" w:rsidRPr="007204D9" w14:paraId="4E3B6DCD"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288194CF"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0E369854" w14:textId="77777777" w:rsidR="0097296A" w:rsidRPr="007204D9" w:rsidRDefault="0097296A"/>
        </w:tc>
        <w:tc>
          <w:tcPr>
            <w:tcW w:w="7090" w:type="dxa"/>
            <w:tcBorders>
              <w:top w:val="single" w:sz="4" w:space="0" w:color="auto"/>
              <w:left w:val="single" w:sz="4" w:space="0" w:color="auto"/>
              <w:bottom w:val="single" w:sz="3" w:space="0" w:color="auto"/>
              <w:right w:val="single" w:sz="4" w:space="0" w:color="auto"/>
            </w:tcBorders>
            <w:tcMar>
              <w:left w:w="0" w:type="dxa"/>
              <w:right w:w="0" w:type="dxa"/>
            </w:tcMar>
          </w:tcPr>
          <w:p w14:paraId="5F7E7ACC" w14:textId="77777777" w:rsidR="0097296A" w:rsidRPr="007204D9" w:rsidRDefault="00000000">
            <w:pPr>
              <w:autoSpaceDE w:val="0"/>
              <w:autoSpaceDN w:val="0"/>
              <w:spacing w:before="98" w:after="0" w:line="202" w:lineRule="exact"/>
              <w:ind w:left="70"/>
            </w:pPr>
            <w:r w:rsidRPr="007204D9">
              <w:rPr>
                <w:color w:val="000000"/>
                <w:sz w:val="18"/>
              </w:rPr>
              <w:t xml:space="preserve">Diaristas. </w:t>
            </w:r>
          </w:p>
        </w:tc>
        <w:tc>
          <w:tcPr>
            <w:tcW w:w="1554"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1239CB5D" w14:textId="77777777" w:rsidR="0097296A" w:rsidRPr="007204D9" w:rsidRDefault="00000000">
            <w:pPr>
              <w:autoSpaceDE w:val="0"/>
              <w:autoSpaceDN w:val="0"/>
              <w:spacing w:before="98" w:after="0" w:line="202" w:lineRule="exact"/>
              <w:jc w:val="center"/>
            </w:pPr>
            <w:r w:rsidRPr="007204D9">
              <w:rPr>
                <w:color w:val="000000"/>
                <w:sz w:val="18"/>
              </w:rPr>
              <w:t xml:space="preserve">C </w:t>
            </w:r>
          </w:p>
        </w:tc>
      </w:tr>
      <w:tr w:rsidR="0097296A" w:rsidRPr="007204D9" w14:paraId="408D60A0"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58F02218"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0F58DDA5" w14:textId="77777777" w:rsidR="0097296A" w:rsidRPr="007204D9" w:rsidRDefault="0097296A"/>
        </w:tc>
        <w:tc>
          <w:tcPr>
            <w:tcW w:w="7090" w:type="dxa"/>
            <w:tcBorders>
              <w:top w:val="single" w:sz="3" w:space="0" w:color="auto"/>
              <w:left w:val="single" w:sz="4" w:space="0" w:color="auto"/>
              <w:bottom w:val="single" w:sz="4" w:space="0" w:color="auto"/>
              <w:right w:val="single" w:sz="4" w:space="0" w:color="auto"/>
            </w:tcBorders>
            <w:tcMar>
              <w:left w:w="0" w:type="dxa"/>
              <w:right w:w="0" w:type="dxa"/>
            </w:tcMar>
          </w:tcPr>
          <w:p w14:paraId="5F3BBE22" w14:textId="77777777" w:rsidR="0097296A" w:rsidRPr="007204D9" w:rsidRDefault="00000000">
            <w:pPr>
              <w:autoSpaceDE w:val="0"/>
              <w:autoSpaceDN w:val="0"/>
              <w:spacing w:before="100" w:after="0" w:line="200" w:lineRule="exact"/>
              <w:ind w:left="70"/>
            </w:pPr>
            <w:r w:rsidRPr="007204D9">
              <w:rPr>
                <w:color w:val="000000"/>
                <w:sz w:val="18"/>
              </w:rPr>
              <w:t xml:space="preserve">Outros. (Especificar nos comentários). </w:t>
            </w:r>
          </w:p>
        </w:tc>
        <w:tc>
          <w:tcPr>
            <w:tcW w:w="1554"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11FA0B3A" w14:textId="77777777" w:rsidR="0097296A" w:rsidRPr="007204D9" w:rsidRDefault="00000000">
            <w:pPr>
              <w:autoSpaceDE w:val="0"/>
              <w:autoSpaceDN w:val="0"/>
              <w:spacing w:before="100" w:after="0" w:line="200" w:lineRule="exact"/>
              <w:jc w:val="center"/>
            </w:pPr>
            <w:r w:rsidRPr="007204D9">
              <w:rPr>
                <w:color w:val="000000"/>
                <w:sz w:val="18"/>
              </w:rPr>
              <w:t xml:space="preserve">D </w:t>
            </w:r>
          </w:p>
        </w:tc>
      </w:tr>
      <w:tr w:rsidR="0097296A" w:rsidRPr="007204D9" w14:paraId="0BCF189B" w14:textId="77777777">
        <w:trPr>
          <w:trHeight w:val="750"/>
        </w:trPr>
        <w:tc>
          <w:tcPr>
            <w:tcW w:w="2076" w:type="dxa"/>
            <w:vMerge/>
            <w:tcBorders>
              <w:top w:val="single" w:sz="4" w:space="0" w:color="auto"/>
              <w:left w:val="single" w:sz="4" w:space="0" w:color="auto"/>
              <w:bottom w:val="single" w:sz="4" w:space="0" w:color="auto"/>
              <w:right w:val="single" w:sz="4" w:space="0" w:color="auto"/>
            </w:tcBorders>
          </w:tcPr>
          <w:p w14:paraId="0AC0A894"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1C0FF010" w14:textId="77777777" w:rsidR="0097296A" w:rsidRPr="007204D9" w:rsidRDefault="0097296A"/>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A79556E" w14:textId="77777777" w:rsidR="0097296A" w:rsidRPr="007204D9" w:rsidRDefault="00000000">
            <w:pPr>
              <w:autoSpaceDE w:val="0"/>
              <w:autoSpaceDN w:val="0"/>
              <w:spacing w:before="2" w:after="0" w:line="200" w:lineRule="exact"/>
              <w:ind w:left="70"/>
            </w:pPr>
            <w:r w:rsidRPr="007204D9">
              <w:rPr>
                <w:color w:val="000000"/>
                <w:sz w:val="18"/>
              </w:rPr>
              <w:t xml:space="preserve">Comentário: </w:t>
            </w:r>
          </w:p>
        </w:tc>
      </w:tr>
      <w:tr w:rsidR="0097296A" w:rsidRPr="007204D9" w14:paraId="2C797D5B" w14:textId="77777777">
        <w:trPr>
          <w:trHeight w:val="682"/>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2EFBC44" w14:textId="77777777" w:rsidR="0097296A" w:rsidRPr="007204D9" w:rsidRDefault="00000000">
            <w:pPr>
              <w:autoSpaceDE w:val="0"/>
              <w:autoSpaceDN w:val="0"/>
              <w:spacing w:before="1672" w:after="0" w:line="200" w:lineRule="exact"/>
              <w:jc w:val="center"/>
            </w:pPr>
            <w:r w:rsidRPr="007204D9">
              <w:rPr>
                <w:color w:val="000000"/>
                <w:sz w:val="18"/>
              </w:rPr>
              <w:t xml:space="preserve">2.4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2163AE4" w14:textId="77777777" w:rsidR="0097296A" w:rsidRPr="007204D9" w:rsidRDefault="00000000">
            <w:pPr>
              <w:autoSpaceDE w:val="0"/>
              <w:autoSpaceDN w:val="0"/>
              <w:spacing w:before="1672" w:after="0" w:line="200" w:lineRule="exact"/>
              <w:jc w:val="center"/>
            </w:pPr>
            <w:r w:rsidRPr="007204D9">
              <w:rPr>
                <w:color w:val="000000"/>
                <w:sz w:val="18"/>
              </w:rPr>
              <w:t xml:space="preserve">0 </w:t>
            </w:r>
          </w:p>
        </w:tc>
        <w:tc>
          <w:tcPr>
            <w:tcW w:w="864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9DE33E5" w14:textId="77777777" w:rsidR="0097296A" w:rsidRPr="007204D9" w:rsidRDefault="00000000">
            <w:pPr>
              <w:autoSpaceDE w:val="0"/>
              <w:autoSpaceDN w:val="0"/>
              <w:spacing w:before="228" w:after="0" w:line="202" w:lineRule="exact"/>
              <w:ind w:left="70"/>
            </w:pPr>
            <w:r w:rsidRPr="007204D9">
              <w:rPr>
                <w:b/>
                <w:color w:val="000000"/>
                <w:sz w:val="18"/>
              </w:rPr>
              <w:t xml:space="preserve">Qual a </w:t>
            </w:r>
            <w:proofErr w:type="spellStart"/>
            <w:r w:rsidRPr="007204D9">
              <w:rPr>
                <w:b/>
                <w:color w:val="000000"/>
                <w:sz w:val="18"/>
              </w:rPr>
              <w:t>frequência</w:t>
            </w:r>
            <w:proofErr w:type="spellEnd"/>
            <w:r w:rsidRPr="007204D9">
              <w:rPr>
                <w:b/>
                <w:color w:val="000000"/>
                <w:sz w:val="18"/>
              </w:rPr>
              <w:t xml:space="preserve"> em que a limpeza do estádio é realizada? </w:t>
            </w:r>
          </w:p>
        </w:tc>
      </w:tr>
      <w:tr w:rsidR="0097296A" w:rsidRPr="007204D9" w14:paraId="2161EB2F" w14:textId="77777777">
        <w:trPr>
          <w:trHeight w:val="402"/>
        </w:trPr>
        <w:tc>
          <w:tcPr>
            <w:tcW w:w="2076" w:type="dxa"/>
            <w:vMerge/>
            <w:tcBorders>
              <w:top w:val="single" w:sz="4" w:space="0" w:color="auto"/>
              <w:left w:val="single" w:sz="4" w:space="0" w:color="auto"/>
              <w:bottom w:val="single" w:sz="4" w:space="0" w:color="auto"/>
              <w:right w:val="single" w:sz="4" w:space="0" w:color="auto"/>
            </w:tcBorders>
          </w:tcPr>
          <w:p w14:paraId="4BCAE97E"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426C7405"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55ABB736" w14:textId="77777777" w:rsidR="0097296A" w:rsidRPr="007204D9" w:rsidRDefault="00000000">
            <w:pPr>
              <w:autoSpaceDE w:val="0"/>
              <w:autoSpaceDN w:val="0"/>
              <w:spacing w:before="98" w:after="0" w:line="202" w:lineRule="exact"/>
              <w:ind w:left="70"/>
            </w:pPr>
            <w:r w:rsidRPr="007204D9">
              <w:rPr>
                <w:color w:val="000000"/>
                <w:sz w:val="18"/>
              </w:rPr>
              <w:t xml:space="preserve">Antes e/ou depois dos dias de jogos (especificar no comentário).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7A072D3" w14:textId="77777777" w:rsidR="0097296A" w:rsidRPr="007204D9" w:rsidRDefault="00000000">
            <w:pPr>
              <w:autoSpaceDE w:val="0"/>
              <w:autoSpaceDN w:val="0"/>
              <w:spacing w:before="98" w:after="0" w:line="202" w:lineRule="exact"/>
              <w:jc w:val="center"/>
            </w:pPr>
            <w:r w:rsidRPr="007204D9">
              <w:rPr>
                <w:color w:val="000000"/>
                <w:sz w:val="18"/>
              </w:rPr>
              <w:t xml:space="preserve">A </w:t>
            </w:r>
          </w:p>
        </w:tc>
      </w:tr>
      <w:tr w:rsidR="0097296A" w:rsidRPr="007204D9" w14:paraId="65497CCC" w14:textId="77777777">
        <w:trPr>
          <w:trHeight w:val="398"/>
        </w:trPr>
        <w:tc>
          <w:tcPr>
            <w:tcW w:w="2076" w:type="dxa"/>
            <w:vMerge/>
            <w:tcBorders>
              <w:top w:val="single" w:sz="4" w:space="0" w:color="auto"/>
              <w:left w:val="single" w:sz="4" w:space="0" w:color="auto"/>
              <w:bottom w:val="single" w:sz="4" w:space="0" w:color="auto"/>
              <w:right w:val="single" w:sz="4" w:space="0" w:color="auto"/>
            </w:tcBorders>
          </w:tcPr>
          <w:p w14:paraId="44883E72"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39D0631F"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0A776F96" w14:textId="77777777" w:rsidR="0097296A" w:rsidRPr="007204D9" w:rsidRDefault="00000000">
            <w:pPr>
              <w:autoSpaceDE w:val="0"/>
              <w:autoSpaceDN w:val="0"/>
              <w:spacing w:before="96" w:after="0" w:line="200" w:lineRule="exact"/>
              <w:ind w:left="70"/>
            </w:pPr>
            <w:r w:rsidRPr="007204D9">
              <w:rPr>
                <w:color w:val="000000"/>
                <w:sz w:val="18"/>
              </w:rPr>
              <w:t xml:space="preserve">Diariamente.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300805F" w14:textId="77777777" w:rsidR="0097296A" w:rsidRPr="007204D9" w:rsidRDefault="00000000">
            <w:pPr>
              <w:autoSpaceDE w:val="0"/>
              <w:autoSpaceDN w:val="0"/>
              <w:spacing w:before="96" w:after="0" w:line="200" w:lineRule="exact"/>
              <w:jc w:val="center"/>
            </w:pPr>
            <w:r w:rsidRPr="007204D9">
              <w:rPr>
                <w:color w:val="000000"/>
                <w:sz w:val="18"/>
              </w:rPr>
              <w:t xml:space="preserve">B </w:t>
            </w:r>
          </w:p>
        </w:tc>
      </w:tr>
      <w:tr w:rsidR="0097296A" w:rsidRPr="007204D9" w14:paraId="47DB1F3A"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4F459877"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3BF6FED3"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0D9AA638" w14:textId="77777777" w:rsidR="0097296A" w:rsidRPr="007204D9" w:rsidRDefault="00000000">
            <w:pPr>
              <w:autoSpaceDE w:val="0"/>
              <w:autoSpaceDN w:val="0"/>
              <w:spacing w:before="98" w:after="0" w:line="200" w:lineRule="exact"/>
              <w:ind w:left="70"/>
            </w:pPr>
            <w:r w:rsidRPr="007204D9">
              <w:rPr>
                <w:color w:val="000000"/>
                <w:sz w:val="18"/>
              </w:rPr>
              <w:t xml:space="preserve">Semanalmente.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0E7635A" w14:textId="77777777" w:rsidR="0097296A" w:rsidRPr="007204D9" w:rsidRDefault="00000000">
            <w:pPr>
              <w:autoSpaceDE w:val="0"/>
              <w:autoSpaceDN w:val="0"/>
              <w:spacing w:before="98" w:after="0" w:line="200" w:lineRule="exact"/>
              <w:jc w:val="center"/>
            </w:pPr>
            <w:r w:rsidRPr="007204D9">
              <w:rPr>
                <w:color w:val="000000"/>
                <w:sz w:val="18"/>
              </w:rPr>
              <w:t xml:space="preserve">C </w:t>
            </w:r>
          </w:p>
        </w:tc>
      </w:tr>
      <w:tr w:rsidR="0097296A" w:rsidRPr="007204D9" w14:paraId="1E32A3A1" w14:textId="77777777">
        <w:trPr>
          <w:trHeight w:val="398"/>
        </w:trPr>
        <w:tc>
          <w:tcPr>
            <w:tcW w:w="2076" w:type="dxa"/>
            <w:vMerge/>
            <w:tcBorders>
              <w:top w:val="single" w:sz="4" w:space="0" w:color="auto"/>
              <w:left w:val="single" w:sz="4" w:space="0" w:color="auto"/>
              <w:bottom w:val="single" w:sz="4" w:space="0" w:color="auto"/>
              <w:right w:val="single" w:sz="4" w:space="0" w:color="auto"/>
            </w:tcBorders>
          </w:tcPr>
          <w:p w14:paraId="3C49E25E"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797DFD79" w14:textId="77777777" w:rsidR="0097296A" w:rsidRPr="007204D9" w:rsidRDefault="0097296A"/>
        </w:tc>
        <w:tc>
          <w:tcPr>
            <w:tcW w:w="7090" w:type="dxa"/>
            <w:tcBorders>
              <w:top w:val="single" w:sz="4" w:space="0" w:color="auto"/>
              <w:left w:val="single" w:sz="4" w:space="0" w:color="auto"/>
              <w:bottom w:val="single" w:sz="4" w:space="0" w:color="auto"/>
              <w:right w:val="single" w:sz="4" w:space="0" w:color="auto"/>
            </w:tcBorders>
            <w:tcMar>
              <w:left w:w="0" w:type="dxa"/>
              <w:right w:w="0" w:type="dxa"/>
            </w:tcMar>
          </w:tcPr>
          <w:p w14:paraId="7171F62D" w14:textId="77777777" w:rsidR="0097296A" w:rsidRPr="007204D9" w:rsidRDefault="00000000">
            <w:pPr>
              <w:autoSpaceDE w:val="0"/>
              <w:autoSpaceDN w:val="0"/>
              <w:spacing w:before="96" w:after="0" w:line="202" w:lineRule="exact"/>
              <w:ind w:left="70"/>
            </w:pPr>
            <w:r w:rsidRPr="007204D9">
              <w:rPr>
                <w:color w:val="000000"/>
                <w:sz w:val="18"/>
              </w:rPr>
              <w:t xml:space="preserve">Mensalmente.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BFE19DA" w14:textId="77777777" w:rsidR="0097296A" w:rsidRPr="007204D9" w:rsidRDefault="00000000">
            <w:pPr>
              <w:autoSpaceDE w:val="0"/>
              <w:autoSpaceDN w:val="0"/>
              <w:spacing w:before="96" w:after="0" w:line="202" w:lineRule="exact"/>
              <w:jc w:val="center"/>
            </w:pPr>
            <w:r w:rsidRPr="007204D9">
              <w:rPr>
                <w:color w:val="000000"/>
                <w:sz w:val="18"/>
              </w:rPr>
              <w:t xml:space="preserve">D </w:t>
            </w:r>
          </w:p>
        </w:tc>
      </w:tr>
      <w:tr w:rsidR="0097296A" w:rsidRPr="007204D9" w14:paraId="29929F70" w14:textId="77777777">
        <w:trPr>
          <w:trHeight w:val="398"/>
        </w:trPr>
        <w:tc>
          <w:tcPr>
            <w:tcW w:w="2076" w:type="dxa"/>
            <w:vMerge/>
            <w:tcBorders>
              <w:top w:val="single" w:sz="4" w:space="0" w:color="auto"/>
              <w:left w:val="single" w:sz="4" w:space="0" w:color="auto"/>
              <w:bottom w:val="single" w:sz="4" w:space="0" w:color="auto"/>
              <w:right w:val="single" w:sz="4" w:space="0" w:color="auto"/>
            </w:tcBorders>
          </w:tcPr>
          <w:p w14:paraId="17BC0C64"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243414F2" w14:textId="77777777" w:rsidR="0097296A" w:rsidRPr="007204D9" w:rsidRDefault="0097296A"/>
        </w:tc>
        <w:tc>
          <w:tcPr>
            <w:tcW w:w="7090" w:type="dxa"/>
            <w:tcBorders>
              <w:top w:val="single" w:sz="4" w:space="0" w:color="auto"/>
              <w:left w:val="single" w:sz="4" w:space="0" w:color="auto"/>
              <w:bottom w:val="single" w:sz="3" w:space="0" w:color="auto"/>
              <w:right w:val="single" w:sz="4" w:space="0" w:color="auto"/>
            </w:tcBorders>
            <w:tcMar>
              <w:left w:w="0" w:type="dxa"/>
              <w:right w:w="0" w:type="dxa"/>
            </w:tcMar>
          </w:tcPr>
          <w:p w14:paraId="7D145FBA" w14:textId="77777777" w:rsidR="0097296A" w:rsidRPr="007204D9" w:rsidRDefault="00000000">
            <w:pPr>
              <w:autoSpaceDE w:val="0"/>
              <w:autoSpaceDN w:val="0"/>
              <w:spacing w:before="96" w:after="0" w:line="202" w:lineRule="exact"/>
              <w:ind w:left="70"/>
            </w:pPr>
            <w:r w:rsidRPr="007204D9">
              <w:rPr>
                <w:color w:val="000000"/>
                <w:sz w:val="18"/>
              </w:rPr>
              <w:t xml:space="preserve">Outro. Especificar no comentário. </w:t>
            </w:r>
          </w:p>
        </w:tc>
        <w:tc>
          <w:tcPr>
            <w:tcW w:w="1554"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11A95E48" w14:textId="77777777" w:rsidR="0097296A" w:rsidRPr="007204D9" w:rsidRDefault="00000000">
            <w:pPr>
              <w:autoSpaceDE w:val="0"/>
              <w:autoSpaceDN w:val="0"/>
              <w:spacing w:before="96" w:after="0" w:line="202" w:lineRule="exact"/>
              <w:jc w:val="center"/>
            </w:pPr>
            <w:r w:rsidRPr="007204D9">
              <w:rPr>
                <w:color w:val="000000"/>
                <w:sz w:val="18"/>
              </w:rPr>
              <w:t xml:space="preserve">E </w:t>
            </w:r>
          </w:p>
        </w:tc>
      </w:tr>
      <w:tr w:rsidR="0097296A" w:rsidRPr="007204D9" w14:paraId="12F5D72A" w14:textId="77777777">
        <w:trPr>
          <w:trHeight w:val="860"/>
        </w:trPr>
        <w:tc>
          <w:tcPr>
            <w:tcW w:w="2076" w:type="dxa"/>
            <w:vMerge/>
            <w:tcBorders>
              <w:top w:val="single" w:sz="4" w:space="0" w:color="auto"/>
              <w:left w:val="single" w:sz="4" w:space="0" w:color="auto"/>
              <w:bottom w:val="single" w:sz="4" w:space="0" w:color="auto"/>
              <w:right w:val="single" w:sz="4" w:space="0" w:color="auto"/>
            </w:tcBorders>
          </w:tcPr>
          <w:p w14:paraId="78FB56C3"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5D3C7731" w14:textId="77777777" w:rsidR="0097296A" w:rsidRPr="007204D9" w:rsidRDefault="0097296A"/>
        </w:tc>
        <w:tc>
          <w:tcPr>
            <w:tcW w:w="8644"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73B5727B" w14:textId="77777777" w:rsidR="0097296A" w:rsidRPr="007204D9" w:rsidRDefault="00000000">
            <w:pPr>
              <w:autoSpaceDE w:val="0"/>
              <w:autoSpaceDN w:val="0"/>
              <w:spacing w:before="2" w:after="0" w:line="200" w:lineRule="exact"/>
              <w:ind w:left="70"/>
            </w:pPr>
            <w:r w:rsidRPr="007204D9">
              <w:rPr>
                <w:color w:val="000000"/>
                <w:sz w:val="18"/>
              </w:rPr>
              <w:t xml:space="preserve">Comentário: </w:t>
            </w:r>
          </w:p>
        </w:tc>
      </w:tr>
    </w:tbl>
    <w:p w14:paraId="7C4C311C" w14:textId="77777777" w:rsidR="0097296A" w:rsidRPr="007204D9" w:rsidRDefault="00000000">
      <w:pPr>
        <w:autoSpaceDE w:val="0"/>
        <w:autoSpaceDN w:val="0"/>
        <w:spacing w:before="226" w:after="0" w:line="266" w:lineRule="exact"/>
        <w:ind w:right="68"/>
        <w:jc w:val="right"/>
      </w:pPr>
      <w:r w:rsidRPr="007204D9">
        <w:rPr>
          <w:color w:val="000000"/>
          <w:sz w:val="24"/>
        </w:rPr>
        <w:t>10</w:t>
      </w:r>
    </w:p>
    <w:p w14:paraId="1204EA9F" w14:textId="77777777" w:rsidR="0097296A" w:rsidRPr="007204D9" w:rsidRDefault="0097296A">
      <w:pPr>
        <w:sectPr w:rsidR="0097296A" w:rsidRPr="007204D9">
          <w:pgSz w:w="11906" w:h="16838"/>
          <w:pgMar w:top="340" w:right="652" w:bottom="340" w:left="876" w:header="720" w:footer="720" w:gutter="0"/>
          <w:cols w:space="720"/>
          <w:docGrid w:linePitch="360"/>
        </w:sectPr>
      </w:pPr>
    </w:p>
    <w:p w14:paraId="61A99B85" w14:textId="77777777" w:rsidR="0097296A" w:rsidRPr="007204D9" w:rsidRDefault="0097296A">
      <w:pPr>
        <w:autoSpaceDE w:val="0"/>
        <w:autoSpaceDN w:val="0"/>
        <w:spacing w:after="120" w:line="220" w:lineRule="exact"/>
      </w:pPr>
    </w:p>
    <w:tbl>
      <w:tblPr>
        <w:tblW w:w="10774" w:type="dxa"/>
        <w:tblInd w:w="-137" w:type="dxa"/>
        <w:tblLayout w:type="fixed"/>
        <w:tblLook w:val="04A0" w:firstRow="1" w:lastRow="0" w:firstColumn="1" w:lastColumn="0" w:noHBand="0" w:noVBand="1"/>
      </w:tblPr>
      <w:tblGrid>
        <w:gridCol w:w="707"/>
        <w:gridCol w:w="711"/>
        <w:gridCol w:w="7655"/>
        <w:gridCol w:w="568"/>
        <w:gridCol w:w="1133"/>
      </w:tblGrid>
      <w:tr w:rsidR="0097296A" w:rsidRPr="007204D9" w14:paraId="61622A88" w14:textId="77777777" w:rsidTr="005E5D07">
        <w:trPr>
          <w:trHeight w:val="786"/>
        </w:trPr>
        <w:tc>
          <w:tcPr>
            <w:tcW w:w="707"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2C01B47" w14:textId="77777777" w:rsidR="0097296A" w:rsidRPr="007204D9" w:rsidRDefault="00000000">
            <w:pPr>
              <w:autoSpaceDE w:val="0"/>
              <w:autoSpaceDN w:val="0"/>
              <w:spacing w:before="1702" w:after="0" w:line="202" w:lineRule="exact"/>
              <w:jc w:val="center"/>
            </w:pPr>
            <w:r w:rsidRPr="007204D9">
              <w:rPr>
                <w:color w:val="000000"/>
                <w:sz w:val="18"/>
              </w:rPr>
              <w:t xml:space="preserve">2.5 </w:t>
            </w:r>
          </w:p>
        </w:tc>
        <w:tc>
          <w:tcPr>
            <w:tcW w:w="711"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5EE34417" w14:textId="77777777" w:rsidR="0097296A" w:rsidRPr="007204D9" w:rsidRDefault="00000000">
            <w:pPr>
              <w:autoSpaceDE w:val="0"/>
              <w:autoSpaceDN w:val="0"/>
              <w:spacing w:before="1702" w:after="0" w:line="202" w:lineRule="exact"/>
              <w:jc w:val="center"/>
            </w:pPr>
            <w:r w:rsidRPr="007204D9">
              <w:rPr>
                <w:color w:val="000000"/>
                <w:sz w:val="18"/>
              </w:rPr>
              <w:t xml:space="preserve">2 </w:t>
            </w:r>
          </w:p>
        </w:tc>
        <w:tc>
          <w:tcPr>
            <w:tcW w:w="9356" w:type="dxa"/>
            <w:gridSpan w:val="3"/>
            <w:tcBorders>
              <w:top w:val="single" w:sz="3" w:space="0" w:color="auto"/>
              <w:left w:val="single" w:sz="4" w:space="0" w:color="auto"/>
              <w:bottom w:val="single" w:sz="4" w:space="0" w:color="auto"/>
              <w:right w:val="single" w:sz="3" w:space="0" w:color="auto"/>
            </w:tcBorders>
            <w:tcMar>
              <w:left w:w="0" w:type="dxa"/>
              <w:right w:w="0" w:type="dxa"/>
            </w:tcMar>
          </w:tcPr>
          <w:p w14:paraId="4FB80344" w14:textId="77777777" w:rsidR="0097296A" w:rsidRPr="007204D9" w:rsidRDefault="00000000">
            <w:pPr>
              <w:autoSpaceDE w:val="0"/>
              <w:autoSpaceDN w:val="0"/>
              <w:spacing w:before="172" w:after="0" w:line="206" w:lineRule="exact"/>
              <w:ind w:left="70"/>
            </w:pPr>
            <w:r w:rsidRPr="007204D9">
              <w:rPr>
                <w:b/>
                <w:color w:val="000000"/>
                <w:sz w:val="18"/>
              </w:rPr>
              <w:t xml:space="preserve">O estádio realiza a coleta dos resíduos sólidos gerados nas suas dependências? </w:t>
            </w:r>
            <w:r w:rsidRPr="007204D9">
              <w:rPr>
                <w:b/>
                <w:color w:val="000000"/>
                <w:sz w:val="18"/>
              </w:rPr>
              <w:t xml:space="preserve">(Doc. Ref.: Política Nacional dos Resíduos Sólidos - Lei 12.305/2010). </w:t>
            </w:r>
          </w:p>
        </w:tc>
      </w:tr>
      <w:tr w:rsidR="0097296A" w:rsidRPr="007204D9" w14:paraId="4C9A515B" w14:textId="77777777" w:rsidTr="005E5D07">
        <w:trPr>
          <w:trHeight w:val="406"/>
        </w:trPr>
        <w:tc>
          <w:tcPr>
            <w:tcW w:w="707" w:type="dxa"/>
            <w:vMerge/>
            <w:tcBorders>
              <w:top w:val="single" w:sz="3" w:space="0" w:color="auto"/>
              <w:left w:val="single" w:sz="4" w:space="0" w:color="auto"/>
              <w:bottom w:val="single" w:sz="4" w:space="0" w:color="auto"/>
              <w:right w:val="single" w:sz="4" w:space="0" w:color="auto"/>
            </w:tcBorders>
          </w:tcPr>
          <w:p w14:paraId="0E0693A7"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2D5B24E4"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1CA313A6" w14:textId="77777777" w:rsidR="0097296A" w:rsidRPr="007204D9" w:rsidRDefault="00000000">
            <w:pPr>
              <w:autoSpaceDE w:val="0"/>
              <w:autoSpaceDN w:val="0"/>
              <w:spacing w:before="96" w:after="0" w:line="202" w:lineRule="exact"/>
              <w:ind w:left="70"/>
            </w:pPr>
            <w:r w:rsidRPr="007204D9">
              <w:rPr>
                <w:color w:val="000000"/>
                <w:sz w:val="18"/>
              </w:rPr>
              <w:t xml:space="preserve">Sim. É realizada a coleta dos resíduos sólidos com periodicidade.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37359275"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1133" w:type="dxa"/>
            <w:tcBorders>
              <w:top w:val="single" w:sz="4" w:space="0" w:color="auto"/>
              <w:left w:val="single" w:sz="3" w:space="0" w:color="auto"/>
              <w:bottom w:val="single" w:sz="4" w:space="0" w:color="auto"/>
              <w:right w:val="single" w:sz="3" w:space="0" w:color="auto"/>
            </w:tcBorders>
            <w:shd w:val="clear" w:color="auto" w:fill="92D050"/>
            <w:tcMar>
              <w:left w:w="0" w:type="dxa"/>
              <w:right w:w="0" w:type="dxa"/>
            </w:tcMar>
          </w:tcPr>
          <w:p w14:paraId="1D407377"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40796452" w14:textId="77777777" w:rsidTr="005E5D07">
        <w:trPr>
          <w:trHeight w:val="398"/>
        </w:trPr>
        <w:tc>
          <w:tcPr>
            <w:tcW w:w="707" w:type="dxa"/>
            <w:vMerge/>
            <w:tcBorders>
              <w:top w:val="single" w:sz="3" w:space="0" w:color="auto"/>
              <w:left w:val="single" w:sz="4" w:space="0" w:color="auto"/>
              <w:bottom w:val="single" w:sz="4" w:space="0" w:color="auto"/>
              <w:right w:val="single" w:sz="4" w:space="0" w:color="auto"/>
            </w:tcBorders>
          </w:tcPr>
          <w:p w14:paraId="572FE194"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62EDDC94"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5A341698" w14:textId="77777777" w:rsidR="0097296A" w:rsidRPr="007204D9" w:rsidRDefault="00000000">
            <w:pPr>
              <w:autoSpaceDE w:val="0"/>
              <w:autoSpaceDN w:val="0"/>
              <w:spacing w:before="90" w:after="0" w:line="202" w:lineRule="exact"/>
              <w:ind w:left="70"/>
            </w:pPr>
            <w:r w:rsidRPr="007204D9">
              <w:rPr>
                <w:color w:val="000000"/>
                <w:sz w:val="18"/>
              </w:rPr>
              <w:t xml:space="preserve">Sim. Mas a coleta dos resíduos sólidos não possui periodicidade.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B53B696" w14:textId="77777777" w:rsidR="0097296A" w:rsidRPr="007204D9" w:rsidRDefault="00000000">
            <w:pPr>
              <w:autoSpaceDE w:val="0"/>
              <w:autoSpaceDN w:val="0"/>
              <w:spacing w:before="90" w:after="0" w:line="202" w:lineRule="exact"/>
              <w:jc w:val="center"/>
            </w:pPr>
            <w:r w:rsidRPr="007204D9">
              <w:rPr>
                <w:color w:val="000000"/>
                <w:sz w:val="18"/>
              </w:rPr>
              <w:t xml:space="preserve">AP </w:t>
            </w:r>
          </w:p>
        </w:tc>
        <w:tc>
          <w:tcPr>
            <w:tcW w:w="1133" w:type="dxa"/>
            <w:tcBorders>
              <w:top w:val="single" w:sz="4" w:space="0" w:color="auto"/>
              <w:left w:val="single" w:sz="3" w:space="0" w:color="auto"/>
              <w:bottom w:val="single" w:sz="4" w:space="0" w:color="auto"/>
              <w:right w:val="single" w:sz="3" w:space="0" w:color="auto"/>
            </w:tcBorders>
            <w:shd w:val="clear" w:color="auto" w:fill="FFFF00"/>
            <w:tcMar>
              <w:left w:w="0" w:type="dxa"/>
              <w:right w:w="0" w:type="dxa"/>
            </w:tcMar>
          </w:tcPr>
          <w:p w14:paraId="75906B83" w14:textId="77777777" w:rsidR="0097296A" w:rsidRPr="007204D9" w:rsidRDefault="00000000">
            <w:pPr>
              <w:autoSpaceDE w:val="0"/>
              <w:autoSpaceDN w:val="0"/>
              <w:spacing w:before="90" w:after="0" w:line="202" w:lineRule="exact"/>
              <w:jc w:val="center"/>
            </w:pPr>
            <w:r w:rsidRPr="007204D9">
              <w:rPr>
                <w:color w:val="000000"/>
                <w:sz w:val="18"/>
              </w:rPr>
              <w:t xml:space="preserve">2 </w:t>
            </w:r>
          </w:p>
        </w:tc>
      </w:tr>
      <w:tr w:rsidR="0097296A" w:rsidRPr="007204D9" w14:paraId="73659448" w14:textId="77777777" w:rsidTr="005E5D07">
        <w:trPr>
          <w:trHeight w:val="398"/>
        </w:trPr>
        <w:tc>
          <w:tcPr>
            <w:tcW w:w="707" w:type="dxa"/>
            <w:vMerge/>
            <w:tcBorders>
              <w:top w:val="single" w:sz="3" w:space="0" w:color="auto"/>
              <w:left w:val="single" w:sz="4" w:space="0" w:color="auto"/>
              <w:bottom w:val="single" w:sz="4" w:space="0" w:color="auto"/>
              <w:right w:val="single" w:sz="4" w:space="0" w:color="auto"/>
            </w:tcBorders>
          </w:tcPr>
          <w:p w14:paraId="0C0A6EA4"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07433CAF"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397BB468" w14:textId="77777777" w:rsidR="0097296A" w:rsidRPr="007204D9" w:rsidRDefault="00000000">
            <w:pPr>
              <w:autoSpaceDE w:val="0"/>
              <w:autoSpaceDN w:val="0"/>
              <w:spacing w:before="94" w:after="0" w:line="200" w:lineRule="exact"/>
              <w:ind w:left="70"/>
            </w:pPr>
            <w:r w:rsidRPr="007204D9">
              <w:rPr>
                <w:color w:val="000000"/>
                <w:sz w:val="18"/>
              </w:rPr>
              <w:t xml:space="preserve">Não, o estádio não realiza a coleta dos resíduos sólidos.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9C4C169" w14:textId="77777777" w:rsidR="0097296A" w:rsidRPr="007204D9" w:rsidRDefault="00000000">
            <w:pPr>
              <w:autoSpaceDE w:val="0"/>
              <w:autoSpaceDN w:val="0"/>
              <w:spacing w:before="94" w:after="0" w:line="200" w:lineRule="exact"/>
              <w:jc w:val="center"/>
            </w:pPr>
            <w:r w:rsidRPr="007204D9">
              <w:rPr>
                <w:color w:val="000000"/>
                <w:sz w:val="18"/>
              </w:rPr>
              <w:t>NAT</w:t>
            </w:r>
          </w:p>
        </w:tc>
        <w:tc>
          <w:tcPr>
            <w:tcW w:w="1133" w:type="dxa"/>
            <w:tcBorders>
              <w:top w:val="single" w:sz="4" w:space="0" w:color="auto"/>
              <w:left w:val="single" w:sz="3" w:space="0" w:color="auto"/>
              <w:bottom w:val="single" w:sz="4" w:space="0" w:color="auto"/>
              <w:right w:val="single" w:sz="3" w:space="0" w:color="auto"/>
            </w:tcBorders>
            <w:shd w:val="clear" w:color="auto" w:fill="EE0000"/>
            <w:tcMar>
              <w:left w:w="0" w:type="dxa"/>
              <w:right w:w="0" w:type="dxa"/>
            </w:tcMar>
          </w:tcPr>
          <w:p w14:paraId="6C3CCBDB" w14:textId="77777777" w:rsidR="0097296A" w:rsidRPr="007204D9" w:rsidRDefault="00000000">
            <w:pPr>
              <w:autoSpaceDE w:val="0"/>
              <w:autoSpaceDN w:val="0"/>
              <w:spacing w:before="94" w:after="0" w:line="200" w:lineRule="exact"/>
              <w:jc w:val="center"/>
            </w:pPr>
            <w:r w:rsidRPr="007204D9">
              <w:rPr>
                <w:color w:val="000000"/>
                <w:sz w:val="18"/>
              </w:rPr>
              <w:t xml:space="preserve">3 </w:t>
            </w:r>
          </w:p>
        </w:tc>
      </w:tr>
      <w:tr w:rsidR="0097296A" w:rsidRPr="007204D9" w14:paraId="1C751384" w14:textId="77777777" w:rsidTr="005E5D07">
        <w:trPr>
          <w:trHeight w:val="396"/>
        </w:trPr>
        <w:tc>
          <w:tcPr>
            <w:tcW w:w="707" w:type="dxa"/>
            <w:vMerge/>
            <w:tcBorders>
              <w:top w:val="single" w:sz="3" w:space="0" w:color="auto"/>
              <w:left w:val="single" w:sz="4" w:space="0" w:color="auto"/>
              <w:bottom w:val="single" w:sz="4" w:space="0" w:color="auto"/>
              <w:right w:val="single" w:sz="4" w:space="0" w:color="auto"/>
            </w:tcBorders>
          </w:tcPr>
          <w:p w14:paraId="1AF67496"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7BE35DA7"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5C8CD497" w14:textId="77777777" w:rsidR="0097296A" w:rsidRPr="007204D9" w:rsidRDefault="00000000">
            <w:pPr>
              <w:autoSpaceDE w:val="0"/>
              <w:autoSpaceDN w:val="0"/>
              <w:spacing w:before="96" w:after="0" w:line="202" w:lineRule="exact"/>
              <w:ind w:left="70"/>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1C487B0"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1133" w:type="dxa"/>
            <w:tcBorders>
              <w:top w:val="single" w:sz="4" w:space="0" w:color="auto"/>
              <w:left w:val="single" w:sz="3" w:space="0" w:color="auto"/>
              <w:bottom w:val="single" w:sz="4" w:space="0" w:color="auto"/>
              <w:right w:val="single" w:sz="3" w:space="0" w:color="auto"/>
            </w:tcBorders>
            <w:tcMar>
              <w:left w:w="0" w:type="dxa"/>
              <w:right w:w="0" w:type="dxa"/>
            </w:tcMar>
          </w:tcPr>
          <w:p w14:paraId="0B9634D2"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7B281A29" w14:textId="77777777" w:rsidTr="005E5D07">
        <w:trPr>
          <w:trHeight w:val="1224"/>
        </w:trPr>
        <w:tc>
          <w:tcPr>
            <w:tcW w:w="707" w:type="dxa"/>
            <w:vMerge/>
            <w:tcBorders>
              <w:top w:val="single" w:sz="3" w:space="0" w:color="auto"/>
              <w:left w:val="single" w:sz="4" w:space="0" w:color="auto"/>
              <w:bottom w:val="single" w:sz="4" w:space="0" w:color="auto"/>
              <w:right w:val="single" w:sz="4" w:space="0" w:color="auto"/>
            </w:tcBorders>
          </w:tcPr>
          <w:p w14:paraId="527A5D68"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3B5E504C" w14:textId="77777777" w:rsidR="0097296A" w:rsidRPr="007204D9" w:rsidRDefault="0097296A"/>
        </w:tc>
        <w:tc>
          <w:tcPr>
            <w:tcW w:w="9356"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2C3B5491" w14:textId="77777777" w:rsidR="0097296A" w:rsidRPr="007204D9" w:rsidRDefault="00000000">
            <w:pPr>
              <w:autoSpaceDE w:val="0"/>
              <w:autoSpaceDN w:val="0"/>
              <w:spacing w:before="4" w:after="0" w:line="200" w:lineRule="exact"/>
              <w:ind w:left="70"/>
            </w:pPr>
            <w:r w:rsidRPr="007204D9">
              <w:rPr>
                <w:color w:val="000000"/>
                <w:sz w:val="18"/>
              </w:rPr>
              <w:t xml:space="preserve">Comentário: </w:t>
            </w:r>
          </w:p>
        </w:tc>
      </w:tr>
      <w:tr w:rsidR="0097296A" w:rsidRPr="007204D9" w14:paraId="123FF0BC" w14:textId="77777777" w:rsidTr="005E5D07">
        <w:trPr>
          <w:trHeight w:val="396"/>
        </w:trPr>
        <w:tc>
          <w:tcPr>
            <w:tcW w:w="707"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4C808EC8" w14:textId="77777777" w:rsidR="0097296A" w:rsidRPr="007204D9" w:rsidRDefault="00000000">
            <w:pPr>
              <w:autoSpaceDE w:val="0"/>
              <w:autoSpaceDN w:val="0"/>
              <w:spacing w:before="1402" w:after="0" w:line="200" w:lineRule="exact"/>
              <w:jc w:val="center"/>
            </w:pPr>
            <w:r w:rsidRPr="007204D9">
              <w:rPr>
                <w:color w:val="000000"/>
                <w:sz w:val="18"/>
              </w:rPr>
              <w:t xml:space="preserve">2.6 </w:t>
            </w:r>
          </w:p>
        </w:tc>
        <w:tc>
          <w:tcPr>
            <w:tcW w:w="711"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7AF25A1B" w14:textId="77777777" w:rsidR="0097296A" w:rsidRPr="007204D9" w:rsidRDefault="00000000">
            <w:pPr>
              <w:autoSpaceDE w:val="0"/>
              <w:autoSpaceDN w:val="0"/>
              <w:spacing w:before="1402" w:after="0" w:line="200" w:lineRule="exact"/>
              <w:jc w:val="center"/>
            </w:pPr>
            <w:r w:rsidRPr="007204D9">
              <w:rPr>
                <w:color w:val="000000"/>
                <w:sz w:val="18"/>
              </w:rPr>
              <w:t xml:space="preserve">0 </w:t>
            </w:r>
          </w:p>
        </w:tc>
        <w:tc>
          <w:tcPr>
            <w:tcW w:w="9356"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3E77BAA4" w14:textId="77777777" w:rsidR="0097296A" w:rsidRPr="007204D9" w:rsidRDefault="00000000">
            <w:pPr>
              <w:autoSpaceDE w:val="0"/>
              <w:autoSpaceDN w:val="0"/>
              <w:spacing w:before="86" w:after="0" w:line="202" w:lineRule="exact"/>
              <w:ind w:left="70"/>
            </w:pPr>
            <w:r w:rsidRPr="007204D9">
              <w:rPr>
                <w:b/>
                <w:color w:val="000000"/>
                <w:sz w:val="18"/>
              </w:rPr>
              <w:t xml:space="preserve">Qual o agente responsável pela coleta dos resíduos sólidos no estádio? </w:t>
            </w:r>
          </w:p>
        </w:tc>
      </w:tr>
      <w:tr w:rsidR="0097296A" w:rsidRPr="007204D9" w14:paraId="199CC567" w14:textId="77777777" w:rsidTr="005E5D07">
        <w:trPr>
          <w:trHeight w:val="404"/>
        </w:trPr>
        <w:tc>
          <w:tcPr>
            <w:tcW w:w="707" w:type="dxa"/>
            <w:vMerge/>
            <w:tcBorders>
              <w:top w:val="single" w:sz="4" w:space="0" w:color="auto"/>
              <w:left w:val="single" w:sz="4" w:space="0" w:color="auto"/>
              <w:bottom w:val="single" w:sz="3" w:space="0" w:color="auto"/>
              <w:right w:val="single" w:sz="4" w:space="0" w:color="auto"/>
            </w:tcBorders>
          </w:tcPr>
          <w:p w14:paraId="3A0316E4"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23920451"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33BC68F3" w14:textId="77777777" w:rsidR="0097296A" w:rsidRPr="007204D9" w:rsidRDefault="00000000">
            <w:pPr>
              <w:autoSpaceDE w:val="0"/>
              <w:autoSpaceDN w:val="0"/>
              <w:spacing w:before="100" w:after="0" w:line="200" w:lineRule="exact"/>
              <w:ind w:left="70"/>
            </w:pPr>
            <w:r w:rsidRPr="007204D9">
              <w:rPr>
                <w:color w:val="000000"/>
                <w:sz w:val="18"/>
              </w:rPr>
              <w:t xml:space="preserve">Sistema de coleta da prefeitura. </w:t>
            </w:r>
          </w:p>
        </w:tc>
        <w:tc>
          <w:tcPr>
            <w:tcW w:w="1701"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5E12FDBB" w14:textId="77777777" w:rsidR="0097296A" w:rsidRPr="007204D9" w:rsidRDefault="00000000">
            <w:pPr>
              <w:autoSpaceDE w:val="0"/>
              <w:autoSpaceDN w:val="0"/>
              <w:spacing w:before="100" w:after="0" w:line="200" w:lineRule="exact"/>
              <w:jc w:val="center"/>
            </w:pPr>
            <w:r w:rsidRPr="007204D9">
              <w:rPr>
                <w:color w:val="000000"/>
                <w:sz w:val="18"/>
              </w:rPr>
              <w:t xml:space="preserve">A </w:t>
            </w:r>
          </w:p>
        </w:tc>
      </w:tr>
      <w:tr w:rsidR="0097296A" w:rsidRPr="007204D9" w14:paraId="39905965" w14:textId="77777777" w:rsidTr="005E5D07">
        <w:trPr>
          <w:trHeight w:val="566"/>
        </w:trPr>
        <w:tc>
          <w:tcPr>
            <w:tcW w:w="707" w:type="dxa"/>
            <w:vMerge/>
            <w:tcBorders>
              <w:top w:val="single" w:sz="4" w:space="0" w:color="auto"/>
              <w:left w:val="single" w:sz="4" w:space="0" w:color="auto"/>
              <w:bottom w:val="single" w:sz="3" w:space="0" w:color="auto"/>
              <w:right w:val="single" w:sz="4" w:space="0" w:color="auto"/>
            </w:tcBorders>
          </w:tcPr>
          <w:p w14:paraId="2E4DCB6C"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7981C140"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01DFBE59" w14:textId="77777777" w:rsidR="0097296A" w:rsidRPr="007204D9" w:rsidRDefault="00000000">
            <w:pPr>
              <w:autoSpaceDE w:val="0"/>
              <w:autoSpaceDN w:val="0"/>
              <w:spacing w:before="72" w:after="0" w:line="206" w:lineRule="exact"/>
              <w:ind w:left="70" w:right="288"/>
            </w:pPr>
            <w:r w:rsidRPr="007204D9">
              <w:rPr>
                <w:color w:val="000000"/>
                <w:sz w:val="18"/>
              </w:rPr>
              <w:t xml:space="preserve">O estádio possui um sistema próprio de gerenciamento e coleta dos resíduos sólidos. </w:t>
            </w:r>
            <w:r w:rsidRPr="007204D9">
              <w:rPr>
                <w:color w:val="000000"/>
                <w:sz w:val="18"/>
              </w:rPr>
              <w:t xml:space="preserve">(Apresentar o PGRS implementado) </w:t>
            </w:r>
          </w:p>
        </w:tc>
        <w:tc>
          <w:tcPr>
            <w:tcW w:w="1701"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7F9606D0" w14:textId="77777777" w:rsidR="0097296A" w:rsidRPr="007204D9" w:rsidRDefault="00000000">
            <w:pPr>
              <w:autoSpaceDE w:val="0"/>
              <w:autoSpaceDN w:val="0"/>
              <w:spacing w:before="180" w:after="0" w:line="200" w:lineRule="exact"/>
              <w:jc w:val="center"/>
            </w:pPr>
            <w:r w:rsidRPr="007204D9">
              <w:rPr>
                <w:color w:val="000000"/>
                <w:sz w:val="18"/>
              </w:rPr>
              <w:t xml:space="preserve">B </w:t>
            </w:r>
          </w:p>
        </w:tc>
      </w:tr>
      <w:tr w:rsidR="0097296A" w:rsidRPr="007204D9" w14:paraId="00A6CE95" w14:textId="77777777" w:rsidTr="005E5D07">
        <w:trPr>
          <w:trHeight w:val="394"/>
        </w:trPr>
        <w:tc>
          <w:tcPr>
            <w:tcW w:w="707" w:type="dxa"/>
            <w:vMerge/>
            <w:tcBorders>
              <w:top w:val="single" w:sz="4" w:space="0" w:color="auto"/>
              <w:left w:val="single" w:sz="4" w:space="0" w:color="auto"/>
              <w:bottom w:val="single" w:sz="3" w:space="0" w:color="auto"/>
              <w:right w:val="single" w:sz="4" w:space="0" w:color="auto"/>
            </w:tcBorders>
          </w:tcPr>
          <w:p w14:paraId="71C23D99"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43C2027B"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04E5F1BE" w14:textId="77777777" w:rsidR="0097296A" w:rsidRPr="007204D9" w:rsidRDefault="00000000">
            <w:pPr>
              <w:autoSpaceDE w:val="0"/>
              <w:autoSpaceDN w:val="0"/>
              <w:spacing w:before="94" w:after="0" w:line="200" w:lineRule="exact"/>
              <w:ind w:left="70"/>
            </w:pPr>
            <w:r w:rsidRPr="007204D9">
              <w:rPr>
                <w:color w:val="000000"/>
                <w:sz w:val="18"/>
              </w:rPr>
              <w:t xml:space="preserve">A coleta dos resíduos sólidos é realizada por Empresa Privada e/ou Cooperativa. </w:t>
            </w:r>
          </w:p>
        </w:tc>
        <w:tc>
          <w:tcPr>
            <w:tcW w:w="1701"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0477BD53" w14:textId="77777777" w:rsidR="0097296A" w:rsidRPr="007204D9" w:rsidRDefault="00000000">
            <w:pPr>
              <w:autoSpaceDE w:val="0"/>
              <w:autoSpaceDN w:val="0"/>
              <w:spacing w:before="94" w:after="0" w:line="200" w:lineRule="exact"/>
              <w:jc w:val="center"/>
            </w:pPr>
            <w:r w:rsidRPr="007204D9">
              <w:rPr>
                <w:color w:val="000000"/>
                <w:sz w:val="18"/>
              </w:rPr>
              <w:t xml:space="preserve">C </w:t>
            </w:r>
          </w:p>
        </w:tc>
      </w:tr>
      <w:tr w:rsidR="0097296A" w:rsidRPr="007204D9" w14:paraId="661702D7" w14:textId="77777777" w:rsidTr="005E5D07">
        <w:trPr>
          <w:trHeight w:val="400"/>
        </w:trPr>
        <w:tc>
          <w:tcPr>
            <w:tcW w:w="707" w:type="dxa"/>
            <w:vMerge/>
            <w:tcBorders>
              <w:top w:val="single" w:sz="4" w:space="0" w:color="auto"/>
              <w:left w:val="single" w:sz="4" w:space="0" w:color="auto"/>
              <w:bottom w:val="single" w:sz="3" w:space="0" w:color="auto"/>
              <w:right w:val="single" w:sz="4" w:space="0" w:color="auto"/>
            </w:tcBorders>
          </w:tcPr>
          <w:p w14:paraId="1A4FCACD"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0223D572"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33C03385" w14:textId="77777777" w:rsidR="0097296A" w:rsidRPr="007204D9" w:rsidRDefault="00000000">
            <w:pPr>
              <w:autoSpaceDE w:val="0"/>
              <w:autoSpaceDN w:val="0"/>
              <w:spacing w:before="98" w:after="0" w:line="202" w:lineRule="exact"/>
              <w:ind w:left="70"/>
            </w:pPr>
            <w:r w:rsidRPr="007204D9">
              <w:rPr>
                <w:color w:val="000000"/>
                <w:sz w:val="18"/>
              </w:rPr>
              <w:t xml:space="preserve">Outro. Especificar no comentário. </w:t>
            </w:r>
          </w:p>
        </w:tc>
        <w:tc>
          <w:tcPr>
            <w:tcW w:w="1701"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6F8540E2" w14:textId="77777777" w:rsidR="0097296A" w:rsidRPr="007204D9" w:rsidRDefault="00000000">
            <w:pPr>
              <w:autoSpaceDE w:val="0"/>
              <w:autoSpaceDN w:val="0"/>
              <w:spacing w:before="98" w:after="0" w:line="202" w:lineRule="exact"/>
              <w:jc w:val="center"/>
            </w:pPr>
            <w:r w:rsidRPr="007204D9">
              <w:rPr>
                <w:color w:val="000000"/>
                <w:sz w:val="18"/>
              </w:rPr>
              <w:t xml:space="preserve">D </w:t>
            </w:r>
          </w:p>
        </w:tc>
      </w:tr>
      <w:tr w:rsidR="0097296A" w:rsidRPr="007204D9" w14:paraId="4ED391F2" w14:textId="77777777" w:rsidTr="005E5D07">
        <w:trPr>
          <w:trHeight w:val="844"/>
        </w:trPr>
        <w:tc>
          <w:tcPr>
            <w:tcW w:w="707" w:type="dxa"/>
            <w:vMerge/>
            <w:tcBorders>
              <w:top w:val="single" w:sz="4" w:space="0" w:color="auto"/>
              <w:left w:val="single" w:sz="4" w:space="0" w:color="auto"/>
              <w:bottom w:val="single" w:sz="3" w:space="0" w:color="auto"/>
              <w:right w:val="single" w:sz="4" w:space="0" w:color="auto"/>
            </w:tcBorders>
          </w:tcPr>
          <w:p w14:paraId="1BD4E785"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51C2A4FE" w14:textId="77777777" w:rsidR="0097296A" w:rsidRPr="007204D9" w:rsidRDefault="0097296A"/>
        </w:tc>
        <w:tc>
          <w:tcPr>
            <w:tcW w:w="9356" w:type="dxa"/>
            <w:gridSpan w:val="3"/>
            <w:tcBorders>
              <w:top w:val="single" w:sz="4" w:space="0" w:color="auto"/>
              <w:left w:val="single" w:sz="4" w:space="0" w:color="auto"/>
              <w:bottom w:val="single" w:sz="3" w:space="0" w:color="auto"/>
              <w:right w:val="single" w:sz="3" w:space="0" w:color="auto"/>
            </w:tcBorders>
            <w:tcMar>
              <w:left w:w="0" w:type="dxa"/>
              <w:right w:w="0" w:type="dxa"/>
            </w:tcMar>
          </w:tcPr>
          <w:p w14:paraId="33408FA6" w14:textId="77777777" w:rsidR="0097296A" w:rsidRPr="007204D9" w:rsidRDefault="00000000">
            <w:pPr>
              <w:autoSpaceDE w:val="0"/>
              <w:autoSpaceDN w:val="0"/>
              <w:spacing w:after="0" w:line="202" w:lineRule="exact"/>
              <w:ind w:left="70"/>
            </w:pPr>
            <w:r w:rsidRPr="007204D9">
              <w:rPr>
                <w:color w:val="000000"/>
                <w:sz w:val="18"/>
              </w:rPr>
              <w:t xml:space="preserve">Comentário: </w:t>
            </w:r>
          </w:p>
        </w:tc>
      </w:tr>
      <w:tr w:rsidR="0097296A" w:rsidRPr="007204D9" w14:paraId="6EDD29F5" w14:textId="77777777" w:rsidTr="005E5D07">
        <w:trPr>
          <w:trHeight w:val="682"/>
        </w:trPr>
        <w:tc>
          <w:tcPr>
            <w:tcW w:w="707"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2592C50F" w14:textId="77777777" w:rsidR="0097296A" w:rsidRPr="007204D9" w:rsidRDefault="00000000">
            <w:pPr>
              <w:autoSpaceDE w:val="0"/>
              <w:autoSpaceDN w:val="0"/>
              <w:spacing w:before="1530" w:after="0" w:line="200" w:lineRule="exact"/>
              <w:jc w:val="center"/>
            </w:pPr>
            <w:r w:rsidRPr="007204D9">
              <w:rPr>
                <w:color w:val="000000"/>
                <w:sz w:val="18"/>
              </w:rPr>
              <w:t xml:space="preserve">2.7 </w:t>
            </w:r>
          </w:p>
        </w:tc>
        <w:tc>
          <w:tcPr>
            <w:tcW w:w="711"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A9EA99E" w14:textId="77777777" w:rsidR="0097296A" w:rsidRPr="007204D9" w:rsidRDefault="00000000">
            <w:pPr>
              <w:autoSpaceDE w:val="0"/>
              <w:autoSpaceDN w:val="0"/>
              <w:spacing w:before="1530" w:after="0" w:line="200" w:lineRule="exact"/>
              <w:jc w:val="center"/>
            </w:pPr>
            <w:r w:rsidRPr="007204D9">
              <w:rPr>
                <w:color w:val="000000"/>
                <w:sz w:val="18"/>
              </w:rPr>
              <w:t xml:space="preserve">2 </w:t>
            </w:r>
          </w:p>
        </w:tc>
        <w:tc>
          <w:tcPr>
            <w:tcW w:w="9356" w:type="dxa"/>
            <w:gridSpan w:val="3"/>
            <w:tcBorders>
              <w:top w:val="single" w:sz="3" w:space="0" w:color="auto"/>
              <w:left w:val="single" w:sz="4" w:space="0" w:color="auto"/>
              <w:bottom w:val="single" w:sz="4" w:space="0" w:color="auto"/>
              <w:right w:val="single" w:sz="3" w:space="0" w:color="auto"/>
            </w:tcBorders>
            <w:tcMar>
              <w:left w:w="0" w:type="dxa"/>
              <w:right w:w="0" w:type="dxa"/>
            </w:tcMar>
          </w:tcPr>
          <w:p w14:paraId="03DDCBB9" w14:textId="77777777" w:rsidR="0097296A" w:rsidRPr="007204D9" w:rsidRDefault="00000000">
            <w:pPr>
              <w:autoSpaceDE w:val="0"/>
              <w:autoSpaceDN w:val="0"/>
              <w:spacing w:before="118" w:after="0" w:line="206" w:lineRule="exact"/>
              <w:ind w:left="70" w:right="864"/>
            </w:pPr>
            <w:r w:rsidRPr="007204D9">
              <w:rPr>
                <w:b/>
                <w:color w:val="000000"/>
                <w:sz w:val="18"/>
              </w:rPr>
              <w:t xml:space="preserve">Há coleta seletiva dos resíduos? (Doc. Ref.: Política Nacional dos Resíduos Sólidos - Lei 12.305/2010). </w:t>
            </w:r>
          </w:p>
        </w:tc>
      </w:tr>
      <w:tr w:rsidR="0097296A" w:rsidRPr="007204D9" w14:paraId="50991027" w14:textId="77777777" w:rsidTr="005E5D07">
        <w:trPr>
          <w:trHeight w:val="640"/>
        </w:trPr>
        <w:tc>
          <w:tcPr>
            <w:tcW w:w="707" w:type="dxa"/>
            <w:vMerge/>
            <w:tcBorders>
              <w:top w:val="single" w:sz="3" w:space="0" w:color="auto"/>
              <w:left w:val="single" w:sz="4" w:space="0" w:color="auto"/>
              <w:bottom w:val="single" w:sz="4" w:space="0" w:color="auto"/>
              <w:right w:val="single" w:sz="4" w:space="0" w:color="auto"/>
            </w:tcBorders>
          </w:tcPr>
          <w:p w14:paraId="359F8D39"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44F988DE"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3404793A" w14:textId="77777777" w:rsidR="0097296A" w:rsidRPr="007204D9" w:rsidRDefault="00000000">
            <w:pPr>
              <w:autoSpaceDE w:val="0"/>
              <w:autoSpaceDN w:val="0"/>
              <w:spacing w:before="108" w:after="0" w:line="206" w:lineRule="exact"/>
              <w:ind w:left="70" w:right="144"/>
            </w:pPr>
            <w:r w:rsidRPr="007204D9">
              <w:rPr>
                <w:color w:val="000000"/>
                <w:sz w:val="18"/>
              </w:rPr>
              <w:t xml:space="preserve">Sim, o estádio realiza a coleta seletiva dos resíduos e o encaminha para cooperativas ou para o sistema de coleta seletiva da Prefeitura do Município.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AAB71F9" w14:textId="77777777" w:rsidR="0097296A" w:rsidRPr="007204D9" w:rsidRDefault="00000000">
            <w:pPr>
              <w:autoSpaceDE w:val="0"/>
              <w:autoSpaceDN w:val="0"/>
              <w:spacing w:before="214" w:after="0" w:line="202" w:lineRule="exact"/>
              <w:jc w:val="center"/>
            </w:pPr>
            <w:r w:rsidRPr="007204D9">
              <w:rPr>
                <w:color w:val="000000"/>
                <w:sz w:val="18"/>
              </w:rPr>
              <w:t xml:space="preserve">AT </w:t>
            </w:r>
          </w:p>
        </w:tc>
        <w:tc>
          <w:tcPr>
            <w:tcW w:w="1133" w:type="dxa"/>
            <w:tcBorders>
              <w:top w:val="single" w:sz="4" w:space="0" w:color="auto"/>
              <w:left w:val="single" w:sz="3" w:space="0" w:color="auto"/>
              <w:bottom w:val="single" w:sz="4" w:space="0" w:color="auto"/>
              <w:right w:val="single" w:sz="3" w:space="0" w:color="auto"/>
            </w:tcBorders>
            <w:shd w:val="clear" w:color="auto" w:fill="92D050"/>
            <w:tcMar>
              <w:left w:w="0" w:type="dxa"/>
              <w:right w:w="0" w:type="dxa"/>
            </w:tcMar>
          </w:tcPr>
          <w:p w14:paraId="0E403760" w14:textId="77777777" w:rsidR="0097296A" w:rsidRPr="007204D9" w:rsidRDefault="00000000">
            <w:pPr>
              <w:autoSpaceDE w:val="0"/>
              <w:autoSpaceDN w:val="0"/>
              <w:spacing w:before="214" w:after="0" w:line="202" w:lineRule="exact"/>
              <w:jc w:val="center"/>
            </w:pPr>
            <w:r w:rsidRPr="007204D9">
              <w:rPr>
                <w:color w:val="000000"/>
                <w:sz w:val="18"/>
              </w:rPr>
              <w:t xml:space="preserve">1 </w:t>
            </w:r>
          </w:p>
        </w:tc>
      </w:tr>
      <w:tr w:rsidR="0097296A" w:rsidRPr="007204D9" w14:paraId="7354D78F" w14:textId="77777777" w:rsidTr="005E5D07">
        <w:trPr>
          <w:trHeight w:val="400"/>
        </w:trPr>
        <w:tc>
          <w:tcPr>
            <w:tcW w:w="707" w:type="dxa"/>
            <w:vMerge/>
            <w:tcBorders>
              <w:top w:val="single" w:sz="3" w:space="0" w:color="auto"/>
              <w:left w:val="single" w:sz="4" w:space="0" w:color="auto"/>
              <w:bottom w:val="single" w:sz="4" w:space="0" w:color="auto"/>
              <w:right w:val="single" w:sz="4" w:space="0" w:color="auto"/>
            </w:tcBorders>
          </w:tcPr>
          <w:p w14:paraId="1B0D7D70"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6F920049"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4F21DF1D" w14:textId="77777777" w:rsidR="0097296A" w:rsidRPr="007204D9" w:rsidRDefault="00000000">
            <w:pPr>
              <w:autoSpaceDE w:val="0"/>
              <w:autoSpaceDN w:val="0"/>
              <w:spacing w:before="98" w:after="0" w:line="200" w:lineRule="exact"/>
              <w:ind w:left="70"/>
            </w:pPr>
            <w:r w:rsidRPr="007204D9">
              <w:rPr>
                <w:color w:val="000000"/>
                <w:sz w:val="18"/>
              </w:rPr>
              <w:t xml:space="preserve">Não, o estádio não realiza coleta seletiva dos resíduos.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61793945" w14:textId="77777777" w:rsidR="0097296A" w:rsidRPr="007204D9" w:rsidRDefault="00000000">
            <w:pPr>
              <w:autoSpaceDE w:val="0"/>
              <w:autoSpaceDN w:val="0"/>
              <w:spacing w:before="98" w:after="0" w:line="200" w:lineRule="exact"/>
              <w:jc w:val="center"/>
            </w:pPr>
            <w:r w:rsidRPr="007204D9">
              <w:rPr>
                <w:color w:val="000000"/>
                <w:sz w:val="18"/>
              </w:rPr>
              <w:t>NAT</w:t>
            </w:r>
          </w:p>
        </w:tc>
        <w:tc>
          <w:tcPr>
            <w:tcW w:w="1133" w:type="dxa"/>
            <w:tcBorders>
              <w:top w:val="single" w:sz="4" w:space="0" w:color="auto"/>
              <w:left w:val="single" w:sz="3" w:space="0" w:color="auto"/>
              <w:bottom w:val="single" w:sz="4" w:space="0" w:color="auto"/>
              <w:right w:val="single" w:sz="3" w:space="0" w:color="auto"/>
            </w:tcBorders>
            <w:shd w:val="clear" w:color="auto" w:fill="FFFF00"/>
            <w:tcMar>
              <w:left w:w="0" w:type="dxa"/>
              <w:right w:w="0" w:type="dxa"/>
            </w:tcMar>
          </w:tcPr>
          <w:p w14:paraId="0296EED3" w14:textId="77777777" w:rsidR="0097296A" w:rsidRPr="007204D9" w:rsidRDefault="00000000">
            <w:pPr>
              <w:autoSpaceDE w:val="0"/>
              <w:autoSpaceDN w:val="0"/>
              <w:spacing w:before="98" w:after="0" w:line="200" w:lineRule="exact"/>
              <w:jc w:val="center"/>
            </w:pPr>
            <w:r w:rsidRPr="007204D9">
              <w:rPr>
                <w:color w:val="000000"/>
                <w:sz w:val="18"/>
              </w:rPr>
              <w:t xml:space="preserve">2 </w:t>
            </w:r>
          </w:p>
        </w:tc>
      </w:tr>
      <w:tr w:rsidR="0097296A" w:rsidRPr="007204D9" w14:paraId="1B1300CF" w14:textId="77777777" w:rsidTr="005E5D07">
        <w:trPr>
          <w:trHeight w:val="398"/>
        </w:trPr>
        <w:tc>
          <w:tcPr>
            <w:tcW w:w="707" w:type="dxa"/>
            <w:vMerge/>
            <w:tcBorders>
              <w:top w:val="single" w:sz="3" w:space="0" w:color="auto"/>
              <w:left w:val="single" w:sz="4" w:space="0" w:color="auto"/>
              <w:bottom w:val="single" w:sz="4" w:space="0" w:color="auto"/>
              <w:right w:val="single" w:sz="4" w:space="0" w:color="auto"/>
            </w:tcBorders>
          </w:tcPr>
          <w:p w14:paraId="18DE9106"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2D6E5857"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7D3FCE2E" w14:textId="77777777" w:rsidR="0097296A" w:rsidRPr="007204D9" w:rsidRDefault="00000000">
            <w:pPr>
              <w:autoSpaceDE w:val="0"/>
              <w:autoSpaceDN w:val="0"/>
              <w:spacing w:before="96" w:after="0" w:line="200" w:lineRule="exact"/>
              <w:ind w:left="70"/>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3D5ACFB"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1133" w:type="dxa"/>
            <w:tcBorders>
              <w:top w:val="single" w:sz="4" w:space="0" w:color="auto"/>
              <w:left w:val="single" w:sz="3" w:space="0" w:color="auto"/>
              <w:bottom w:val="single" w:sz="4" w:space="0" w:color="auto"/>
              <w:right w:val="single" w:sz="3" w:space="0" w:color="auto"/>
            </w:tcBorders>
            <w:tcMar>
              <w:left w:w="0" w:type="dxa"/>
              <w:right w:w="0" w:type="dxa"/>
            </w:tcMar>
          </w:tcPr>
          <w:p w14:paraId="0759CCD0"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32750F47" w14:textId="77777777" w:rsidTr="005E5D07">
        <w:trPr>
          <w:trHeight w:val="1142"/>
        </w:trPr>
        <w:tc>
          <w:tcPr>
            <w:tcW w:w="707" w:type="dxa"/>
            <w:vMerge/>
            <w:tcBorders>
              <w:top w:val="single" w:sz="3" w:space="0" w:color="auto"/>
              <w:left w:val="single" w:sz="4" w:space="0" w:color="auto"/>
              <w:bottom w:val="single" w:sz="4" w:space="0" w:color="auto"/>
              <w:right w:val="single" w:sz="4" w:space="0" w:color="auto"/>
            </w:tcBorders>
          </w:tcPr>
          <w:p w14:paraId="4312D659" w14:textId="77777777" w:rsidR="0097296A" w:rsidRPr="007204D9" w:rsidRDefault="0097296A"/>
        </w:tc>
        <w:tc>
          <w:tcPr>
            <w:tcW w:w="711" w:type="dxa"/>
            <w:vMerge/>
            <w:tcBorders>
              <w:top w:val="single" w:sz="3" w:space="0" w:color="auto"/>
              <w:left w:val="single" w:sz="4" w:space="0" w:color="auto"/>
              <w:bottom w:val="single" w:sz="4" w:space="0" w:color="auto"/>
              <w:right w:val="single" w:sz="4" w:space="0" w:color="auto"/>
            </w:tcBorders>
          </w:tcPr>
          <w:p w14:paraId="44B5E34E" w14:textId="77777777" w:rsidR="0097296A" w:rsidRPr="007204D9" w:rsidRDefault="0097296A"/>
        </w:tc>
        <w:tc>
          <w:tcPr>
            <w:tcW w:w="9356"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10DE1269" w14:textId="77777777" w:rsidR="0097296A" w:rsidRPr="007204D9" w:rsidRDefault="00000000">
            <w:pPr>
              <w:autoSpaceDE w:val="0"/>
              <w:autoSpaceDN w:val="0"/>
              <w:spacing w:after="0" w:line="202" w:lineRule="exact"/>
              <w:ind w:left="70"/>
            </w:pPr>
            <w:r w:rsidRPr="007204D9">
              <w:rPr>
                <w:color w:val="000000"/>
                <w:sz w:val="18"/>
              </w:rPr>
              <w:t xml:space="preserve">Comentário: </w:t>
            </w:r>
          </w:p>
        </w:tc>
      </w:tr>
      <w:tr w:rsidR="0097296A" w:rsidRPr="007204D9" w14:paraId="6D4B2139" w14:textId="77777777" w:rsidTr="005E5D07">
        <w:trPr>
          <w:trHeight w:val="2373"/>
        </w:trPr>
        <w:tc>
          <w:tcPr>
            <w:tcW w:w="707"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4FD7D50F" w14:textId="77777777" w:rsidR="0097296A" w:rsidRPr="007204D9" w:rsidRDefault="00000000">
            <w:pPr>
              <w:autoSpaceDE w:val="0"/>
              <w:autoSpaceDN w:val="0"/>
              <w:spacing w:before="2192" w:after="0" w:line="200" w:lineRule="exact"/>
              <w:jc w:val="center"/>
            </w:pPr>
            <w:r w:rsidRPr="007204D9">
              <w:rPr>
                <w:color w:val="000000"/>
                <w:sz w:val="18"/>
              </w:rPr>
              <w:t xml:space="preserve">2.8 </w:t>
            </w:r>
          </w:p>
        </w:tc>
        <w:tc>
          <w:tcPr>
            <w:tcW w:w="711"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2615781E" w14:textId="77777777" w:rsidR="0097296A" w:rsidRPr="007204D9" w:rsidRDefault="00000000">
            <w:pPr>
              <w:autoSpaceDE w:val="0"/>
              <w:autoSpaceDN w:val="0"/>
              <w:spacing w:before="2192" w:after="0" w:line="200" w:lineRule="exact"/>
              <w:jc w:val="center"/>
            </w:pPr>
            <w:r w:rsidRPr="007204D9">
              <w:rPr>
                <w:color w:val="000000"/>
                <w:sz w:val="18"/>
              </w:rPr>
              <w:t xml:space="preserve">2 </w:t>
            </w:r>
          </w:p>
        </w:tc>
        <w:tc>
          <w:tcPr>
            <w:tcW w:w="9356" w:type="dxa"/>
            <w:gridSpan w:val="3"/>
            <w:tcBorders>
              <w:top w:val="single" w:sz="4" w:space="0" w:color="auto"/>
              <w:left w:val="single" w:sz="4" w:space="0" w:color="auto"/>
              <w:bottom w:val="single" w:sz="3" w:space="0" w:color="auto"/>
              <w:right w:val="single" w:sz="3" w:space="0" w:color="auto"/>
            </w:tcBorders>
            <w:tcMar>
              <w:left w:w="0" w:type="dxa"/>
              <w:right w:w="0" w:type="dxa"/>
            </w:tcMar>
          </w:tcPr>
          <w:p w14:paraId="20ADDE4F" w14:textId="188DCAFB" w:rsidR="0097296A" w:rsidRPr="007204D9" w:rsidRDefault="00000000" w:rsidP="00A17CFE">
            <w:pPr>
              <w:autoSpaceDE w:val="0"/>
              <w:autoSpaceDN w:val="0"/>
              <w:spacing w:after="4" w:line="206" w:lineRule="exact"/>
            </w:pPr>
            <w:r w:rsidRPr="007204D9">
              <w:rPr>
                <w:b/>
                <w:color w:val="000000"/>
                <w:sz w:val="18"/>
              </w:rPr>
              <w:t>Há</w:t>
            </w:r>
            <w:r w:rsidR="00A17CFE">
              <w:rPr>
                <w:b/>
                <w:color w:val="000000"/>
                <w:sz w:val="18"/>
              </w:rPr>
              <w:t xml:space="preserve"> </w:t>
            </w:r>
            <w:r w:rsidRPr="007204D9">
              <w:rPr>
                <w:b/>
                <w:color w:val="000000"/>
                <w:sz w:val="18"/>
              </w:rPr>
              <w:t>abrigo de resíduos e equipamentos (caçambas e lixeiras) dimensionados para o acondicionamento correto dos resíduos sólidos gerados nas dependências do estádio e que sejam separados para resíduos orgânicos e inorgânicos? (Doc. Ref.: Portaria CVS Nº 02/2010; Resolução</w:t>
            </w:r>
          </w:p>
          <w:tbl>
            <w:tblPr>
              <w:tblW w:w="0" w:type="auto"/>
              <w:tblInd w:w="28" w:type="dxa"/>
              <w:tblLayout w:type="fixed"/>
              <w:tblLook w:val="04A0" w:firstRow="1" w:lastRow="0" w:firstColumn="1" w:lastColumn="0" w:noHBand="0" w:noVBand="1"/>
            </w:tblPr>
            <w:tblGrid>
              <w:gridCol w:w="1180"/>
              <w:gridCol w:w="1740"/>
              <w:gridCol w:w="2300"/>
              <w:gridCol w:w="1760"/>
              <w:gridCol w:w="1580"/>
            </w:tblGrid>
            <w:tr w:rsidR="0097296A" w:rsidRPr="007204D9" w14:paraId="18AC5494" w14:textId="77777777">
              <w:trPr>
                <w:trHeight w:val="206"/>
              </w:trPr>
              <w:tc>
                <w:tcPr>
                  <w:tcW w:w="1180" w:type="dxa"/>
                  <w:tcMar>
                    <w:left w:w="0" w:type="dxa"/>
                    <w:right w:w="0" w:type="dxa"/>
                  </w:tcMar>
                </w:tcPr>
                <w:p w14:paraId="49363425" w14:textId="77777777" w:rsidR="0097296A" w:rsidRPr="007204D9" w:rsidRDefault="00000000" w:rsidP="005E5D07">
                  <w:pPr>
                    <w:autoSpaceDE w:val="0"/>
                    <w:autoSpaceDN w:val="0"/>
                    <w:spacing w:before="4" w:after="0" w:line="200" w:lineRule="exact"/>
                  </w:pPr>
                  <w:r w:rsidRPr="007204D9">
                    <w:rPr>
                      <w:b/>
                      <w:color w:val="000000"/>
                      <w:sz w:val="18"/>
                    </w:rPr>
                    <w:t>RDC</w:t>
                  </w:r>
                </w:p>
              </w:tc>
              <w:tc>
                <w:tcPr>
                  <w:tcW w:w="1740" w:type="dxa"/>
                  <w:tcMar>
                    <w:left w:w="0" w:type="dxa"/>
                    <w:right w:w="0" w:type="dxa"/>
                  </w:tcMar>
                </w:tcPr>
                <w:p w14:paraId="3F7B592A" w14:textId="77777777" w:rsidR="0097296A" w:rsidRPr="007204D9" w:rsidRDefault="00000000" w:rsidP="00A17CFE">
                  <w:pPr>
                    <w:autoSpaceDE w:val="0"/>
                    <w:autoSpaceDN w:val="0"/>
                    <w:spacing w:before="4" w:after="0" w:line="200" w:lineRule="exact"/>
                  </w:pPr>
                  <w:r w:rsidRPr="007204D9">
                    <w:rPr>
                      <w:b/>
                      <w:color w:val="000000"/>
                      <w:sz w:val="18"/>
                    </w:rPr>
                    <w:t>n°</w:t>
                  </w:r>
                </w:p>
              </w:tc>
              <w:tc>
                <w:tcPr>
                  <w:tcW w:w="2300" w:type="dxa"/>
                  <w:tcMar>
                    <w:left w:w="0" w:type="dxa"/>
                    <w:right w:w="0" w:type="dxa"/>
                  </w:tcMar>
                </w:tcPr>
                <w:p w14:paraId="7A188568" w14:textId="77777777" w:rsidR="0097296A" w:rsidRPr="007204D9" w:rsidRDefault="00000000">
                  <w:pPr>
                    <w:autoSpaceDE w:val="0"/>
                    <w:autoSpaceDN w:val="0"/>
                    <w:spacing w:before="4" w:after="0" w:line="200" w:lineRule="exact"/>
                    <w:jc w:val="center"/>
                  </w:pPr>
                  <w:r w:rsidRPr="007204D9">
                    <w:rPr>
                      <w:b/>
                      <w:color w:val="000000"/>
                      <w:sz w:val="18"/>
                    </w:rPr>
                    <w:t>216/2004</w:t>
                  </w:r>
                </w:p>
              </w:tc>
              <w:tc>
                <w:tcPr>
                  <w:tcW w:w="1760" w:type="dxa"/>
                  <w:tcMar>
                    <w:left w:w="0" w:type="dxa"/>
                    <w:right w:w="0" w:type="dxa"/>
                  </w:tcMar>
                </w:tcPr>
                <w:p w14:paraId="19C2EF3A" w14:textId="77777777" w:rsidR="0097296A" w:rsidRPr="007204D9" w:rsidRDefault="00000000">
                  <w:pPr>
                    <w:autoSpaceDE w:val="0"/>
                    <w:autoSpaceDN w:val="0"/>
                    <w:spacing w:before="4" w:after="0" w:line="200" w:lineRule="exact"/>
                    <w:jc w:val="center"/>
                  </w:pPr>
                  <w:r w:rsidRPr="007204D9">
                    <w:rPr>
                      <w:b/>
                      <w:color w:val="000000"/>
                      <w:sz w:val="18"/>
                    </w:rPr>
                    <w:t>da</w:t>
                  </w:r>
                </w:p>
              </w:tc>
              <w:tc>
                <w:tcPr>
                  <w:tcW w:w="1580" w:type="dxa"/>
                  <w:tcMar>
                    <w:left w:w="0" w:type="dxa"/>
                    <w:right w:w="0" w:type="dxa"/>
                  </w:tcMar>
                </w:tcPr>
                <w:p w14:paraId="66605511" w14:textId="77777777" w:rsidR="0097296A" w:rsidRPr="007204D9" w:rsidRDefault="00000000">
                  <w:pPr>
                    <w:autoSpaceDE w:val="0"/>
                    <w:autoSpaceDN w:val="0"/>
                    <w:spacing w:before="4" w:after="0" w:line="200" w:lineRule="exact"/>
                    <w:ind w:right="26"/>
                    <w:jc w:val="right"/>
                  </w:pPr>
                  <w:r w:rsidRPr="007204D9">
                    <w:rPr>
                      <w:b/>
                      <w:color w:val="000000"/>
                      <w:sz w:val="18"/>
                    </w:rPr>
                    <w:t>ANVISA).</w:t>
                  </w:r>
                </w:p>
              </w:tc>
            </w:tr>
          </w:tbl>
          <w:p w14:paraId="26357EB8" w14:textId="1A646545" w:rsidR="0097296A" w:rsidRPr="007204D9" w:rsidRDefault="00000000">
            <w:pPr>
              <w:autoSpaceDE w:val="0"/>
              <w:autoSpaceDN w:val="0"/>
              <w:spacing w:after="0" w:line="210" w:lineRule="exact"/>
              <w:ind w:left="70"/>
            </w:pPr>
            <w:r w:rsidRPr="007204D9">
              <w:rPr>
                <w:i/>
                <w:color w:val="000000"/>
                <w:sz w:val="18"/>
              </w:rPr>
              <w:t>Os</w:t>
            </w:r>
            <w:r w:rsidR="00A17CFE">
              <w:rPr>
                <w:i/>
                <w:color w:val="000000"/>
                <w:sz w:val="18"/>
              </w:rPr>
              <w:t xml:space="preserve"> </w:t>
            </w:r>
            <w:r w:rsidRPr="007204D9">
              <w:rPr>
                <w:i/>
                <w:color w:val="000000"/>
                <w:sz w:val="18"/>
              </w:rPr>
              <w:t>abrigos</w:t>
            </w:r>
            <w:r w:rsidR="00A17CFE">
              <w:rPr>
                <w:i/>
                <w:color w:val="000000"/>
                <w:sz w:val="18"/>
              </w:rPr>
              <w:t xml:space="preserve"> </w:t>
            </w:r>
            <w:r w:rsidRPr="007204D9">
              <w:rPr>
                <w:i/>
                <w:color w:val="000000"/>
                <w:sz w:val="18"/>
              </w:rPr>
              <w:t>de</w:t>
            </w:r>
            <w:r w:rsidR="00A17CFE">
              <w:rPr>
                <w:i/>
                <w:color w:val="000000"/>
                <w:sz w:val="18"/>
              </w:rPr>
              <w:t xml:space="preserve"> </w:t>
            </w:r>
            <w:r w:rsidRPr="007204D9">
              <w:rPr>
                <w:i/>
                <w:color w:val="000000"/>
                <w:sz w:val="18"/>
              </w:rPr>
              <w:t>resíduos</w:t>
            </w:r>
            <w:r w:rsidR="00A17CFE">
              <w:rPr>
                <w:i/>
                <w:color w:val="000000"/>
                <w:sz w:val="18"/>
              </w:rPr>
              <w:t xml:space="preserve"> </w:t>
            </w:r>
            <w:r w:rsidRPr="007204D9">
              <w:rPr>
                <w:i/>
                <w:color w:val="000000"/>
                <w:sz w:val="18"/>
              </w:rPr>
              <w:t>deve</w:t>
            </w:r>
            <w:r w:rsidRPr="007204D9">
              <w:rPr>
                <w:i/>
                <w:color w:val="000000"/>
                <w:sz w:val="18"/>
              </w:rPr>
              <w:t>m</w:t>
            </w:r>
            <w:r w:rsidR="00A17CFE">
              <w:rPr>
                <w:i/>
                <w:color w:val="000000"/>
                <w:sz w:val="18"/>
              </w:rPr>
              <w:t xml:space="preserve"> </w:t>
            </w:r>
            <w:r w:rsidRPr="007204D9">
              <w:rPr>
                <w:i/>
                <w:color w:val="000000"/>
                <w:sz w:val="18"/>
              </w:rPr>
              <w:t>atender</w:t>
            </w:r>
            <w:r w:rsidR="00A17CFE">
              <w:rPr>
                <w:i/>
                <w:color w:val="000000"/>
                <w:sz w:val="18"/>
              </w:rPr>
              <w:t xml:space="preserve"> </w:t>
            </w:r>
            <w:r w:rsidRPr="007204D9">
              <w:rPr>
                <w:i/>
                <w:color w:val="000000"/>
                <w:sz w:val="18"/>
              </w:rPr>
              <w:t>às</w:t>
            </w:r>
            <w:r w:rsidR="00A17CFE">
              <w:rPr>
                <w:i/>
                <w:color w:val="000000"/>
                <w:sz w:val="18"/>
              </w:rPr>
              <w:t xml:space="preserve"> </w:t>
            </w:r>
            <w:r w:rsidRPr="007204D9">
              <w:rPr>
                <w:i/>
                <w:color w:val="000000"/>
                <w:sz w:val="18"/>
              </w:rPr>
              <w:t>seguintes</w:t>
            </w:r>
            <w:r w:rsidR="00A17CFE">
              <w:rPr>
                <w:i/>
                <w:color w:val="000000"/>
                <w:sz w:val="18"/>
              </w:rPr>
              <w:t xml:space="preserve"> </w:t>
            </w:r>
            <w:r w:rsidRPr="007204D9">
              <w:rPr>
                <w:i/>
                <w:color w:val="000000"/>
                <w:sz w:val="18"/>
              </w:rPr>
              <w:t>especificações:</w:t>
            </w:r>
            <w:r w:rsidR="00A17CFE">
              <w:rPr>
                <w:i/>
                <w:color w:val="000000"/>
                <w:sz w:val="18"/>
              </w:rPr>
              <w:t xml:space="preserve"> </w:t>
            </w:r>
            <w:r w:rsidRPr="007204D9">
              <w:rPr>
                <w:i/>
                <w:color w:val="000000"/>
                <w:sz w:val="18"/>
              </w:rPr>
              <w:t>a)prever</w:t>
            </w:r>
            <w:r w:rsidR="00A17CFE">
              <w:rPr>
                <w:i/>
                <w:color w:val="000000"/>
                <w:sz w:val="18"/>
              </w:rPr>
              <w:t xml:space="preserve"> </w:t>
            </w:r>
            <w:r w:rsidRPr="007204D9">
              <w:rPr>
                <w:i/>
                <w:color w:val="000000"/>
                <w:sz w:val="18"/>
              </w:rPr>
              <w:t>aberturas</w:t>
            </w:r>
            <w:r w:rsidR="00A17CFE">
              <w:rPr>
                <w:i/>
                <w:color w:val="000000"/>
                <w:sz w:val="18"/>
              </w:rPr>
              <w:t xml:space="preserve"> </w:t>
            </w:r>
            <w:r w:rsidRPr="007204D9">
              <w:rPr>
                <w:i/>
                <w:color w:val="000000"/>
                <w:sz w:val="18"/>
              </w:rPr>
              <w:t>para</w:t>
            </w:r>
            <w:r w:rsidR="00A17CFE">
              <w:rPr>
                <w:i/>
                <w:color w:val="000000"/>
                <w:sz w:val="18"/>
              </w:rPr>
              <w:t xml:space="preserve"> </w:t>
            </w:r>
            <w:r w:rsidRPr="007204D9">
              <w:rPr>
                <w:i/>
                <w:color w:val="000000"/>
                <w:sz w:val="18"/>
              </w:rPr>
              <w:t xml:space="preserve">ventilação com área mínima de 1/20 da área do </w:t>
            </w:r>
            <w:r w:rsidR="00A17CFE" w:rsidRPr="007204D9">
              <w:rPr>
                <w:i/>
                <w:color w:val="000000"/>
                <w:sz w:val="18"/>
              </w:rPr>
              <w:t>piso; b</w:t>
            </w:r>
            <w:r w:rsidRPr="007204D9">
              <w:rPr>
                <w:i/>
                <w:color w:val="000000"/>
                <w:sz w:val="18"/>
              </w:rPr>
              <w:t>) ter as aberturas dotadas de telas ou outra forma de proteção contra</w:t>
            </w:r>
            <w:r w:rsidR="00A17CFE">
              <w:rPr>
                <w:i/>
                <w:color w:val="000000"/>
                <w:sz w:val="18"/>
              </w:rPr>
              <w:t xml:space="preserve"> </w:t>
            </w:r>
            <w:r w:rsidRPr="007204D9">
              <w:rPr>
                <w:i/>
                <w:color w:val="000000"/>
                <w:sz w:val="18"/>
              </w:rPr>
              <w:t>entrada</w:t>
            </w:r>
            <w:r w:rsidR="00A17CFE">
              <w:rPr>
                <w:i/>
                <w:color w:val="000000"/>
                <w:sz w:val="18"/>
              </w:rPr>
              <w:t xml:space="preserve"> </w:t>
            </w:r>
            <w:r w:rsidRPr="007204D9">
              <w:rPr>
                <w:i/>
                <w:color w:val="000000"/>
                <w:sz w:val="18"/>
              </w:rPr>
              <w:t>de</w:t>
            </w:r>
            <w:r w:rsidR="00A17CFE">
              <w:rPr>
                <w:i/>
                <w:color w:val="000000"/>
                <w:sz w:val="18"/>
              </w:rPr>
              <w:t xml:space="preserve"> </w:t>
            </w:r>
            <w:r w:rsidR="00A17CFE" w:rsidRPr="007204D9">
              <w:rPr>
                <w:i/>
                <w:color w:val="000000"/>
                <w:sz w:val="18"/>
              </w:rPr>
              <w:t>vetores; c</w:t>
            </w:r>
            <w:r w:rsidRPr="007204D9">
              <w:rPr>
                <w:i/>
                <w:color w:val="000000"/>
                <w:sz w:val="18"/>
              </w:rPr>
              <w:t>)dispor de</w:t>
            </w:r>
            <w:r w:rsidR="00A17CFE">
              <w:rPr>
                <w:i/>
                <w:color w:val="000000"/>
                <w:sz w:val="18"/>
              </w:rPr>
              <w:t xml:space="preserve"> </w:t>
            </w:r>
            <w:r w:rsidRPr="007204D9">
              <w:rPr>
                <w:i/>
                <w:color w:val="000000"/>
                <w:sz w:val="18"/>
              </w:rPr>
              <w:t>ponto</w:t>
            </w:r>
            <w:r w:rsidR="00A17CFE">
              <w:rPr>
                <w:i/>
                <w:color w:val="000000"/>
                <w:sz w:val="18"/>
              </w:rPr>
              <w:t xml:space="preserve"> </w:t>
            </w:r>
            <w:r w:rsidRPr="007204D9">
              <w:rPr>
                <w:i/>
                <w:color w:val="000000"/>
                <w:sz w:val="18"/>
              </w:rPr>
              <w:t>de</w:t>
            </w:r>
            <w:r w:rsidR="00A17CFE">
              <w:rPr>
                <w:i/>
                <w:color w:val="000000"/>
                <w:sz w:val="18"/>
              </w:rPr>
              <w:t xml:space="preserve"> </w:t>
            </w:r>
            <w:r w:rsidRPr="007204D9">
              <w:rPr>
                <w:i/>
                <w:color w:val="000000"/>
                <w:sz w:val="18"/>
              </w:rPr>
              <w:t>água</w:t>
            </w:r>
            <w:r w:rsidR="00A17CFE">
              <w:rPr>
                <w:i/>
                <w:color w:val="000000"/>
                <w:sz w:val="18"/>
              </w:rPr>
              <w:t xml:space="preserve"> </w:t>
            </w:r>
            <w:r w:rsidRPr="007204D9">
              <w:rPr>
                <w:i/>
                <w:color w:val="000000"/>
                <w:sz w:val="18"/>
              </w:rPr>
              <w:t>para</w:t>
            </w:r>
            <w:r w:rsidR="00A17CFE">
              <w:rPr>
                <w:i/>
                <w:color w:val="000000"/>
                <w:sz w:val="18"/>
              </w:rPr>
              <w:t xml:space="preserve"> </w:t>
            </w:r>
            <w:r w:rsidRPr="007204D9">
              <w:rPr>
                <w:i/>
                <w:color w:val="000000"/>
                <w:sz w:val="18"/>
              </w:rPr>
              <w:t>higienização</w:t>
            </w:r>
            <w:r w:rsidR="00A17CFE">
              <w:rPr>
                <w:i/>
                <w:color w:val="000000"/>
                <w:sz w:val="18"/>
              </w:rPr>
              <w:t xml:space="preserve"> </w:t>
            </w:r>
            <w:r w:rsidRPr="007204D9">
              <w:rPr>
                <w:i/>
                <w:color w:val="000000"/>
                <w:sz w:val="18"/>
              </w:rPr>
              <w:t>a</w:t>
            </w:r>
            <w:r w:rsidRPr="007204D9">
              <w:rPr>
                <w:i/>
                <w:color w:val="000000"/>
                <w:sz w:val="18"/>
              </w:rPr>
              <w:t>o</w:t>
            </w:r>
            <w:r w:rsidR="00A17CFE">
              <w:rPr>
                <w:i/>
                <w:color w:val="000000"/>
                <w:sz w:val="18"/>
              </w:rPr>
              <w:t xml:space="preserve"> </w:t>
            </w:r>
            <w:r w:rsidRPr="007204D9">
              <w:rPr>
                <w:i/>
                <w:color w:val="000000"/>
                <w:sz w:val="18"/>
              </w:rPr>
              <w:t>final</w:t>
            </w:r>
            <w:r w:rsidR="00A17CFE">
              <w:rPr>
                <w:i/>
                <w:color w:val="000000"/>
                <w:sz w:val="18"/>
              </w:rPr>
              <w:t xml:space="preserve"> </w:t>
            </w:r>
            <w:r w:rsidRPr="007204D9">
              <w:rPr>
                <w:i/>
                <w:color w:val="000000"/>
                <w:sz w:val="18"/>
              </w:rPr>
              <w:t>de</w:t>
            </w:r>
            <w:r w:rsidR="00A17CFE">
              <w:rPr>
                <w:i/>
                <w:color w:val="000000"/>
                <w:sz w:val="18"/>
              </w:rPr>
              <w:t xml:space="preserve"> </w:t>
            </w:r>
            <w:r w:rsidRPr="007204D9">
              <w:rPr>
                <w:i/>
                <w:color w:val="000000"/>
                <w:sz w:val="18"/>
              </w:rPr>
              <w:t>cada</w:t>
            </w:r>
            <w:r w:rsidR="00A17CFE">
              <w:rPr>
                <w:i/>
                <w:color w:val="000000"/>
                <w:sz w:val="18"/>
              </w:rPr>
              <w:t xml:space="preserve"> </w:t>
            </w:r>
            <w:r w:rsidR="00A17CFE" w:rsidRPr="007204D9">
              <w:rPr>
                <w:i/>
                <w:color w:val="000000"/>
                <w:sz w:val="18"/>
              </w:rPr>
              <w:t>coleta; d</w:t>
            </w:r>
            <w:r w:rsidRPr="007204D9">
              <w:rPr>
                <w:i/>
                <w:color w:val="000000"/>
                <w:sz w:val="18"/>
              </w:rPr>
              <w:t>)dispor de</w:t>
            </w:r>
            <w:r w:rsidR="00A17CFE">
              <w:rPr>
                <w:i/>
                <w:color w:val="000000"/>
                <w:sz w:val="18"/>
              </w:rPr>
              <w:t xml:space="preserve"> </w:t>
            </w:r>
            <w:r w:rsidRPr="007204D9">
              <w:rPr>
                <w:i/>
                <w:color w:val="000000"/>
                <w:sz w:val="18"/>
              </w:rPr>
              <w:t>ralo para captação</w:t>
            </w:r>
            <w:r w:rsidR="00A17CFE">
              <w:rPr>
                <w:i/>
                <w:color w:val="000000"/>
                <w:sz w:val="18"/>
              </w:rPr>
              <w:t xml:space="preserve"> </w:t>
            </w:r>
            <w:r w:rsidRPr="007204D9">
              <w:rPr>
                <w:i/>
                <w:color w:val="000000"/>
                <w:sz w:val="18"/>
              </w:rPr>
              <w:t>de</w:t>
            </w:r>
            <w:r w:rsidR="00A17CFE">
              <w:rPr>
                <w:i/>
                <w:color w:val="000000"/>
                <w:sz w:val="18"/>
              </w:rPr>
              <w:t xml:space="preserve"> </w:t>
            </w:r>
            <w:r w:rsidRPr="007204D9">
              <w:rPr>
                <w:i/>
                <w:color w:val="000000"/>
                <w:sz w:val="18"/>
              </w:rPr>
              <w:t>água</w:t>
            </w:r>
            <w:r w:rsidR="00A17CFE">
              <w:rPr>
                <w:i/>
                <w:color w:val="000000"/>
                <w:sz w:val="18"/>
              </w:rPr>
              <w:t xml:space="preserve"> </w:t>
            </w:r>
            <w:r w:rsidRPr="007204D9">
              <w:rPr>
                <w:i/>
                <w:color w:val="000000"/>
                <w:sz w:val="18"/>
              </w:rPr>
              <w:t>de</w:t>
            </w:r>
            <w:r w:rsidR="00A17CFE">
              <w:rPr>
                <w:i/>
                <w:color w:val="000000"/>
                <w:sz w:val="18"/>
              </w:rPr>
              <w:t xml:space="preserve"> </w:t>
            </w:r>
            <w:r w:rsidRPr="007204D9">
              <w:rPr>
                <w:i/>
                <w:color w:val="000000"/>
                <w:sz w:val="18"/>
              </w:rPr>
              <w:t>lavagem,</w:t>
            </w:r>
            <w:r w:rsidR="00A17CFE">
              <w:rPr>
                <w:i/>
                <w:color w:val="000000"/>
                <w:sz w:val="18"/>
              </w:rPr>
              <w:t xml:space="preserve"> </w:t>
            </w:r>
            <w:r w:rsidRPr="007204D9">
              <w:rPr>
                <w:i/>
                <w:color w:val="000000"/>
                <w:sz w:val="18"/>
              </w:rPr>
              <w:t>ligad</w:t>
            </w:r>
            <w:r w:rsidRPr="007204D9">
              <w:rPr>
                <w:i/>
                <w:color w:val="000000"/>
                <w:sz w:val="18"/>
              </w:rPr>
              <w:t>o</w:t>
            </w:r>
            <w:r w:rsidR="00A17CFE">
              <w:rPr>
                <w:i/>
                <w:color w:val="000000"/>
                <w:sz w:val="18"/>
              </w:rPr>
              <w:t xml:space="preserve"> </w:t>
            </w:r>
            <w:r w:rsidRPr="007204D9">
              <w:rPr>
                <w:i/>
                <w:color w:val="000000"/>
                <w:sz w:val="18"/>
              </w:rPr>
              <w:t>à</w:t>
            </w:r>
            <w:r w:rsidR="00A17CFE">
              <w:rPr>
                <w:i/>
                <w:color w:val="000000"/>
                <w:sz w:val="18"/>
              </w:rPr>
              <w:t xml:space="preserve"> </w:t>
            </w:r>
            <w:r w:rsidRPr="007204D9">
              <w:rPr>
                <w:i/>
                <w:color w:val="000000"/>
                <w:sz w:val="18"/>
              </w:rPr>
              <w:t>rede</w:t>
            </w:r>
            <w:r w:rsidR="00A17CFE">
              <w:rPr>
                <w:i/>
                <w:color w:val="000000"/>
                <w:sz w:val="18"/>
              </w:rPr>
              <w:t xml:space="preserve"> </w:t>
            </w:r>
            <w:r w:rsidRPr="007204D9">
              <w:rPr>
                <w:i/>
                <w:color w:val="000000"/>
                <w:sz w:val="18"/>
              </w:rPr>
              <w:t>d</w:t>
            </w:r>
            <w:r w:rsidRPr="007204D9">
              <w:rPr>
                <w:i/>
                <w:color w:val="000000"/>
                <w:sz w:val="18"/>
              </w:rPr>
              <w:t>e</w:t>
            </w:r>
            <w:r w:rsidR="00A17CFE">
              <w:rPr>
                <w:i/>
                <w:color w:val="000000"/>
                <w:sz w:val="18"/>
              </w:rPr>
              <w:t xml:space="preserve"> </w:t>
            </w:r>
            <w:r w:rsidR="00A17CFE" w:rsidRPr="007204D9">
              <w:rPr>
                <w:i/>
                <w:color w:val="000000"/>
                <w:sz w:val="18"/>
              </w:rPr>
              <w:t>esgoto; e</w:t>
            </w:r>
            <w:r w:rsidRPr="007204D9">
              <w:rPr>
                <w:i/>
                <w:color w:val="000000"/>
                <w:sz w:val="18"/>
              </w:rPr>
              <w:t>)ter pisos</w:t>
            </w:r>
            <w:r w:rsidR="00A17CFE">
              <w:rPr>
                <w:i/>
                <w:color w:val="000000"/>
                <w:sz w:val="18"/>
              </w:rPr>
              <w:t xml:space="preserve"> </w:t>
            </w:r>
            <w:r w:rsidRPr="007204D9">
              <w:rPr>
                <w:i/>
                <w:color w:val="000000"/>
                <w:sz w:val="18"/>
              </w:rPr>
              <w:t>e parede</w:t>
            </w:r>
            <w:r w:rsidRPr="007204D9">
              <w:rPr>
                <w:i/>
                <w:color w:val="000000"/>
                <w:sz w:val="18"/>
              </w:rPr>
              <w:t>s</w:t>
            </w:r>
            <w:r w:rsidR="00A17CFE">
              <w:rPr>
                <w:i/>
                <w:color w:val="000000"/>
                <w:sz w:val="18"/>
              </w:rPr>
              <w:t xml:space="preserve"> </w:t>
            </w:r>
            <w:r w:rsidRPr="007204D9">
              <w:rPr>
                <w:i/>
                <w:color w:val="000000"/>
                <w:sz w:val="18"/>
              </w:rPr>
              <w:t>revestidos</w:t>
            </w:r>
            <w:r w:rsidR="00A17CFE">
              <w:rPr>
                <w:i/>
                <w:color w:val="000000"/>
                <w:sz w:val="18"/>
              </w:rPr>
              <w:t xml:space="preserve"> </w:t>
            </w:r>
            <w:r w:rsidRPr="007204D9">
              <w:rPr>
                <w:i/>
                <w:color w:val="000000"/>
                <w:sz w:val="18"/>
              </w:rPr>
              <w:t xml:space="preserve">de materialliso,resistenteelavável;f)terfácilacessoaosveículosdecoletaeespaçosuficientepara operação dos equipamentos. </w:t>
            </w:r>
          </w:p>
        </w:tc>
      </w:tr>
      <w:tr w:rsidR="0097296A" w:rsidRPr="007204D9" w14:paraId="3E4E6EEB" w14:textId="77777777" w:rsidTr="005E5D07">
        <w:trPr>
          <w:trHeight w:val="594"/>
        </w:trPr>
        <w:tc>
          <w:tcPr>
            <w:tcW w:w="707" w:type="dxa"/>
            <w:vMerge/>
            <w:tcBorders>
              <w:top w:val="single" w:sz="4" w:space="0" w:color="auto"/>
              <w:left w:val="single" w:sz="4" w:space="0" w:color="auto"/>
              <w:bottom w:val="single" w:sz="3" w:space="0" w:color="auto"/>
              <w:right w:val="single" w:sz="4" w:space="0" w:color="auto"/>
            </w:tcBorders>
          </w:tcPr>
          <w:p w14:paraId="76467360"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07C52AD5" w14:textId="77777777" w:rsidR="0097296A" w:rsidRPr="007204D9" w:rsidRDefault="0097296A"/>
        </w:tc>
        <w:tc>
          <w:tcPr>
            <w:tcW w:w="7655" w:type="dxa"/>
            <w:tcBorders>
              <w:top w:val="single" w:sz="3" w:space="0" w:color="auto"/>
              <w:left w:val="single" w:sz="4" w:space="0" w:color="auto"/>
              <w:bottom w:val="single" w:sz="4" w:space="0" w:color="auto"/>
              <w:right w:val="single" w:sz="4" w:space="0" w:color="auto"/>
            </w:tcBorders>
            <w:tcMar>
              <w:left w:w="0" w:type="dxa"/>
              <w:right w:w="0" w:type="dxa"/>
            </w:tcMar>
          </w:tcPr>
          <w:p w14:paraId="3208D1B8" w14:textId="77777777" w:rsidR="0097296A" w:rsidRPr="007204D9" w:rsidRDefault="00000000">
            <w:pPr>
              <w:autoSpaceDE w:val="0"/>
              <w:autoSpaceDN w:val="0"/>
              <w:spacing w:before="22" w:after="0" w:line="238" w:lineRule="exact"/>
              <w:ind w:left="70"/>
            </w:pPr>
            <w:r w:rsidRPr="007204D9">
              <w:rPr>
                <w:color w:val="000000"/>
                <w:sz w:val="18"/>
              </w:rPr>
              <w:t xml:space="preserve">Sim. O local atende às especificações, os equipamentos estão em boas condições e comportam todos os resíduos gerados.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17625D5B" w14:textId="77777777" w:rsidR="0097296A" w:rsidRPr="007204D9" w:rsidRDefault="00000000">
            <w:pPr>
              <w:autoSpaceDE w:val="0"/>
              <w:autoSpaceDN w:val="0"/>
              <w:spacing w:before="196" w:after="0" w:line="200" w:lineRule="exact"/>
              <w:jc w:val="center"/>
            </w:pPr>
            <w:r w:rsidRPr="007204D9">
              <w:rPr>
                <w:color w:val="000000"/>
                <w:sz w:val="18"/>
              </w:rPr>
              <w:t xml:space="preserve">AT </w:t>
            </w:r>
          </w:p>
        </w:tc>
        <w:tc>
          <w:tcPr>
            <w:tcW w:w="1133" w:type="dxa"/>
            <w:tcBorders>
              <w:top w:val="single" w:sz="3" w:space="0" w:color="auto"/>
              <w:left w:val="single" w:sz="3" w:space="0" w:color="auto"/>
              <w:bottom w:val="single" w:sz="4" w:space="0" w:color="auto"/>
              <w:right w:val="single" w:sz="3" w:space="0" w:color="auto"/>
            </w:tcBorders>
            <w:shd w:val="clear" w:color="auto" w:fill="92D050"/>
            <w:tcMar>
              <w:left w:w="0" w:type="dxa"/>
              <w:right w:w="0" w:type="dxa"/>
            </w:tcMar>
          </w:tcPr>
          <w:p w14:paraId="33A439E9" w14:textId="77777777" w:rsidR="0097296A" w:rsidRPr="007204D9" w:rsidRDefault="00000000">
            <w:pPr>
              <w:autoSpaceDE w:val="0"/>
              <w:autoSpaceDN w:val="0"/>
              <w:spacing w:before="196" w:after="0" w:line="200" w:lineRule="exact"/>
              <w:jc w:val="center"/>
            </w:pPr>
            <w:r w:rsidRPr="007204D9">
              <w:rPr>
                <w:color w:val="000000"/>
                <w:sz w:val="18"/>
              </w:rPr>
              <w:t xml:space="preserve">1 </w:t>
            </w:r>
          </w:p>
        </w:tc>
      </w:tr>
      <w:tr w:rsidR="0097296A" w:rsidRPr="007204D9" w14:paraId="27358F65" w14:textId="77777777" w:rsidTr="005E5D07">
        <w:trPr>
          <w:trHeight w:val="528"/>
        </w:trPr>
        <w:tc>
          <w:tcPr>
            <w:tcW w:w="707" w:type="dxa"/>
            <w:vMerge/>
            <w:tcBorders>
              <w:top w:val="single" w:sz="4" w:space="0" w:color="auto"/>
              <w:left w:val="single" w:sz="4" w:space="0" w:color="auto"/>
              <w:bottom w:val="single" w:sz="3" w:space="0" w:color="auto"/>
              <w:right w:val="single" w:sz="4" w:space="0" w:color="auto"/>
            </w:tcBorders>
          </w:tcPr>
          <w:p w14:paraId="62020DF4"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03DE28A7"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7CCA4E6E" w14:textId="77777777" w:rsidR="0097296A" w:rsidRPr="007204D9" w:rsidRDefault="00000000">
            <w:pPr>
              <w:autoSpaceDE w:val="0"/>
              <w:autoSpaceDN w:val="0"/>
              <w:spacing w:after="0" w:line="232" w:lineRule="exact"/>
              <w:ind w:left="70"/>
            </w:pPr>
            <w:r w:rsidRPr="007204D9">
              <w:rPr>
                <w:color w:val="000000"/>
                <w:sz w:val="18"/>
              </w:rPr>
              <w:t xml:space="preserve">Não. Não há locais que atendam às especificações e os equipamentos não existem e/ou não estão em boas condições para o armazenamento dos resíduos gerados.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782FC1E7" w14:textId="77777777" w:rsidR="0097296A" w:rsidRPr="007204D9" w:rsidRDefault="00000000">
            <w:pPr>
              <w:autoSpaceDE w:val="0"/>
              <w:autoSpaceDN w:val="0"/>
              <w:spacing w:before="162" w:after="0" w:line="200" w:lineRule="exact"/>
              <w:jc w:val="center"/>
            </w:pPr>
            <w:r w:rsidRPr="007204D9">
              <w:rPr>
                <w:color w:val="000000"/>
                <w:sz w:val="18"/>
              </w:rPr>
              <w:t xml:space="preserve">NAT </w:t>
            </w:r>
          </w:p>
        </w:tc>
        <w:tc>
          <w:tcPr>
            <w:tcW w:w="1133" w:type="dxa"/>
            <w:tcBorders>
              <w:top w:val="single" w:sz="4" w:space="0" w:color="auto"/>
              <w:left w:val="single" w:sz="3" w:space="0" w:color="auto"/>
              <w:bottom w:val="single" w:sz="4" w:space="0" w:color="auto"/>
              <w:right w:val="single" w:sz="3" w:space="0" w:color="auto"/>
            </w:tcBorders>
            <w:shd w:val="clear" w:color="auto" w:fill="EE0000"/>
            <w:tcMar>
              <w:left w:w="0" w:type="dxa"/>
              <w:right w:w="0" w:type="dxa"/>
            </w:tcMar>
          </w:tcPr>
          <w:p w14:paraId="5B2EA324" w14:textId="77777777" w:rsidR="0097296A" w:rsidRPr="007204D9" w:rsidRDefault="00000000">
            <w:pPr>
              <w:autoSpaceDE w:val="0"/>
              <w:autoSpaceDN w:val="0"/>
              <w:spacing w:before="162" w:after="0" w:line="200" w:lineRule="exact"/>
              <w:jc w:val="center"/>
            </w:pPr>
            <w:r w:rsidRPr="007204D9">
              <w:rPr>
                <w:color w:val="000000"/>
                <w:sz w:val="18"/>
              </w:rPr>
              <w:t xml:space="preserve">3 </w:t>
            </w:r>
          </w:p>
        </w:tc>
      </w:tr>
      <w:tr w:rsidR="0097296A" w:rsidRPr="007204D9" w14:paraId="6E839094" w14:textId="77777777" w:rsidTr="005E5D07">
        <w:trPr>
          <w:trHeight w:val="400"/>
        </w:trPr>
        <w:tc>
          <w:tcPr>
            <w:tcW w:w="707" w:type="dxa"/>
            <w:vMerge/>
            <w:tcBorders>
              <w:top w:val="single" w:sz="4" w:space="0" w:color="auto"/>
              <w:left w:val="single" w:sz="4" w:space="0" w:color="auto"/>
              <w:bottom w:val="single" w:sz="3" w:space="0" w:color="auto"/>
              <w:right w:val="single" w:sz="4" w:space="0" w:color="auto"/>
            </w:tcBorders>
          </w:tcPr>
          <w:p w14:paraId="4CCADE12"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1DB64437" w14:textId="77777777" w:rsidR="0097296A" w:rsidRPr="007204D9" w:rsidRDefault="0097296A"/>
        </w:tc>
        <w:tc>
          <w:tcPr>
            <w:tcW w:w="7655" w:type="dxa"/>
            <w:tcBorders>
              <w:top w:val="single" w:sz="4" w:space="0" w:color="auto"/>
              <w:left w:val="single" w:sz="4" w:space="0" w:color="auto"/>
              <w:bottom w:val="single" w:sz="4" w:space="0" w:color="auto"/>
              <w:right w:val="single" w:sz="4" w:space="0" w:color="auto"/>
            </w:tcBorders>
            <w:tcMar>
              <w:left w:w="0" w:type="dxa"/>
              <w:right w:w="0" w:type="dxa"/>
            </w:tcMar>
          </w:tcPr>
          <w:p w14:paraId="7463A621" w14:textId="77777777" w:rsidR="0097296A" w:rsidRPr="007204D9" w:rsidRDefault="00000000">
            <w:pPr>
              <w:autoSpaceDE w:val="0"/>
              <w:autoSpaceDN w:val="0"/>
              <w:spacing w:before="94" w:after="0" w:line="200" w:lineRule="exact"/>
              <w:ind w:left="70"/>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DE92A03"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1133" w:type="dxa"/>
            <w:tcBorders>
              <w:top w:val="single" w:sz="4" w:space="0" w:color="auto"/>
              <w:left w:val="single" w:sz="3" w:space="0" w:color="auto"/>
              <w:bottom w:val="single" w:sz="4" w:space="0" w:color="auto"/>
              <w:right w:val="single" w:sz="3" w:space="0" w:color="auto"/>
            </w:tcBorders>
            <w:tcMar>
              <w:left w:w="0" w:type="dxa"/>
              <w:right w:w="0" w:type="dxa"/>
            </w:tcMar>
          </w:tcPr>
          <w:p w14:paraId="64FD8FD3"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77E59C1B" w14:textId="77777777" w:rsidTr="005E5D07">
        <w:trPr>
          <w:trHeight w:val="914"/>
        </w:trPr>
        <w:tc>
          <w:tcPr>
            <w:tcW w:w="707" w:type="dxa"/>
            <w:vMerge/>
            <w:tcBorders>
              <w:top w:val="single" w:sz="4" w:space="0" w:color="auto"/>
              <w:left w:val="single" w:sz="4" w:space="0" w:color="auto"/>
              <w:bottom w:val="single" w:sz="3" w:space="0" w:color="auto"/>
              <w:right w:val="single" w:sz="4" w:space="0" w:color="auto"/>
            </w:tcBorders>
          </w:tcPr>
          <w:p w14:paraId="484E726E" w14:textId="77777777" w:rsidR="0097296A" w:rsidRPr="007204D9" w:rsidRDefault="0097296A"/>
        </w:tc>
        <w:tc>
          <w:tcPr>
            <w:tcW w:w="711" w:type="dxa"/>
            <w:vMerge/>
            <w:tcBorders>
              <w:top w:val="single" w:sz="4" w:space="0" w:color="auto"/>
              <w:left w:val="single" w:sz="4" w:space="0" w:color="auto"/>
              <w:bottom w:val="single" w:sz="3" w:space="0" w:color="auto"/>
              <w:right w:val="single" w:sz="4" w:space="0" w:color="auto"/>
            </w:tcBorders>
          </w:tcPr>
          <w:p w14:paraId="0488B8C3" w14:textId="77777777" w:rsidR="0097296A" w:rsidRPr="007204D9" w:rsidRDefault="0097296A"/>
        </w:tc>
        <w:tc>
          <w:tcPr>
            <w:tcW w:w="9356" w:type="dxa"/>
            <w:gridSpan w:val="3"/>
            <w:tcBorders>
              <w:top w:val="single" w:sz="4" w:space="0" w:color="auto"/>
              <w:left w:val="single" w:sz="4" w:space="0" w:color="auto"/>
              <w:bottom w:val="single" w:sz="3" w:space="0" w:color="auto"/>
              <w:right w:val="single" w:sz="3" w:space="0" w:color="auto"/>
            </w:tcBorders>
            <w:tcMar>
              <w:left w:w="0" w:type="dxa"/>
              <w:right w:w="0" w:type="dxa"/>
            </w:tcMar>
          </w:tcPr>
          <w:p w14:paraId="0C24B94E" w14:textId="77777777" w:rsidR="0097296A" w:rsidRPr="007204D9" w:rsidRDefault="00000000">
            <w:pPr>
              <w:autoSpaceDE w:val="0"/>
              <w:autoSpaceDN w:val="0"/>
              <w:spacing w:after="0" w:line="202" w:lineRule="exact"/>
              <w:ind w:left="70"/>
            </w:pPr>
            <w:r w:rsidRPr="007204D9">
              <w:rPr>
                <w:color w:val="000000"/>
                <w:sz w:val="18"/>
              </w:rPr>
              <w:t xml:space="preserve">Comentário: </w:t>
            </w:r>
          </w:p>
        </w:tc>
      </w:tr>
    </w:tbl>
    <w:p w14:paraId="3EA2AF8B" w14:textId="77777777" w:rsidR="0097296A" w:rsidRPr="007204D9" w:rsidRDefault="00000000">
      <w:pPr>
        <w:autoSpaceDE w:val="0"/>
        <w:autoSpaceDN w:val="0"/>
        <w:spacing w:before="318" w:after="0" w:line="266" w:lineRule="exact"/>
        <w:ind w:right="70"/>
        <w:jc w:val="right"/>
      </w:pPr>
      <w:r w:rsidRPr="007204D9">
        <w:rPr>
          <w:color w:val="000000"/>
          <w:sz w:val="24"/>
        </w:rPr>
        <w:t>11</w:t>
      </w:r>
    </w:p>
    <w:p w14:paraId="02354B88" w14:textId="77777777" w:rsidR="0097296A" w:rsidRPr="007204D9" w:rsidRDefault="0097296A">
      <w:pPr>
        <w:sectPr w:rsidR="0097296A" w:rsidRPr="007204D9">
          <w:pgSz w:w="11906" w:h="16838"/>
          <w:pgMar w:top="340" w:right="650" w:bottom="340" w:left="876" w:header="720" w:footer="720" w:gutter="0"/>
          <w:cols w:space="720"/>
          <w:docGrid w:linePitch="360"/>
        </w:sectPr>
      </w:pPr>
    </w:p>
    <w:p w14:paraId="519F4053" w14:textId="77777777" w:rsidR="0097296A" w:rsidRPr="007204D9" w:rsidRDefault="0097296A">
      <w:pPr>
        <w:autoSpaceDE w:val="0"/>
        <w:autoSpaceDN w:val="0"/>
        <w:spacing w:after="120" w:line="220" w:lineRule="exact"/>
      </w:pPr>
    </w:p>
    <w:tbl>
      <w:tblPr>
        <w:tblW w:w="0" w:type="auto"/>
        <w:tblInd w:w="14" w:type="dxa"/>
        <w:tblLayout w:type="fixed"/>
        <w:tblLook w:val="04A0" w:firstRow="1" w:lastRow="0" w:firstColumn="1" w:lastColumn="0" w:noHBand="0" w:noVBand="1"/>
      </w:tblPr>
      <w:tblGrid>
        <w:gridCol w:w="566"/>
        <w:gridCol w:w="1138"/>
        <w:gridCol w:w="7092"/>
        <w:gridCol w:w="566"/>
        <w:gridCol w:w="994"/>
      </w:tblGrid>
      <w:tr w:rsidR="0097296A" w:rsidRPr="007204D9" w14:paraId="77DD2154" w14:textId="77777777">
        <w:trPr>
          <w:trHeight w:val="71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5739887" w14:textId="77777777" w:rsidR="0097296A" w:rsidRPr="007204D9" w:rsidRDefault="00000000">
            <w:pPr>
              <w:autoSpaceDE w:val="0"/>
              <w:autoSpaceDN w:val="0"/>
              <w:spacing w:before="1818" w:after="0" w:line="200" w:lineRule="exact"/>
              <w:jc w:val="center"/>
            </w:pPr>
            <w:r w:rsidRPr="007204D9">
              <w:rPr>
                <w:color w:val="000000"/>
                <w:sz w:val="18"/>
              </w:rPr>
              <w:t xml:space="preserve">2.9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EAF64DD" w14:textId="77777777" w:rsidR="0097296A" w:rsidRPr="007204D9" w:rsidRDefault="00000000">
            <w:pPr>
              <w:autoSpaceDE w:val="0"/>
              <w:autoSpaceDN w:val="0"/>
              <w:spacing w:before="1818" w:after="0" w:line="200" w:lineRule="exact"/>
              <w:jc w:val="center"/>
            </w:pPr>
            <w:r w:rsidRPr="007204D9">
              <w:rPr>
                <w:color w:val="000000"/>
                <w:sz w:val="18"/>
              </w:rPr>
              <w:t xml:space="preserve">1 </w:t>
            </w:r>
          </w:p>
        </w:tc>
        <w:tc>
          <w:tcPr>
            <w:tcW w:w="865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49BD2264" w14:textId="77777777" w:rsidR="0097296A" w:rsidRPr="007204D9" w:rsidRDefault="00000000">
            <w:pPr>
              <w:autoSpaceDE w:val="0"/>
              <w:autoSpaceDN w:val="0"/>
              <w:spacing w:before="32" w:after="0" w:line="206" w:lineRule="exact"/>
              <w:ind w:left="74"/>
            </w:pPr>
            <w:r w:rsidRPr="007204D9">
              <w:rPr>
                <w:b/>
                <w:color w:val="000000"/>
                <w:sz w:val="18"/>
              </w:rPr>
              <w:t xml:space="preserve">O estádio possui Plano de Operação, Manutenção e Controle (PMOC) para condicionadores de ar em conformidade ao disposto na Portaria do Ministério da Saúde nº. 3.523 de 28 de agosto de 1998? </w:t>
            </w:r>
          </w:p>
        </w:tc>
      </w:tr>
      <w:tr w:rsidR="0097296A" w:rsidRPr="007204D9" w14:paraId="33265E24" w14:textId="77777777" w:rsidTr="005E5D07">
        <w:trPr>
          <w:trHeight w:val="400"/>
        </w:trPr>
        <w:tc>
          <w:tcPr>
            <w:tcW w:w="2079" w:type="dxa"/>
            <w:vMerge/>
            <w:tcBorders>
              <w:top w:val="single" w:sz="3" w:space="0" w:color="auto"/>
              <w:left w:val="single" w:sz="4" w:space="0" w:color="auto"/>
              <w:bottom w:val="single" w:sz="4" w:space="0" w:color="auto"/>
              <w:right w:val="single" w:sz="4" w:space="0" w:color="auto"/>
            </w:tcBorders>
          </w:tcPr>
          <w:p w14:paraId="79548CE5"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3BAE3749" w14:textId="77777777" w:rsidR="0097296A" w:rsidRPr="007204D9" w:rsidRDefault="0097296A"/>
        </w:tc>
        <w:tc>
          <w:tcPr>
            <w:tcW w:w="7092" w:type="dxa"/>
            <w:tcBorders>
              <w:top w:val="single" w:sz="4" w:space="0" w:color="auto"/>
              <w:left w:val="single" w:sz="4" w:space="0" w:color="auto"/>
              <w:bottom w:val="single" w:sz="3" w:space="0" w:color="auto"/>
              <w:right w:val="single" w:sz="4" w:space="0" w:color="auto"/>
            </w:tcBorders>
            <w:tcMar>
              <w:left w:w="0" w:type="dxa"/>
              <w:right w:w="0" w:type="dxa"/>
            </w:tcMar>
          </w:tcPr>
          <w:p w14:paraId="258BBC5E" w14:textId="77777777" w:rsidR="0097296A" w:rsidRPr="007204D9" w:rsidRDefault="00000000">
            <w:pPr>
              <w:autoSpaceDE w:val="0"/>
              <w:autoSpaceDN w:val="0"/>
              <w:spacing w:before="98" w:after="0" w:line="202" w:lineRule="exact"/>
              <w:ind w:left="74"/>
            </w:pPr>
            <w:r w:rsidRPr="007204D9">
              <w:rPr>
                <w:color w:val="000000"/>
                <w:sz w:val="18"/>
              </w:rPr>
              <w:t xml:space="preserve">Sim, o estádio possui um PMOC implementado. </w:t>
            </w:r>
          </w:p>
        </w:tc>
        <w:tc>
          <w:tcPr>
            <w:tcW w:w="566" w:type="dxa"/>
            <w:tcBorders>
              <w:top w:val="single" w:sz="4" w:space="0" w:color="auto"/>
              <w:left w:val="single" w:sz="4" w:space="0" w:color="auto"/>
              <w:bottom w:val="single" w:sz="3" w:space="0" w:color="auto"/>
              <w:right w:val="single" w:sz="4" w:space="0" w:color="auto"/>
            </w:tcBorders>
            <w:tcMar>
              <w:left w:w="0" w:type="dxa"/>
              <w:right w:w="0" w:type="dxa"/>
            </w:tcMar>
          </w:tcPr>
          <w:p w14:paraId="7CC63B9C"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994"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5BE9CB3A"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288D39B4" w14:textId="77777777" w:rsidTr="005E5D07">
        <w:trPr>
          <w:trHeight w:val="606"/>
        </w:trPr>
        <w:tc>
          <w:tcPr>
            <w:tcW w:w="2079" w:type="dxa"/>
            <w:vMerge/>
            <w:tcBorders>
              <w:top w:val="single" w:sz="3" w:space="0" w:color="auto"/>
              <w:left w:val="single" w:sz="4" w:space="0" w:color="auto"/>
              <w:bottom w:val="single" w:sz="4" w:space="0" w:color="auto"/>
              <w:right w:val="single" w:sz="4" w:space="0" w:color="auto"/>
            </w:tcBorders>
          </w:tcPr>
          <w:p w14:paraId="61F65E66"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4390484B" w14:textId="77777777" w:rsidR="0097296A" w:rsidRPr="007204D9" w:rsidRDefault="0097296A"/>
        </w:tc>
        <w:tc>
          <w:tcPr>
            <w:tcW w:w="7092" w:type="dxa"/>
            <w:tcBorders>
              <w:top w:val="single" w:sz="3" w:space="0" w:color="auto"/>
              <w:left w:val="single" w:sz="4" w:space="0" w:color="auto"/>
              <w:bottom w:val="single" w:sz="4" w:space="0" w:color="auto"/>
              <w:right w:val="single" w:sz="4" w:space="0" w:color="auto"/>
            </w:tcBorders>
            <w:tcMar>
              <w:left w:w="0" w:type="dxa"/>
              <w:right w:w="0" w:type="dxa"/>
            </w:tcMar>
          </w:tcPr>
          <w:p w14:paraId="11324BE7" w14:textId="77777777" w:rsidR="0097296A" w:rsidRPr="007204D9" w:rsidRDefault="00000000">
            <w:pPr>
              <w:autoSpaceDE w:val="0"/>
              <w:autoSpaceDN w:val="0"/>
              <w:spacing w:before="92" w:after="0" w:line="206" w:lineRule="exact"/>
              <w:ind w:left="74" w:right="144"/>
            </w:pPr>
            <w:r w:rsidRPr="007204D9">
              <w:rPr>
                <w:color w:val="000000"/>
                <w:sz w:val="18"/>
              </w:rPr>
              <w:t xml:space="preserve">Sim, há </w:t>
            </w:r>
            <w:proofErr w:type="gramStart"/>
            <w:r w:rsidRPr="007204D9">
              <w:rPr>
                <w:color w:val="000000"/>
                <w:sz w:val="18"/>
              </w:rPr>
              <w:t>PMOC</w:t>
            </w:r>
            <w:proofErr w:type="gramEnd"/>
            <w:r w:rsidRPr="007204D9">
              <w:rPr>
                <w:color w:val="000000"/>
                <w:sz w:val="18"/>
              </w:rPr>
              <w:t xml:space="preserve"> mas este não é seguido corretamente. (Especificar no comentário a periodicidade da limpeza). </w:t>
            </w:r>
          </w:p>
        </w:tc>
        <w:tc>
          <w:tcPr>
            <w:tcW w:w="566" w:type="dxa"/>
            <w:tcBorders>
              <w:top w:val="single" w:sz="3" w:space="0" w:color="auto"/>
              <w:left w:val="single" w:sz="4" w:space="0" w:color="auto"/>
              <w:bottom w:val="single" w:sz="4" w:space="0" w:color="auto"/>
              <w:right w:val="single" w:sz="4" w:space="0" w:color="auto"/>
            </w:tcBorders>
            <w:tcMar>
              <w:left w:w="0" w:type="dxa"/>
              <w:right w:w="0" w:type="dxa"/>
            </w:tcMar>
          </w:tcPr>
          <w:p w14:paraId="51968A8C" w14:textId="77777777" w:rsidR="0097296A" w:rsidRPr="007204D9" w:rsidRDefault="00000000">
            <w:pPr>
              <w:autoSpaceDE w:val="0"/>
              <w:autoSpaceDN w:val="0"/>
              <w:spacing w:before="200" w:after="0" w:line="202" w:lineRule="exact"/>
              <w:jc w:val="center"/>
            </w:pPr>
            <w:r w:rsidRPr="007204D9">
              <w:rPr>
                <w:color w:val="000000"/>
                <w:sz w:val="18"/>
              </w:rPr>
              <w:t xml:space="preserve">AP </w:t>
            </w:r>
          </w:p>
        </w:tc>
        <w:tc>
          <w:tcPr>
            <w:tcW w:w="994" w:type="dxa"/>
            <w:tcBorders>
              <w:top w:val="single" w:sz="3" w:space="0" w:color="auto"/>
              <w:left w:val="single" w:sz="4" w:space="0" w:color="auto"/>
              <w:bottom w:val="single" w:sz="4" w:space="0" w:color="auto"/>
              <w:right w:val="single" w:sz="4" w:space="0" w:color="auto"/>
            </w:tcBorders>
            <w:shd w:val="clear" w:color="auto" w:fill="FFFF00"/>
            <w:tcMar>
              <w:left w:w="0" w:type="dxa"/>
              <w:right w:w="0" w:type="dxa"/>
            </w:tcMar>
          </w:tcPr>
          <w:p w14:paraId="174E0E74" w14:textId="77777777" w:rsidR="0097296A" w:rsidRPr="007204D9" w:rsidRDefault="00000000">
            <w:pPr>
              <w:autoSpaceDE w:val="0"/>
              <w:autoSpaceDN w:val="0"/>
              <w:spacing w:before="200" w:after="0" w:line="202" w:lineRule="exact"/>
              <w:jc w:val="center"/>
            </w:pPr>
            <w:r w:rsidRPr="007204D9">
              <w:rPr>
                <w:color w:val="000000"/>
                <w:sz w:val="18"/>
              </w:rPr>
              <w:t xml:space="preserve">2 </w:t>
            </w:r>
          </w:p>
        </w:tc>
      </w:tr>
      <w:tr w:rsidR="0097296A" w:rsidRPr="007204D9" w14:paraId="4CD24016" w14:textId="77777777" w:rsidTr="005E5D07">
        <w:trPr>
          <w:trHeight w:val="402"/>
        </w:trPr>
        <w:tc>
          <w:tcPr>
            <w:tcW w:w="2079" w:type="dxa"/>
            <w:vMerge/>
            <w:tcBorders>
              <w:top w:val="single" w:sz="3" w:space="0" w:color="auto"/>
              <w:left w:val="single" w:sz="4" w:space="0" w:color="auto"/>
              <w:bottom w:val="single" w:sz="4" w:space="0" w:color="auto"/>
              <w:right w:val="single" w:sz="4" w:space="0" w:color="auto"/>
            </w:tcBorders>
          </w:tcPr>
          <w:p w14:paraId="4CEB85C2"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02773561" w14:textId="77777777" w:rsidR="0097296A" w:rsidRPr="007204D9" w:rsidRDefault="0097296A"/>
        </w:tc>
        <w:tc>
          <w:tcPr>
            <w:tcW w:w="7092" w:type="dxa"/>
            <w:tcBorders>
              <w:top w:val="single" w:sz="4" w:space="0" w:color="auto"/>
              <w:left w:val="single" w:sz="4" w:space="0" w:color="auto"/>
              <w:bottom w:val="single" w:sz="3" w:space="0" w:color="auto"/>
              <w:right w:val="single" w:sz="4" w:space="0" w:color="auto"/>
            </w:tcBorders>
            <w:tcMar>
              <w:left w:w="0" w:type="dxa"/>
              <w:right w:w="0" w:type="dxa"/>
            </w:tcMar>
          </w:tcPr>
          <w:p w14:paraId="32476BCF" w14:textId="77777777" w:rsidR="0097296A" w:rsidRPr="007204D9" w:rsidRDefault="00000000">
            <w:pPr>
              <w:autoSpaceDE w:val="0"/>
              <w:autoSpaceDN w:val="0"/>
              <w:spacing w:before="98" w:after="0" w:line="202" w:lineRule="exact"/>
              <w:ind w:left="74"/>
            </w:pPr>
            <w:r w:rsidRPr="007204D9">
              <w:rPr>
                <w:color w:val="000000"/>
                <w:sz w:val="18"/>
              </w:rPr>
              <w:t xml:space="preserve">Não. Não existe um PMOC. (Especificar no comentário a periodicidade da limpeza). </w:t>
            </w:r>
          </w:p>
        </w:tc>
        <w:tc>
          <w:tcPr>
            <w:tcW w:w="566" w:type="dxa"/>
            <w:tcBorders>
              <w:top w:val="single" w:sz="4" w:space="0" w:color="auto"/>
              <w:left w:val="single" w:sz="4" w:space="0" w:color="auto"/>
              <w:bottom w:val="single" w:sz="3" w:space="0" w:color="auto"/>
              <w:right w:val="single" w:sz="4" w:space="0" w:color="auto"/>
            </w:tcBorders>
            <w:tcMar>
              <w:left w:w="0" w:type="dxa"/>
              <w:right w:w="0" w:type="dxa"/>
            </w:tcMar>
          </w:tcPr>
          <w:p w14:paraId="78FFA60F"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994" w:type="dxa"/>
            <w:tcBorders>
              <w:top w:val="single" w:sz="4" w:space="0" w:color="auto"/>
              <w:left w:val="single" w:sz="4" w:space="0" w:color="auto"/>
              <w:bottom w:val="single" w:sz="3" w:space="0" w:color="auto"/>
              <w:right w:val="single" w:sz="4" w:space="0" w:color="auto"/>
            </w:tcBorders>
            <w:shd w:val="clear" w:color="auto" w:fill="FFFF00"/>
            <w:tcMar>
              <w:left w:w="0" w:type="dxa"/>
              <w:right w:w="0" w:type="dxa"/>
            </w:tcMar>
          </w:tcPr>
          <w:p w14:paraId="029297B2"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1457DF3D" w14:textId="77777777">
        <w:trPr>
          <w:trHeight w:val="400"/>
        </w:trPr>
        <w:tc>
          <w:tcPr>
            <w:tcW w:w="2079" w:type="dxa"/>
            <w:vMerge/>
            <w:tcBorders>
              <w:top w:val="single" w:sz="3" w:space="0" w:color="auto"/>
              <w:left w:val="single" w:sz="4" w:space="0" w:color="auto"/>
              <w:bottom w:val="single" w:sz="4" w:space="0" w:color="auto"/>
              <w:right w:val="single" w:sz="4" w:space="0" w:color="auto"/>
            </w:tcBorders>
          </w:tcPr>
          <w:p w14:paraId="38F15D38"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1E91F3EE" w14:textId="77777777" w:rsidR="0097296A" w:rsidRPr="007204D9" w:rsidRDefault="0097296A"/>
        </w:tc>
        <w:tc>
          <w:tcPr>
            <w:tcW w:w="7092" w:type="dxa"/>
            <w:tcBorders>
              <w:top w:val="single" w:sz="3" w:space="0" w:color="auto"/>
              <w:left w:val="single" w:sz="4" w:space="0" w:color="auto"/>
              <w:bottom w:val="single" w:sz="4" w:space="0" w:color="auto"/>
              <w:right w:val="single" w:sz="4" w:space="0" w:color="auto"/>
            </w:tcBorders>
            <w:tcMar>
              <w:left w:w="0" w:type="dxa"/>
              <w:right w:w="0" w:type="dxa"/>
            </w:tcMar>
          </w:tcPr>
          <w:p w14:paraId="6047A8FB" w14:textId="77777777" w:rsidR="0097296A" w:rsidRPr="007204D9" w:rsidRDefault="00000000">
            <w:pPr>
              <w:autoSpaceDE w:val="0"/>
              <w:autoSpaceDN w:val="0"/>
              <w:spacing w:before="98" w:after="0" w:line="200" w:lineRule="exact"/>
              <w:ind w:left="74"/>
            </w:pPr>
            <w:r w:rsidRPr="007204D9">
              <w:rPr>
                <w:color w:val="000000"/>
                <w:sz w:val="18"/>
              </w:rPr>
              <w:t xml:space="preserve">Não se aplica. Não há condicionadores de ar no estádio. </w:t>
            </w:r>
          </w:p>
        </w:tc>
        <w:tc>
          <w:tcPr>
            <w:tcW w:w="566" w:type="dxa"/>
            <w:tcBorders>
              <w:top w:val="single" w:sz="3" w:space="0" w:color="auto"/>
              <w:left w:val="single" w:sz="4" w:space="0" w:color="auto"/>
              <w:bottom w:val="single" w:sz="4" w:space="0" w:color="auto"/>
              <w:right w:val="single" w:sz="4" w:space="0" w:color="auto"/>
            </w:tcBorders>
            <w:tcMar>
              <w:left w:w="0" w:type="dxa"/>
              <w:right w:w="0" w:type="dxa"/>
            </w:tcMar>
          </w:tcPr>
          <w:p w14:paraId="382A95E0" w14:textId="77777777" w:rsidR="0097296A" w:rsidRPr="007204D9" w:rsidRDefault="00000000">
            <w:pPr>
              <w:autoSpaceDE w:val="0"/>
              <w:autoSpaceDN w:val="0"/>
              <w:spacing w:before="98" w:after="0" w:line="200" w:lineRule="exact"/>
              <w:jc w:val="center"/>
            </w:pPr>
            <w:r w:rsidRPr="007204D9">
              <w:rPr>
                <w:color w:val="000000"/>
                <w:sz w:val="18"/>
              </w:rPr>
              <w:t>NAP</w:t>
            </w:r>
          </w:p>
        </w:tc>
        <w:tc>
          <w:tcPr>
            <w:tcW w:w="994" w:type="dxa"/>
            <w:tcBorders>
              <w:top w:val="single" w:sz="3" w:space="0" w:color="auto"/>
              <w:left w:val="single" w:sz="4" w:space="0" w:color="auto"/>
              <w:bottom w:val="single" w:sz="4" w:space="0" w:color="auto"/>
              <w:right w:val="single" w:sz="4" w:space="0" w:color="auto"/>
            </w:tcBorders>
            <w:tcMar>
              <w:left w:w="0" w:type="dxa"/>
              <w:right w:w="0" w:type="dxa"/>
            </w:tcMar>
          </w:tcPr>
          <w:p w14:paraId="54C49368"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73FBE96C" w14:textId="77777777">
        <w:trPr>
          <w:trHeight w:val="396"/>
        </w:trPr>
        <w:tc>
          <w:tcPr>
            <w:tcW w:w="2079" w:type="dxa"/>
            <w:vMerge/>
            <w:tcBorders>
              <w:top w:val="single" w:sz="3" w:space="0" w:color="auto"/>
              <w:left w:val="single" w:sz="4" w:space="0" w:color="auto"/>
              <w:bottom w:val="single" w:sz="4" w:space="0" w:color="auto"/>
              <w:right w:val="single" w:sz="4" w:space="0" w:color="auto"/>
            </w:tcBorders>
          </w:tcPr>
          <w:p w14:paraId="0A1BF491"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6D820423"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2FE5AC06"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6" w:type="dxa"/>
            <w:tcBorders>
              <w:top w:val="single" w:sz="4" w:space="0" w:color="auto"/>
              <w:left w:val="single" w:sz="4" w:space="0" w:color="auto"/>
              <w:bottom w:val="single" w:sz="4" w:space="0" w:color="auto"/>
              <w:right w:val="single" w:sz="4" w:space="0" w:color="auto"/>
            </w:tcBorders>
            <w:tcMar>
              <w:left w:w="0" w:type="dxa"/>
              <w:right w:w="0" w:type="dxa"/>
            </w:tcMar>
          </w:tcPr>
          <w:p w14:paraId="19053F05"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994" w:type="dxa"/>
            <w:tcBorders>
              <w:top w:val="single" w:sz="4" w:space="0" w:color="auto"/>
              <w:left w:val="single" w:sz="4" w:space="0" w:color="auto"/>
              <w:bottom w:val="single" w:sz="4" w:space="0" w:color="auto"/>
              <w:right w:val="single" w:sz="4" w:space="0" w:color="auto"/>
            </w:tcBorders>
            <w:tcMar>
              <w:left w:w="0" w:type="dxa"/>
              <w:right w:w="0" w:type="dxa"/>
            </w:tcMar>
          </w:tcPr>
          <w:p w14:paraId="794F5850"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3583B502" w14:textId="77777777">
        <w:trPr>
          <w:trHeight w:val="914"/>
        </w:trPr>
        <w:tc>
          <w:tcPr>
            <w:tcW w:w="2079" w:type="dxa"/>
            <w:vMerge/>
            <w:tcBorders>
              <w:top w:val="single" w:sz="3" w:space="0" w:color="auto"/>
              <w:left w:val="single" w:sz="4" w:space="0" w:color="auto"/>
              <w:bottom w:val="single" w:sz="4" w:space="0" w:color="auto"/>
              <w:right w:val="single" w:sz="4" w:space="0" w:color="auto"/>
            </w:tcBorders>
          </w:tcPr>
          <w:p w14:paraId="2236D7E3"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2D04D87D" w14:textId="77777777" w:rsidR="0097296A" w:rsidRPr="007204D9" w:rsidRDefault="0097296A"/>
        </w:tc>
        <w:tc>
          <w:tcPr>
            <w:tcW w:w="865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DF1EFA7" w14:textId="77777777" w:rsidR="0097296A" w:rsidRPr="007204D9" w:rsidRDefault="00000000">
            <w:pPr>
              <w:autoSpaceDE w:val="0"/>
              <w:autoSpaceDN w:val="0"/>
              <w:spacing w:before="4" w:after="0" w:line="202" w:lineRule="exact"/>
              <w:ind w:left="74"/>
            </w:pPr>
            <w:r w:rsidRPr="007204D9">
              <w:rPr>
                <w:color w:val="000000"/>
                <w:sz w:val="18"/>
              </w:rPr>
              <w:t xml:space="preserve">Comentário: </w:t>
            </w:r>
          </w:p>
        </w:tc>
      </w:tr>
    </w:tbl>
    <w:p w14:paraId="18C3D151" w14:textId="77777777" w:rsidR="0097296A" w:rsidRPr="007204D9" w:rsidRDefault="0097296A">
      <w:pPr>
        <w:autoSpaceDE w:val="0"/>
        <w:autoSpaceDN w:val="0"/>
        <w:spacing w:after="0" w:line="234" w:lineRule="exact"/>
      </w:pPr>
    </w:p>
    <w:tbl>
      <w:tblPr>
        <w:tblW w:w="0" w:type="auto"/>
        <w:tblInd w:w="4" w:type="dxa"/>
        <w:tblLayout w:type="fixed"/>
        <w:tblLook w:val="04A0" w:firstRow="1" w:lastRow="0" w:firstColumn="1" w:lastColumn="0" w:noHBand="0" w:noVBand="1"/>
      </w:tblPr>
      <w:tblGrid>
        <w:gridCol w:w="10348"/>
      </w:tblGrid>
      <w:tr w:rsidR="0097296A" w:rsidRPr="007204D9" w14:paraId="14199133" w14:textId="77777777">
        <w:trPr>
          <w:trHeight w:val="416"/>
        </w:trPr>
        <w:tc>
          <w:tcPr>
            <w:tcW w:w="10348" w:type="dxa"/>
            <w:tcBorders>
              <w:top w:val="single" w:sz="4" w:space="0" w:color="auto"/>
              <w:left w:val="single" w:sz="4" w:space="0" w:color="auto"/>
              <w:bottom w:val="single" w:sz="4" w:space="0" w:color="auto"/>
              <w:right w:val="single" w:sz="4" w:space="0" w:color="auto"/>
            </w:tcBorders>
            <w:tcMar>
              <w:left w:w="0" w:type="dxa"/>
              <w:right w:w="0" w:type="dxa"/>
            </w:tcMar>
          </w:tcPr>
          <w:p w14:paraId="2B41BDC2" w14:textId="77777777" w:rsidR="0097296A" w:rsidRPr="007204D9" w:rsidRDefault="00000000">
            <w:pPr>
              <w:autoSpaceDE w:val="0"/>
              <w:autoSpaceDN w:val="0"/>
              <w:spacing w:before="76" w:after="0" w:line="246" w:lineRule="exact"/>
              <w:jc w:val="center"/>
            </w:pPr>
            <w:r w:rsidRPr="007204D9">
              <w:rPr>
                <w:b/>
                <w:color w:val="000000"/>
              </w:rPr>
              <w:t xml:space="preserve">RESULTADO </w:t>
            </w:r>
          </w:p>
        </w:tc>
      </w:tr>
      <w:tr w:rsidR="0097296A" w:rsidRPr="007204D9" w14:paraId="164953B5" w14:textId="77777777">
        <w:trPr>
          <w:trHeight w:val="5294"/>
        </w:trPr>
        <w:tc>
          <w:tcPr>
            <w:tcW w:w="10348" w:type="dxa"/>
            <w:tcBorders>
              <w:top w:val="single" w:sz="4" w:space="0" w:color="auto"/>
              <w:left w:val="single" w:sz="4" w:space="0" w:color="auto"/>
              <w:bottom w:val="single" w:sz="4" w:space="0" w:color="auto"/>
              <w:right w:val="single" w:sz="4" w:space="0" w:color="auto"/>
            </w:tcBorders>
            <w:tcMar>
              <w:left w:w="0" w:type="dxa"/>
              <w:right w:w="0" w:type="dxa"/>
            </w:tcMar>
          </w:tcPr>
          <w:p w14:paraId="33E3FD36" w14:textId="77777777" w:rsidR="0097296A" w:rsidRPr="007204D9" w:rsidRDefault="00000000">
            <w:pPr>
              <w:tabs>
                <w:tab w:val="left" w:pos="8794"/>
              </w:tabs>
              <w:autoSpaceDE w:val="0"/>
              <w:autoSpaceDN w:val="0"/>
              <w:spacing w:after="88" w:line="326" w:lineRule="exact"/>
              <w:ind w:left="3540" w:right="144"/>
            </w:pPr>
            <w:r w:rsidRPr="007204D9">
              <w:rPr>
                <w:b/>
                <w:color w:val="000000"/>
              </w:rPr>
              <w:t xml:space="preserve">DIAGNÓSTICO QUANTITATIVO </w:t>
            </w:r>
            <w:r w:rsidRPr="007204D9">
              <w:br/>
            </w:r>
            <w:r w:rsidRPr="007204D9">
              <w:tab/>
            </w:r>
            <w:r w:rsidRPr="007204D9">
              <w:rPr>
                <w:color w:val="000000"/>
                <w:sz w:val="18"/>
              </w:rPr>
              <w:t xml:space="preserve">Máximo possível </w:t>
            </w:r>
          </w:p>
          <w:tbl>
            <w:tblPr>
              <w:tblW w:w="0" w:type="auto"/>
              <w:tblInd w:w="24" w:type="dxa"/>
              <w:tblLayout w:type="fixed"/>
              <w:tblLook w:val="04A0" w:firstRow="1" w:lastRow="0" w:firstColumn="1" w:lastColumn="0" w:noHBand="0" w:noVBand="1"/>
            </w:tblPr>
            <w:tblGrid>
              <w:gridCol w:w="1480"/>
              <w:gridCol w:w="1600"/>
              <w:gridCol w:w="1240"/>
              <w:gridCol w:w="2720"/>
              <w:gridCol w:w="170"/>
              <w:gridCol w:w="710"/>
              <w:gridCol w:w="840"/>
              <w:gridCol w:w="1280"/>
            </w:tblGrid>
            <w:tr w:rsidR="0097296A" w:rsidRPr="007204D9" w14:paraId="58A522C2" w14:textId="77777777">
              <w:trPr>
                <w:trHeight w:val="258"/>
              </w:trPr>
              <w:tc>
                <w:tcPr>
                  <w:tcW w:w="3080" w:type="dxa"/>
                  <w:gridSpan w:val="2"/>
                  <w:vMerge w:val="restart"/>
                  <w:tcMar>
                    <w:left w:w="0" w:type="dxa"/>
                    <w:right w:w="0" w:type="dxa"/>
                  </w:tcMar>
                </w:tcPr>
                <w:p w14:paraId="4C75D67C" w14:textId="77777777" w:rsidR="0097296A" w:rsidRPr="007204D9" w:rsidRDefault="00000000">
                  <w:pPr>
                    <w:autoSpaceDE w:val="0"/>
                    <w:autoSpaceDN w:val="0"/>
                    <w:spacing w:before="52" w:after="0" w:line="208" w:lineRule="exact"/>
                    <w:ind w:left="46" w:right="864"/>
                  </w:pPr>
                  <w:r w:rsidRPr="007204D9">
                    <w:rPr>
                      <w:b/>
                      <w:color w:val="000000"/>
                      <w:sz w:val="18"/>
                    </w:rPr>
                    <w:t xml:space="preserve">Número de questões da subárea: </w:t>
                  </w:r>
                  <w:r w:rsidRPr="007204D9">
                    <w:br/>
                  </w:r>
                  <w:r w:rsidRPr="007204D9">
                    <w:rPr>
                      <w:b/>
                      <w:color w:val="000000"/>
                      <w:sz w:val="18"/>
                    </w:rPr>
                    <w:t xml:space="preserve">Número de questões </w:t>
                  </w:r>
                  <w:r w:rsidRPr="007204D9">
                    <w:br/>
                  </w:r>
                  <w:r w:rsidRPr="007204D9">
                    <w:rPr>
                      <w:b/>
                      <w:color w:val="000000"/>
                      <w:sz w:val="18"/>
                    </w:rPr>
                    <w:t xml:space="preserve">qualitativas: </w:t>
                  </w:r>
                </w:p>
                <w:p w14:paraId="5FB23307" w14:textId="77777777" w:rsidR="0097296A" w:rsidRPr="007204D9" w:rsidRDefault="00000000">
                  <w:pPr>
                    <w:autoSpaceDE w:val="0"/>
                    <w:autoSpaceDN w:val="0"/>
                    <w:spacing w:before="90" w:after="0" w:line="200" w:lineRule="exact"/>
                    <w:ind w:left="74"/>
                  </w:pPr>
                  <w:r w:rsidRPr="007204D9">
                    <w:rPr>
                      <w:b/>
                      <w:color w:val="000000"/>
                      <w:sz w:val="18"/>
                    </w:rPr>
                    <w:t xml:space="preserve">Total de questões atendidas: </w:t>
                  </w:r>
                </w:p>
                <w:p w14:paraId="525C8788" w14:textId="77777777" w:rsidR="0097296A" w:rsidRPr="007204D9" w:rsidRDefault="00000000">
                  <w:pPr>
                    <w:autoSpaceDE w:val="0"/>
                    <w:autoSpaceDN w:val="0"/>
                    <w:spacing w:before="94" w:after="0" w:line="206" w:lineRule="exact"/>
                    <w:ind w:left="46" w:right="576"/>
                  </w:pPr>
                  <w:r w:rsidRPr="007204D9">
                    <w:rPr>
                      <w:b/>
                      <w:color w:val="000000"/>
                      <w:sz w:val="18"/>
                    </w:rPr>
                    <w:t xml:space="preserve">Total de questões não </w:t>
                  </w:r>
                  <w:r w:rsidRPr="007204D9">
                    <w:br/>
                  </w:r>
                  <w:r w:rsidRPr="007204D9">
                    <w:rPr>
                      <w:b/>
                      <w:color w:val="000000"/>
                      <w:sz w:val="18"/>
                    </w:rPr>
                    <w:t xml:space="preserve">atendidas: </w:t>
                  </w:r>
                  <w:r w:rsidRPr="007204D9">
                    <w:br/>
                  </w:r>
                  <w:r w:rsidRPr="007204D9">
                    <w:rPr>
                      <w:b/>
                      <w:color w:val="000000"/>
                      <w:sz w:val="18"/>
                    </w:rPr>
                    <w:t xml:space="preserve">Total de questões não </w:t>
                  </w:r>
                  <w:r w:rsidRPr="007204D9">
                    <w:br/>
                  </w:r>
                  <w:r w:rsidRPr="007204D9">
                    <w:rPr>
                      <w:b/>
                      <w:color w:val="000000"/>
                      <w:sz w:val="18"/>
                    </w:rPr>
                    <w:t xml:space="preserve">aplicáveis: </w:t>
                  </w:r>
                  <w:r w:rsidRPr="007204D9">
                    <w:br/>
                  </w:r>
                  <w:r w:rsidRPr="007204D9">
                    <w:rPr>
                      <w:b/>
                      <w:color w:val="000000"/>
                      <w:sz w:val="18"/>
                    </w:rPr>
                    <w:t xml:space="preserve">Total de questões atendidos com restrição: </w:t>
                  </w:r>
                </w:p>
                <w:p w14:paraId="42C84D24" w14:textId="77777777" w:rsidR="0097296A" w:rsidRPr="007204D9" w:rsidRDefault="00000000">
                  <w:pPr>
                    <w:autoSpaceDE w:val="0"/>
                    <w:autoSpaceDN w:val="0"/>
                    <w:spacing w:before="200" w:after="0" w:line="202" w:lineRule="exact"/>
                    <w:ind w:right="536"/>
                    <w:jc w:val="right"/>
                  </w:pPr>
                  <w:r w:rsidRPr="007204D9">
                    <w:rPr>
                      <w:b/>
                      <w:color w:val="000000"/>
                      <w:sz w:val="18"/>
                    </w:rPr>
                    <w:t xml:space="preserve">Quantidade </w:t>
                  </w:r>
                </w:p>
              </w:tc>
              <w:tc>
                <w:tcPr>
                  <w:tcW w:w="1240" w:type="dxa"/>
                  <w:vMerge w:val="restart"/>
                  <w:tcMar>
                    <w:left w:w="0" w:type="dxa"/>
                    <w:right w:w="0" w:type="dxa"/>
                  </w:tcMar>
                </w:tcPr>
                <w:p w14:paraId="194424AA" w14:textId="77777777" w:rsidR="0097296A" w:rsidRPr="007204D9" w:rsidRDefault="00000000">
                  <w:pPr>
                    <w:autoSpaceDE w:val="0"/>
                    <w:autoSpaceDN w:val="0"/>
                    <w:spacing w:before="198" w:after="0" w:line="240" w:lineRule="auto"/>
                    <w:ind w:right="380"/>
                    <w:jc w:val="right"/>
                  </w:pPr>
                  <w:r w:rsidRPr="007204D9">
                    <w:rPr>
                      <w:noProof/>
                    </w:rPr>
                    <w:drawing>
                      <wp:inline distT="0" distB="0" distL="0" distR="0" wp14:anchorId="05117512" wp14:editId="09C4F781">
                        <wp:extent cx="76200" cy="8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76200" cy="88900"/>
                                </a:xfrm>
                                <a:prstGeom prst="rect">
                                  <a:avLst/>
                                </a:prstGeom>
                              </pic:spPr>
                            </pic:pic>
                          </a:graphicData>
                        </a:graphic>
                      </wp:inline>
                    </w:drawing>
                  </w:r>
                </w:p>
              </w:tc>
              <w:tc>
                <w:tcPr>
                  <w:tcW w:w="2890" w:type="dxa"/>
                  <w:gridSpan w:val="2"/>
                  <w:tcMar>
                    <w:left w:w="0" w:type="dxa"/>
                    <w:right w:w="0" w:type="dxa"/>
                  </w:tcMar>
                </w:tcPr>
                <w:p w14:paraId="663F4547" w14:textId="77777777" w:rsidR="0097296A" w:rsidRPr="007204D9" w:rsidRDefault="00000000">
                  <w:pPr>
                    <w:autoSpaceDE w:val="0"/>
                    <w:autoSpaceDN w:val="0"/>
                    <w:spacing w:before="58" w:after="0" w:line="200" w:lineRule="exact"/>
                    <w:ind w:left="386"/>
                  </w:pPr>
                  <w:r w:rsidRPr="007204D9">
                    <w:rPr>
                      <w:b/>
                      <w:color w:val="000000"/>
                      <w:sz w:val="18"/>
                    </w:rPr>
                    <w:t xml:space="preserve">Atendimento em relação ao </w:t>
                  </w:r>
                </w:p>
              </w:tc>
              <w:tc>
                <w:tcPr>
                  <w:tcW w:w="710" w:type="dxa"/>
                  <w:vMerge w:val="restart"/>
                  <w:tcMar>
                    <w:left w:w="0" w:type="dxa"/>
                    <w:right w:w="0" w:type="dxa"/>
                  </w:tcMar>
                </w:tcPr>
                <w:p w14:paraId="2451A57D" w14:textId="77777777" w:rsidR="0097296A" w:rsidRPr="007204D9" w:rsidRDefault="00000000">
                  <w:pPr>
                    <w:autoSpaceDE w:val="0"/>
                    <w:autoSpaceDN w:val="0"/>
                    <w:spacing w:before="156" w:after="0" w:line="200" w:lineRule="exact"/>
                    <w:jc w:val="center"/>
                  </w:pPr>
                  <w:r w:rsidRPr="007204D9">
                    <w:rPr>
                      <w:b/>
                      <w:color w:val="000000"/>
                      <w:sz w:val="18"/>
                    </w:rPr>
                    <w:t xml:space="preserve">0,0% </w:t>
                  </w:r>
                </w:p>
              </w:tc>
              <w:tc>
                <w:tcPr>
                  <w:tcW w:w="840" w:type="dxa"/>
                  <w:vMerge w:val="restart"/>
                  <w:tcMar>
                    <w:left w:w="0" w:type="dxa"/>
                    <w:right w:w="0" w:type="dxa"/>
                  </w:tcMar>
                </w:tcPr>
                <w:p w14:paraId="6B466714" w14:textId="77777777" w:rsidR="0097296A" w:rsidRPr="007204D9" w:rsidRDefault="00000000">
                  <w:pPr>
                    <w:autoSpaceDE w:val="0"/>
                    <w:autoSpaceDN w:val="0"/>
                    <w:spacing w:before="156" w:after="0" w:line="200" w:lineRule="exact"/>
                    <w:ind w:left="154"/>
                  </w:pPr>
                  <w:r w:rsidRPr="007204D9">
                    <w:rPr>
                      <w:b/>
                      <w:color w:val="000000"/>
                      <w:sz w:val="18"/>
                    </w:rPr>
                    <w:t xml:space="preserve">de </w:t>
                  </w:r>
                </w:p>
              </w:tc>
              <w:tc>
                <w:tcPr>
                  <w:tcW w:w="1280" w:type="dxa"/>
                  <w:vMerge w:val="restart"/>
                  <w:tcMar>
                    <w:left w:w="0" w:type="dxa"/>
                    <w:right w:w="0" w:type="dxa"/>
                  </w:tcMar>
                </w:tcPr>
                <w:p w14:paraId="06ED4CBA" w14:textId="77777777" w:rsidR="0097296A" w:rsidRPr="007204D9" w:rsidRDefault="00000000">
                  <w:pPr>
                    <w:autoSpaceDE w:val="0"/>
                    <w:autoSpaceDN w:val="0"/>
                    <w:spacing w:before="156" w:after="0" w:line="200" w:lineRule="exact"/>
                    <w:ind w:right="364"/>
                    <w:jc w:val="right"/>
                  </w:pPr>
                  <w:r w:rsidRPr="007204D9">
                    <w:rPr>
                      <w:b/>
                      <w:color w:val="000000"/>
                      <w:sz w:val="18"/>
                    </w:rPr>
                    <w:t xml:space="preserve">8,8% </w:t>
                  </w:r>
                </w:p>
              </w:tc>
            </w:tr>
            <w:tr w:rsidR="0097296A" w:rsidRPr="007204D9" w14:paraId="74F6F600" w14:textId="77777777">
              <w:trPr>
                <w:trHeight w:val="260"/>
              </w:trPr>
              <w:tc>
                <w:tcPr>
                  <w:tcW w:w="2586" w:type="dxa"/>
                  <w:gridSpan w:val="2"/>
                  <w:vMerge/>
                </w:tcPr>
                <w:p w14:paraId="5233463D" w14:textId="77777777" w:rsidR="0097296A" w:rsidRPr="007204D9" w:rsidRDefault="0097296A"/>
              </w:tc>
              <w:tc>
                <w:tcPr>
                  <w:tcW w:w="1293" w:type="dxa"/>
                  <w:vMerge/>
                </w:tcPr>
                <w:p w14:paraId="141A833B" w14:textId="77777777" w:rsidR="0097296A" w:rsidRPr="007204D9" w:rsidRDefault="0097296A"/>
              </w:tc>
              <w:tc>
                <w:tcPr>
                  <w:tcW w:w="2890" w:type="dxa"/>
                  <w:gridSpan w:val="2"/>
                  <w:tcMar>
                    <w:left w:w="0" w:type="dxa"/>
                    <w:right w:w="0" w:type="dxa"/>
                  </w:tcMar>
                </w:tcPr>
                <w:p w14:paraId="58292594" w14:textId="77777777" w:rsidR="0097296A" w:rsidRPr="007204D9" w:rsidRDefault="00000000">
                  <w:pPr>
                    <w:autoSpaceDE w:val="0"/>
                    <w:autoSpaceDN w:val="0"/>
                    <w:spacing w:before="10" w:after="0" w:line="200" w:lineRule="exact"/>
                    <w:ind w:left="386"/>
                  </w:pPr>
                  <w:r w:rsidRPr="007204D9">
                    <w:rPr>
                      <w:b/>
                      <w:color w:val="000000"/>
                      <w:sz w:val="18"/>
                    </w:rPr>
                    <w:t xml:space="preserve">total (ART): </w:t>
                  </w:r>
                </w:p>
              </w:tc>
              <w:tc>
                <w:tcPr>
                  <w:tcW w:w="1293" w:type="dxa"/>
                  <w:vMerge/>
                </w:tcPr>
                <w:p w14:paraId="3D9392FB" w14:textId="77777777" w:rsidR="0097296A" w:rsidRPr="007204D9" w:rsidRDefault="0097296A"/>
              </w:tc>
              <w:tc>
                <w:tcPr>
                  <w:tcW w:w="1293" w:type="dxa"/>
                  <w:vMerge/>
                </w:tcPr>
                <w:p w14:paraId="617A7675" w14:textId="77777777" w:rsidR="0097296A" w:rsidRPr="007204D9" w:rsidRDefault="0097296A"/>
              </w:tc>
              <w:tc>
                <w:tcPr>
                  <w:tcW w:w="1293" w:type="dxa"/>
                  <w:vMerge/>
                </w:tcPr>
                <w:p w14:paraId="321F4716" w14:textId="77777777" w:rsidR="0097296A" w:rsidRPr="007204D9" w:rsidRDefault="0097296A"/>
              </w:tc>
            </w:tr>
            <w:tr w:rsidR="0097296A" w:rsidRPr="007204D9" w14:paraId="4B77AEF1" w14:textId="77777777">
              <w:trPr>
                <w:trHeight w:val="360"/>
              </w:trPr>
              <w:tc>
                <w:tcPr>
                  <w:tcW w:w="2586" w:type="dxa"/>
                  <w:gridSpan w:val="2"/>
                  <w:vMerge/>
                </w:tcPr>
                <w:p w14:paraId="41484421" w14:textId="77777777" w:rsidR="0097296A" w:rsidRPr="007204D9" w:rsidRDefault="0097296A"/>
              </w:tc>
              <w:tc>
                <w:tcPr>
                  <w:tcW w:w="1240" w:type="dxa"/>
                  <w:tcMar>
                    <w:left w:w="0" w:type="dxa"/>
                    <w:right w:w="0" w:type="dxa"/>
                  </w:tcMar>
                </w:tcPr>
                <w:p w14:paraId="0C6A6FA5" w14:textId="77777777" w:rsidR="0097296A" w:rsidRPr="007204D9" w:rsidRDefault="00000000">
                  <w:pPr>
                    <w:autoSpaceDE w:val="0"/>
                    <w:autoSpaceDN w:val="0"/>
                    <w:spacing w:before="100" w:after="0" w:line="240" w:lineRule="auto"/>
                    <w:ind w:right="380"/>
                    <w:jc w:val="right"/>
                  </w:pPr>
                  <w:r w:rsidRPr="007204D9">
                    <w:rPr>
                      <w:noProof/>
                    </w:rPr>
                    <w:drawing>
                      <wp:inline distT="0" distB="0" distL="0" distR="0" wp14:anchorId="6457B9AC" wp14:editId="147AE2F7">
                        <wp:extent cx="76200" cy="88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76200" cy="88900"/>
                                </a:xfrm>
                                <a:prstGeom prst="rect">
                                  <a:avLst/>
                                </a:prstGeom>
                              </pic:spPr>
                            </pic:pic>
                          </a:graphicData>
                        </a:graphic>
                      </wp:inline>
                    </w:drawing>
                  </w:r>
                </w:p>
              </w:tc>
              <w:tc>
                <w:tcPr>
                  <w:tcW w:w="2720" w:type="dxa"/>
                  <w:tcMar>
                    <w:left w:w="0" w:type="dxa"/>
                    <w:right w:w="0" w:type="dxa"/>
                  </w:tcMar>
                </w:tcPr>
                <w:p w14:paraId="6A49D59F" w14:textId="77777777" w:rsidR="0097296A" w:rsidRPr="007204D9" w:rsidRDefault="00000000">
                  <w:pPr>
                    <w:autoSpaceDE w:val="0"/>
                    <w:autoSpaceDN w:val="0"/>
                    <w:spacing w:before="54" w:after="0" w:line="202" w:lineRule="exact"/>
                    <w:ind w:left="386"/>
                  </w:pPr>
                  <w:r w:rsidRPr="007204D9">
                    <w:rPr>
                      <w:b/>
                      <w:color w:val="000000"/>
                      <w:sz w:val="18"/>
                    </w:rPr>
                    <w:t xml:space="preserve">Atendimento subárea (AS): </w:t>
                  </w:r>
                </w:p>
              </w:tc>
              <w:tc>
                <w:tcPr>
                  <w:tcW w:w="3000" w:type="dxa"/>
                  <w:gridSpan w:val="4"/>
                  <w:tcMar>
                    <w:left w:w="0" w:type="dxa"/>
                    <w:right w:w="0" w:type="dxa"/>
                  </w:tcMar>
                </w:tcPr>
                <w:p w14:paraId="2D9515F2" w14:textId="77777777" w:rsidR="0097296A" w:rsidRPr="007204D9" w:rsidRDefault="00000000">
                  <w:pPr>
                    <w:autoSpaceDE w:val="0"/>
                    <w:autoSpaceDN w:val="0"/>
                    <w:spacing w:before="52" w:after="0" w:line="202" w:lineRule="exact"/>
                    <w:ind w:left="308"/>
                  </w:pPr>
                  <w:r w:rsidRPr="007204D9">
                    <w:rPr>
                      <w:b/>
                      <w:color w:val="000000"/>
                      <w:sz w:val="18"/>
                    </w:rPr>
                    <w:t xml:space="preserve">0,0% </w:t>
                  </w:r>
                </w:p>
              </w:tc>
            </w:tr>
            <w:tr w:rsidR="0097296A" w:rsidRPr="007204D9" w14:paraId="08D42C77" w14:textId="77777777">
              <w:trPr>
                <w:trHeight w:val="2120"/>
              </w:trPr>
              <w:tc>
                <w:tcPr>
                  <w:tcW w:w="2586" w:type="dxa"/>
                  <w:gridSpan w:val="2"/>
                  <w:vMerge/>
                </w:tcPr>
                <w:p w14:paraId="497F3F13" w14:textId="77777777" w:rsidR="0097296A" w:rsidRPr="007204D9" w:rsidRDefault="0097296A"/>
              </w:tc>
              <w:tc>
                <w:tcPr>
                  <w:tcW w:w="6960" w:type="dxa"/>
                  <w:gridSpan w:val="6"/>
                  <w:vMerge w:val="restart"/>
                  <w:tcMar>
                    <w:left w:w="0" w:type="dxa"/>
                    <w:right w:w="0" w:type="dxa"/>
                  </w:tcMar>
                </w:tcPr>
                <w:p w14:paraId="31A3887B" w14:textId="77777777" w:rsidR="0097296A" w:rsidRPr="007204D9" w:rsidRDefault="00000000">
                  <w:pPr>
                    <w:autoSpaceDE w:val="0"/>
                    <w:autoSpaceDN w:val="0"/>
                    <w:spacing w:before="120" w:after="0" w:line="240" w:lineRule="auto"/>
                    <w:ind w:left="740"/>
                  </w:pPr>
                  <w:r w:rsidRPr="007204D9">
                    <w:rPr>
                      <w:noProof/>
                    </w:rPr>
                    <w:drawing>
                      <wp:inline distT="0" distB="0" distL="0" distR="0" wp14:anchorId="4961CB49" wp14:editId="47C09A24">
                        <wp:extent cx="76200" cy="10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76200" cy="101600"/>
                                </a:xfrm>
                                <a:prstGeom prst="rect">
                                  <a:avLst/>
                                </a:prstGeom>
                              </pic:spPr>
                            </pic:pic>
                          </a:graphicData>
                        </a:graphic>
                      </wp:inline>
                    </w:drawing>
                  </w:r>
                </w:p>
                <w:p w14:paraId="69B7A295" w14:textId="77777777" w:rsidR="0097296A" w:rsidRPr="007204D9" w:rsidRDefault="00000000">
                  <w:pPr>
                    <w:autoSpaceDE w:val="0"/>
                    <w:autoSpaceDN w:val="0"/>
                    <w:spacing w:before="260" w:after="0" w:line="240" w:lineRule="auto"/>
                    <w:ind w:left="740"/>
                  </w:pPr>
                  <w:r w:rsidRPr="007204D9">
                    <w:rPr>
                      <w:noProof/>
                    </w:rPr>
                    <w:drawing>
                      <wp:inline distT="0" distB="0" distL="0" distR="0" wp14:anchorId="42E64320" wp14:editId="16A9F99F">
                        <wp:extent cx="76200" cy="88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76200" cy="88900"/>
                                </a:xfrm>
                                <a:prstGeom prst="rect">
                                  <a:avLst/>
                                </a:prstGeom>
                              </pic:spPr>
                            </pic:pic>
                          </a:graphicData>
                        </a:graphic>
                      </wp:inline>
                    </w:drawing>
                  </w:r>
                </w:p>
                <w:p w14:paraId="44E52E68" w14:textId="77777777" w:rsidR="0097296A" w:rsidRPr="007204D9" w:rsidRDefault="00000000">
                  <w:pPr>
                    <w:autoSpaceDE w:val="0"/>
                    <w:autoSpaceDN w:val="0"/>
                    <w:spacing w:before="260" w:after="0" w:line="240" w:lineRule="auto"/>
                    <w:ind w:left="740"/>
                  </w:pPr>
                  <w:r w:rsidRPr="007204D9">
                    <w:rPr>
                      <w:noProof/>
                    </w:rPr>
                    <w:drawing>
                      <wp:inline distT="0" distB="0" distL="0" distR="0" wp14:anchorId="11D9F7D2" wp14:editId="7204E976">
                        <wp:extent cx="76200" cy="10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76200" cy="101600"/>
                                </a:xfrm>
                                <a:prstGeom prst="rect">
                                  <a:avLst/>
                                </a:prstGeom>
                              </pic:spPr>
                            </pic:pic>
                          </a:graphicData>
                        </a:graphic>
                      </wp:inline>
                    </w:drawing>
                  </w:r>
                </w:p>
                <w:p w14:paraId="2732246C" w14:textId="77777777" w:rsidR="0097296A" w:rsidRPr="007204D9" w:rsidRDefault="00000000">
                  <w:pPr>
                    <w:autoSpaceDE w:val="0"/>
                    <w:autoSpaceDN w:val="0"/>
                    <w:spacing w:before="260" w:after="0" w:line="240" w:lineRule="auto"/>
                    <w:ind w:left="740"/>
                  </w:pPr>
                  <w:r w:rsidRPr="007204D9">
                    <w:rPr>
                      <w:noProof/>
                    </w:rPr>
                    <w:drawing>
                      <wp:inline distT="0" distB="0" distL="0" distR="0" wp14:anchorId="417D3A38" wp14:editId="7C2F54FA">
                        <wp:extent cx="76200" cy="101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76200" cy="101600"/>
                                </a:xfrm>
                                <a:prstGeom prst="rect">
                                  <a:avLst/>
                                </a:prstGeom>
                              </pic:spPr>
                            </pic:pic>
                          </a:graphicData>
                        </a:graphic>
                      </wp:inline>
                    </w:drawing>
                  </w:r>
                </w:p>
                <w:p w14:paraId="49AC1881" w14:textId="77777777" w:rsidR="0097296A" w:rsidRPr="007204D9" w:rsidRDefault="00000000">
                  <w:pPr>
                    <w:autoSpaceDE w:val="0"/>
                    <w:autoSpaceDN w:val="0"/>
                    <w:spacing w:before="312" w:after="0" w:line="240" w:lineRule="auto"/>
                    <w:ind w:left="512"/>
                  </w:pPr>
                  <w:r w:rsidRPr="007204D9">
                    <w:rPr>
                      <w:noProof/>
                    </w:rPr>
                    <w:drawing>
                      <wp:inline distT="0" distB="0" distL="0" distR="0" wp14:anchorId="3EDBE478" wp14:editId="14D8ADEE">
                        <wp:extent cx="3921759" cy="3708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3921759" cy="370839"/>
                                </a:xfrm>
                                <a:prstGeom prst="rect">
                                  <a:avLst/>
                                </a:prstGeom>
                              </pic:spPr>
                            </pic:pic>
                          </a:graphicData>
                        </a:graphic>
                      </wp:inline>
                    </w:drawing>
                  </w:r>
                </w:p>
                <w:p w14:paraId="6A34DB76" w14:textId="77777777" w:rsidR="0097296A" w:rsidRPr="007204D9" w:rsidRDefault="00000000">
                  <w:pPr>
                    <w:autoSpaceDE w:val="0"/>
                    <w:autoSpaceDN w:val="0"/>
                    <w:spacing w:before="134" w:after="0" w:line="240" w:lineRule="auto"/>
                    <w:ind w:left="708"/>
                  </w:pPr>
                  <w:r w:rsidRPr="007204D9">
                    <w:rPr>
                      <w:noProof/>
                    </w:rPr>
                    <w:drawing>
                      <wp:inline distT="0" distB="0" distL="0" distR="0" wp14:anchorId="5795513C" wp14:editId="165A5978">
                        <wp:extent cx="3111499" cy="4787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3111499" cy="478789"/>
                                </a:xfrm>
                                <a:prstGeom prst="rect">
                                  <a:avLst/>
                                </a:prstGeom>
                              </pic:spPr>
                            </pic:pic>
                          </a:graphicData>
                        </a:graphic>
                      </wp:inline>
                    </w:drawing>
                  </w:r>
                </w:p>
              </w:tc>
            </w:tr>
            <w:tr w:rsidR="0097296A" w:rsidRPr="007204D9" w14:paraId="202E85AE" w14:textId="77777777">
              <w:trPr>
                <w:trHeight w:val="1360"/>
              </w:trPr>
              <w:tc>
                <w:tcPr>
                  <w:tcW w:w="1480" w:type="dxa"/>
                  <w:tcMar>
                    <w:left w:w="0" w:type="dxa"/>
                    <w:right w:w="0" w:type="dxa"/>
                  </w:tcMar>
                </w:tcPr>
                <w:p w14:paraId="4EBA889A" w14:textId="77777777" w:rsidR="0097296A" w:rsidRPr="007204D9" w:rsidRDefault="00000000">
                  <w:pPr>
                    <w:autoSpaceDE w:val="0"/>
                    <w:autoSpaceDN w:val="0"/>
                    <w:spacing w:before="100" w:after="0" w:line="240" w:lineRule="auto"/>
                    <w:ind w:left="340"/>
                  </w:pPr>
                  <w:r w:rsidRPr="007204D9">
                    <w:rPr>
                      <w:noProof/>
                    </w:rPr>
                    <w:drawing>
                      <wp:inline distT="0" distB="0" distL="0" distR="0" wp14:anchorId="23270EF0" wp14:editId="2C74C576">
                        <wp:extent cx="698500" cy="774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698500" cy="774700"/>
                                </a:xfrm>
                                <a:prstGeom prst="rect">
                                  <a:avLst/>
                                </a:prstGeom>
                              </pic:spPr>
                            </pic:pic>
                          </a:graphicData>
                        </a:graphic>
                      </wp:inline>
                    </w:drawing>
                  </w:r>
                </w:p>
              </w:tc>
              <w:tc>
                <w:tcPr>
                  <w:tcW w:w="1600" w:type="dxa"/>
                  <w:tcMar>
                    <w:left w:w="0" w:type="dxa"/>
                    <w:right w:w="0" w:type="dxa"/>
                  </w:tcMar>
                </w:tcPr>
                <w:p w14:paraId="65175EB3" w14:textId="77777777" w:rsidR="0097296A" w:rsidRPr="007204D9" w:rsidRDefault="00000000">
                  <w:pPr>
                    <w:autoSpaceDE w:val="0"/>
                    <w:autoSpaceDN w:val="0"/>
                    <w:spacing w:before="24" w:after="0" w:line="402" w:lineRule="exact"/>
                    <w:ind w:left="66" w:right="502"/>
                    <w:jc w:val="both"/>
                  </w:pPr>
                  <w:proofErr w:type="gramStart"/>
                  <w:r w:rsidRPr="007204D9">
                    <w:rPr>
                      <w:color w:val="000000"/>
                      <w:sz w:val="18"/>
                    </w:rPr>
                    <w:t>0  questões</w:t>
                  </w:r>
                  <w:proofErr w:type="gramEnd"/>
                  <w:r w:rsidRPr="007204D9">
                    <w:rPr>
                      <w:color w:val="000000"/>
                      <w:sz w:val="18"/>
                    </w:rPr>
                    <w:t xml:space="preserve"> </w:t>
                  </w:r>
                  <w:proofErr w:type="gramStart"/>
                  <w:r w:rsidRPr="007204D9">
                    <w:rPr>
                      <w:color w:val="000000"/>
                      <w:sz w:val="18"/>
                    </w:rPr>
                    <w:t>0  questões</w:t>
                  </w:r>
                  <w:proofErr w:type="gramEnd"/>
                  <w:r w:rsidRPr="007204D9">
                    <w:rPr>
                      <w:color w:val="000000"/>
                      <w:sz w:val="18"/>
                    </w:rPr>
                    <w:t xml:space="preserve"> </w:t>
                  </w:r>
                  <w:proofErr w:type="gramStart"/>
                  <w:r w:rsidRPr="007204D9">
                    <w:rPr>
                      <w:color w:val="000000"/>
                      <w:sz w:val="18"/>
                    </w:rPr>
                    <w:t>0  questões</w:t>
                  </w:r>
                  <w:proofErr w:type="gramEnd"/>
                  <w:r w:rsidRPr="007204D9">
                    <w:rPr>
                      <w:color w:val="000000"/>
                      <w:sz w:val="18"/>
                    </w:rPr>
                    <w:t xml:space="preserve"> </w:t>
                  </w:r>
                </w:p>
              </w:tc>
              <w:tc>
                <w:tcPr>
                  <w:tcW w:w="7758" w:type="dxa"/>
                  <w:gridSpan w:val="6"/>
                  <w:vMerge/>
                </w:tcPr>
                <w:p w14:paraId="4C98E24D" w14:textId="77777777" w:rsidR="0097296A" w:rsidRPr="007204D9" w:rsidRDefault="0097296A"/>
              </w:tc>
            </w:tr>
          </w:tbl>
          <w:p w14:paraId="33CB38A8" w14:textId="77777777" w:rsidR="0097296A" w:rsidRPr="007204D9" w:rsidRDefault="0097296A">
            <w:pPr>
              <w:autoSpaceDE w:val="0"/>
              <w:autoSpaceDN w:val="0"/>
              <w:spacing w:after="0" w:line="14" w:lineRule="exact"/>
            </w:pPr>
          </w:p>
        </w:tc>
      </w:tr>
    </w:tbl>
    <w:p w14:paraId="161D15F5" w14:textId="77777777" w:rsidR="0097296A" w:rsidRPr="007204D9" w:rsidRDefault="0097296A">
      <w:pPr>
        <w:autoSpaceDE w:val="0"/>
        <w:autoSpaceDN w:val="0"/>
        <w:spacing w:after="0" w:line="254" w:lineRule="exact"/>
      </w:pPr>
    </w:p>
    <w:tbl>
      <w:tblPr>
        <w:tblW w:w="0" w:type="auto"/>
        <w:tblInd w:w="14" w:type="dxa"/>
        <w:tblLayout w:type="fixed"/>
        <w:tblLook w:val="04A0" w:firstRow="1" w:lastRow="0" w:firstColumn="1" w:lastColumn="0" w:noHBand="0" w:noVBand="1"/>
      </w:tblPr>
      <w:tblGrid>
        <w:gridCol w:w="566"/>
        <w:gridCol w:w="1140"/>
        <w:gridCol w:w="7082"/>
        <w:gridCol w:w="560"/>
        <w:gridCol w:w="994"/>
      </w:tblGrid>
      <w:tr w:rsidR="0097296A" w:rsidRPr="007204D9" w14:paraId="521C9FBE" w14:textId="77777777">
        <w:trPr>
          <w:trHeight w:val="452"/>
        </w:trPr>
        <w:tc>
          <w:tcPr>
            <w:tcW w:w="10342" w:type="dxa"/>
            <w:gridSpan w:val="5"/>
            <w:tcBorders>
              <w:top w:val="single" w:sz="4" w:space="0" w:color="auto"/>
              <w:left w:val="single" w:sz="4" w:space="0" w:color="auto"/>
              <w:bottom w:val="single" w:sz="4" w:space="0" w:color="auto"/>
              <w:right w:val="single" w:sz="4" w:space="0" w:color="auto"/>
            </w:tcBorders>
            <w:tcMar>
              <w:left w:w="0" w:type="dxa"/>
              <w:right w:w="0" w:type="dxa"/>
            </w:tcMar>
          </w:tcPr>
          <w:p w14:paraId="74E00B41" w14:textId="77777777" w:rsidR="0097296A" w:rsidRPr="007204D9" w:rsidRDefault="00000000">
            <w:pPr>
              <w:autoSpaceDE w:val="0"/>
              <w:autoSpaceDN w:val="0"/>
              <w:spacing w:before="116" w:after="0" w:line="200" w:lineRule="exact"/>
              <w:ind w:left="2138"/>
            </w:pPr>
            <w:r w:rsidRPr="007204D9">
              <w:rPr>
                <w:b/>
                <w:color w:val="000000"/>
                <w:sz w:val="18"/>
              </w:rPr>
              <w:t xml:space="preserve">3. Instalações e Higiene das Áreas de Venda e Manipulação de Alimentos </w:t>
            </w:r>
          </w:p>
        </w:tc>
      </w:tr>
      <w:tr w:rsidR="0097296A" w:rsidRPr="007204D9" w14:paraId="2F51AE2A" w14:textId="77777777">
        <w:trPr>
          <w:trHeight w:val="286"/>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2F2921DA" w14:textId="77777777" w:rsidR="0097296A" w:rsidRPr="007204D9" w:rsidRDefault="00000000">
            <w:pPr>
              <w:autoSpaceDE w:val="0"/>
              <w:autoSpaceDN w:val="0"/>
              <w:spacing w:before="140" w:after="0" w:line="200" w:lineRule="exact"/>
              <w:jc w:val="center"/>
            </w:pPr>
            <w:r w:rsidRPr="007204D9">
              <w:rPr>
                <w:b/>
                <w:color w:val="000000"/>
                <w:sz w:val="18"/>
              </w:rPr>
              <w:t xml:space="preserve">Item </w:t>
            </w:r>
          </w:p>
        </w:tc>
        <w:tc>
          <w:tcPr>
            <w:tcW w:w="1140"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58047C44" w14:textId="77777777" w:rsidR="0097296A" w:rsidRPr="007204D9" w:rsidRDefault="00000000">
            <w:pPr>
              <w:autoSpaceDE w:val="0"/>
              <w:autoSpaceDN w:val="0"/>
              <w:spacing w:before="140" w:after="0" w:line="200" w:lineRule="exact"/>
              <w:jc w:val="center"/>
            </w:pPr>
            <w:r w:rsidRPr="007204D9">
              <w:rPr>
                <w:b/>
                <w:color w:val="000000"/>
                <w:sz w:val="18"/>
              </w:rPr>
              <w:t xml:space="preserve">Relevância </w:t>
            </w:r>
          </w:p>
        </w:tc>
        <w:tc>
          <w:tcPr>
            <w:tcW w:w="7082"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3F200EE6" w14:textId="77777777" w:rsidR="0097296A" w:rsidRPr="007204D9" w:rsidRDefault="00000000">
            <w:pPr>
              <w:autoSpaceDE w:val="0"/>
              <w:autoSpaceDN w:val="0"/>
              <w:spacing w:before="140" w:after="0" w:line="200" w:lineRule="exact"/>
              <w:jc w:val="center"/>
            </w:pPr>
            <w:r w:rsidRPr="007204D9">
              <w:rPr>
                <w:b/>
                <w:color w:val="000000"/>
                <w:sz w:val="18"/>
              </w:rPr>
              <w:t xml:space="preserve">Descrição </w:t>
            </w:r>
          </w:p>
        </w:tc>
        <w:tc>
          <w:tcPr>
            <w:tcW w:w="155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BE8715C" w14:textId="77777777" w:rsidR="0097296A" w:rsidRPr="007204D9" w:rsidRDefault="00000000">
            <w:pPr>
              <w:autoSpaceDE w:val="0"/>
              <w:autoSpaceDN w:val="0"/>
              <w:spacing w:before="32" w:after="0" w:line="200" w:lineRule="exact"/>
              <w:jc w:val="center"/>
            </w:pPr>
            <w:r w:rsidRPr="007204D9">
              <w:rPr>
                <w:b/>
                <w:color w:val="000000"/>
                <w:sz w:val="18"/>
              </w:rPr>
              <w:t xml:space="preserve">Resultado </w:t>
            </w:r>
          </w:p>
        </w:tc>
      </w:tr>
      <w:tr w:rsidR="0097296A" w:rsidRPr="007204D9" w14:paraId="2DD9FAAB" w14:textId="77777777">
        <w:trPr>
          <w:trHeight w:val="212"/>
        </w:trPr>
        <w:tc>
          <w:tcPr>
            <w:tcW w:w="2079" w:type="dxa"/>
            <w:vMerge/>
            <w:tcBorders>
              <w:top w:val="single" w:sz="4" w:space="0" w:color="auto"/>
              <w:left w:val="single" w:sz="4" w:space="0" w:color="auto"/>
              <w:bottom w:val="single" w:sz="3" w:space="0" w:color="auto"/>
              <w:right w:val="single" w:sz="4" w:space="0" w:color="auto"/>
            </w:tcBorders>
          </w:tcPr>
          <w:p w14:paraId="6B934FA1" w14:textId="77777777" w:rsidR="0097296A" w:rsidRPr="007204D9" w:rsidRDefault="0097296A"/>
        </w:tc>
        <w:tc>
          <w:tcPr>
            <w:tcW w:w="2079" w:type="dxa"/>
            <w:vMerge/>
            <w:tcBorders>
              <w:top w:val="single" w:sz="4" w:space="0" w:color="auto"/>
              <w:left w:val="single" w:sz="4" w:space="0" w:color="auto"/>
              <w:bottom w:val="single" w:sz="3" w:space="0" w:color="auto"/>
              <w:right w:val="single" w:sz="4" w:space="0" w:color="auto"/>
            </w:tcBorders>
          </w:tcPr>
          <w:p w14:paraId="0D62D38B" w14:textId="77777777" w:rsidR="0097296A" w:rsidRPr="007204D9" w:rsidRDefault="0097296A"/>
        </w:tc>
        <w:tc>
          <w:tcPr>
            <w:tcW w:w="2079" w:type="dxa"/>
            <w:vMerge/>
            <w:tcBorders>
              <w:top w:val="single" w:sz="4" w:space="0" w:color="auto"/>
              <w:left w:val="single" w:sz="4" w:space="0" w:color="auto"/>
              <w:bottom w:val="single" w:sz="3" w:space="0" w:color="auto"/>
              <w:right w:val="single" w:sz="4" w:space="0" w:color="auto"/>
            </w:tcBorders>
          </w:tcPr>
          <w:p w14:paraId="235A3F4F" w14:textId="77777777" w:rsidR="0097296A" w:rsidRPr="007204D9" w:rsidRDefault="0097296A"/>
        </w:tc>
        <w:tc>
          <w:tcPr>
            <w:tcW w:w="560" w:type="dxa"/>
            <w:tcBorders>
              <w:top w:val="single" w:sz="4" w:space="0" w:color="auto"/>
              <w:left w:val="single" w:sz="4" w:space="0" w:color="auto"/>
              <w:bottom w:val="single" w:sz="3" w:space="0" w:color="auto"/>
              <w:right w:val="single" w:sz="4" w:space="0" w:color="auto"/>
            </w:tcBorders>
            <w:tcMar>
              <w:left w:w="0" w:type="dxa"/>
              <w:right w:w="0" w:type="dxa"/>
            </w:tcMar>
          </w:tcPr>
          <w:p w14:paraId="583B7BEF" w14:textId="77777777" w:rsidR="0097296A" w:rsidRPr="007204D9" w:rsidRDefault="00000000">
            <w:pPr>
              <w:autoSpaceDE w:val="0"/>
              <w:autoSpaceDN w:val="0"/>
              <w:spacing w:after="0" w:line="200" w:lineRule="exact"/>
              <w:jc w:val="center"/>
            </w:pPr>
            <w:r w:rsidRPr="007204D9">
              <w:rPr>
                <w:b/>
                <w:color w:val="000000"/>
                <w:sz w:val="18"/>
              </w:rPr>
              <w:t>X</w:t>
            </w:r>
          </w:p>
        </w:tc>
        <w:tc>
          <w:tcPr>
            <w:tcW w:w="994" w:type="dxa"/>
            <w:tcBorders>
              <w:top w:val="single" w:sz="4" w:space="0" w:color="auto"/>
              <w:left w:val="single" w:sz="4" w:space="0" w:color="auto"/>
              <w:bottom w:val="single" w:sz="3" w:space="0" w:color="auto"/>
              <w:right w:val="single" w:sz="4" w:space="0" w:color="auto"/>
            </w:tcBorders>
            <w:tcMar>
              <w:left w:w="0" w:type="dxa"/>
              <w:right w:w="0" w:type="dxa"/>
            </w:tcMar>
          </w:tcPr>
          <w:p w14:paraId="7D0E6F8A" w14:textId="77777777" w:rsidR="0097296A" w:rsidRPr="007204D9" w:rsidRDefault="00000000">
            <w:pPr>
              <w:autoSpaceDE w:val="0"/>
              <w:autoSpaceDN w:val="0"/>
              <w:spacing w:after="0" w:line="200" w:lineRule="exact"/>
              <w:jc w:val="center"/>
            </w:pPr>
            <w:r w:rsidRPr="007204D9">
              <w:rPr>
                <w:b/>
                <w:color w:val="000000"/>
                <w:sz w:val="18"/>
              </w:rPr>
              <w:t>Impacto</w:t>
            </w:r>
          </w:p>
        </w:tc>
      </w:tr>
      <w:tr w:rsidR="0097296A" w:rsidRPr="007204D9" w14:paraId="6446C079" w14:textId="77777777">
        <w:trPr>
          <w:trHeight w:val="762"/>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E723D94" w14:textId="77777777" w:rsidR="0097296A" w:rsidRPr="007204D9" w:rsidRDefault="00000000">
            <w:pPr>
              <w:autoSpaceDE w:val="0"/>
              <w:autoSpaceDN w:val="0"/>
              <w:spacing w:before="1698" w:after="0" w:line="200" w:lineRule="exact"/>
              <w:jc w:val="center"/>
            </w:pPr>
            <w:r w:rsidRPr="007204D9">
              <w:rPr>
                <w:color w:val="000000"/>
                <w:sz w:val="18"/>
              </w:rPr>
              <w:t xml:space="preserve">3.1 </w:t>
            </w:r>
          </w:p>
        </w:tc>
        <w:tc>
          <w:tcPr>
            <w:tcW w:w="114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FB106DF" w14:textId="77777777" w:rsidR="0097296A" w:rsidRPr="007204D9" w:rsidRDefault="00000000">
            <w:pPr>
              <w:autoSpaceDE w:val="0"/>
              <w:autoSpaceDN w:val="0"/>
              <w:spacing w:before="1698" w:after="0" w:line="200" w:lineRule="exact"/>
              <w:jc w:val="center"/>
            </w:pPr>
            <w:r w:rsidRPr="007204D9">
              <w:rPr>
                <w:color w:val="000000"/>
                <w:sz w:val="18"/>
              </w:rPr>
              <w:t xml:space="preserve">2 </w:t>
            </w:r>
          </w:p>
        </w:tc>
        <w:tc>
          <w:tcPr>
            <w:tcW w:w="863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65616403" w14:textId="60187E56" w:rsidR="0097296A" w:rsidRPr="007204D9" w:rsidRDefault="00000000">
            <w:pPr>
              <w:autoSpaceDE w:val="0"/>
              <w:autoSpaceDN w:val="0"/>
              <w:spacing w:before="8" w:after="0" w:line="222" w:lineRule="exact"/>
              <w:ind w:left="70" w:right="118"/>
              <w:jc w:val="both"/>
            </w:pPr>
            <w:r w:rsidRPr="007204D9">
              <w:rPr>
                <w:b/>
                <w:color w:val="000000"/>
                <w:sz w:val="18"/>
              </w:rPr>
              <w:t>Os estabelecimentos de venda e/ou manipulação de alimentos do estádio estão em boas condições</w:t>
            </w:r>
            <w:r w:rsidR="005E5D07">
              <w:rPr>
                <w:b/>
                <w:color w:val="000000"/>
                <w:sz w:val="18"/>
              </w:rPr>
              <w:t xml:space="preserve"> </w:t>
            </w:r>
            <w:r w:rsidRPr="007204D9">
              <w:rPr>
                <w:b/>
                <w:color w:val="000000"/>
                <w:sz w:val="18"/>
              </w:rPr>
              <w:t>de</w:t>
            </w:r>
            <w:r w:rsidR="005E5D07">
              <w:rPr>
                <w:b/>
                <w:color w:val="000000"/>
                <w:sz w:val="18"/>
              </w:rPr>
              <w:t xml:space="preserve"> </w:t>
            </w:r>
            <w:r w:rsidRPr="007204D9">
              <w:rPr>
                <w:b/>
                <w:color w:val="000000"/>
                <w:sz w:val="18"/>
              </w:rPr>
              <w:t>limpeza</w:t>
            </w:r>
            <w:r w:rsidR="005E5D07">
              <w:rPr>
                <w:b/>
                <w:color w:val="000000"/>
                <w:sz w:val="18"/>
              </w:rPr>
              <w:t xml:space="preserve"> </w:t>
            </w:r>
            <w:r w:rsidRPr="007204D9">
              <w:rPr>
                <w:b/>
                <w:color w:val="000000"/>
                <w:sz w:val="18"/>
              </w:rPr>
              <w:t>e</w:t>
            </w:r>
            <w:r w:rsidR="005E5D07">
              <w:rPr>
                <w:b/>
                <w:color w:val="000000"/>
                <w:sz w:val="18"/>
              </w:rPr>
              <w:t xml:space="preserve"> </w:t>
            </w:r>
            <w:r w:rsidR="005E5D07" w:rsidRPr="007204D9">
              <w:rPr>
                <w:b/>
                <w:color w:val="000000"/>
                <w:sz w:val="18"/>
              </w:rPr>
              <w:t>conservação? (</w:t>
            </w:r>
            <w:r w:rsidRPr="007204D9">
              <w:rPr>
                <w:b/>
                <w:color w:val="000000"/>
                <w:sz w:val="18"/>
              </w:rPr>
              <w:t>Doc.</w:t>
            </w:r>
            <w:r w:rsidR="005E5D07">
              <w:rPr>
                <w:b/>
                <w:color w:val="000000"/>
                <w:sz w:val="18"/>
              </w:rPr>
              <w:t xml:space="preserve"> </w:t>
            </w:r>
            <w:r w:rsidRPr="007204D9">
              <w:rPr>
                <w:b/>
                <w:color w:val="000000"/>
                <w:sz w:val="18"/>
              </w:rPr>
              <w:t>Ref.: Manual</w:t>
            </w:r>
            <w:r w:rsidR="005E5D07">
              <w:rPr>
                <w:b/>
                <w:color w:val="000000"/>
                <w:sz w:val="18"/>
              </w:rPr>
              <w:t xml:space="preserve"> </w:t>
            </w:r>
            <w:r w:rsidRPr="007204D9">
              <w:rPr>
                <w:b/>
                <w:color w:val="000000"/>
                <w:sz w:val="18"/>
              </w:rPr>
              <w:t>de</w:t>
            </w:r>
            <w:r w:rsidR="005E5D07">
              <w:rPr>
                <w:b/>
                <w:color w:val="000000"/>
                <w:sz w:val="18"/>
              </w:rPr>
              <w:t xml:space="preserve"> </w:t>
            </w:r>
            <w:r w:rsidRPr="007204D9">
              <w:rPr>
                <w:b/>
                <w:color w:val="000000"/>
                <w:sz w:val="18"/>
              </w:rPr>
              <w:t>Recomendações</w:t>
            </w:r>
            <w:r w:rsidR="005E5D07">
              <w:rPr>
                <w:b/>
                <w:color w:val="000000"/>
                <w:sz w:val="18"/>
              </w:rPr>
              <w:t xml:space="preserve"> </w:t>
            </w:r>
            <w:r w:rsidRPr="007204D9">
              <w:rPr>
                <w:b/>
                <w:color w:val="000000"/>
                <w:sz w:val="18"/>
              </w:rPr>
              <w:t>para</w:t>
            </w:r>
            <w:r w:rsidR="005E5D07">
              <w:rPr>
                <w:b/>
                <w:color w:val="000000"/>
                <w:sz w:val="18"/>
              </w:rPr>
              <w:t xml:space="preserve"> </w:t>
            </w:r>
            <w:r w:rsidRPr="007204D9">
              <w:rPr>
                <w:b/>
                <w:color w:val="000000"/>
                <w:sz w:val="18"/>
              </w:rPr>
              <w:t>a</w:t>
            </w:r>
            <w:r w:rsidR="005E5D07">
              <w:rPr>
                <w:b/>
                <w:color w:val="000000"/>
                <w:sz w:val="18"/>
              </w:rPr>
              <w:t xml:space="preserve"> </w:t>
            </w:r>
            <w:r w:rsidRPr="007204D9">
              <w:rPr>
                <w:b/>
                <w:color w:val="000000"/>
                <w:sz w:val="18"/>
              </w:rPr>
              <w:t>Segurança</w:t>
            </w:r>
            <w:r w:rsidR="005E5D07">
              <w:rPr>
                <w:b/>
                <w:color w:val="000000"/>
                <w:sz w:val="18"/>
              </w:rPr>
              <w:t xml:space="preserve"> </w:t>
            </w:r>
            <w:r w:rsidRPr="007204D9">
              <w:rPr>
                <w:b/>
                <w:color w:val="000000"/>
                <w:sz w:val="18"/>
              </w:rPr>
              <w:t>e Conforto nos Estádios de Futebol - FGV/2010).</w:t>
            </w:r>
          </w:p>
        </w:tc>
      </w:tr>
      <w:tr w:rsidR="0097296A" w:rsidRPr="007204D9" w14:paraId="06402085" w14:textId="77777777" w:rsidTr="005E5D07">
        <w:trPr>
          <w:trHeight w:val="398"/>
        </w:trPr>
        <w:tc>
          <w:tcPr>
            <w:tcW w:w="2079" w:type="dxa"/>
            <w:vMerge/>
            <w:tcBorders>
              <w:top w:val="single" w:sz="3" w:space="0" w:color="auto"/>
              <w:left w:val="single" w:sz="4" w:space="0" w:color="auto"/>
              <w:bottom w:val="single" w:sz="4" w:space="0" w:color="auto"/>
              <w:right w:val="single" w:sz="4" w:space="0" w:color="auto"/>
            </w:tcBorders>
          </w:tcPr>
          <w:p w14:paraId="0952C5B1"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4776C1B6" w14:textId="77777777" w:rsidR="0097296A" w:rsidRPr="007204D9" w:rsidRDefault="0097296A"/>
        </w:tc>
        <w:tc>
          <w:tcPr>
            <w:tcW w:w="7082" w:type="dxa"/>
            <w:tcBorders>
              <w:top w:val="single" w:sz="4" w:space="0" w:color="auto"/>
              <w:left w:val="single" w:sz="4" w:space="0" w:color="auto"/>
              <w:bottom w:val="single" w:sz="4" w:space="0" w:color="auto"/>
              <w:right w:val="single" w:sz="4" w:space="0" w:color="auto"/>
            </w:tcBorders>
            <w:tcMar>
              <w:left w:w="0" w:type="dxa"/>
              <w:right w:w="0" w:type="dxa"/>
            </w:tcMar>
          </w:tcPr>
          <w:p w14:paraId="31F2359D" w14:textId="77777777" w:rsidR="0097296A" w:rsidRPr="007204D9" w:rsidRDefault="00000000">
            <w:pPr>
              <w:autoSpaceDE w:val="0"/>
              <w:autoSpaceDN w:val="0"/>
              <w:spacing w:before="94" w:after="0" w:line="200" w:lineRule="exact"/>
              <w:ind w:left="70"/>
            </w:pPr>
            <w:r w:rsidRPr="007204D9">
              <w:rPr>
                <w:color w:val="000000"/>
                <w:sz w:val="18"/>
              </w:rPr>
              <w:t xml:space="preserve">Sim. Todos estão limpos e conservados. </w:t>
            </w:r>
          </w:p>
        </w:tc>
        <w:tc>
          <w:tcPr>
            <w:tcW w:w="560" w:type="dxa"/>
            <w:tcBorders>
              <w:top w:val="single" w:sz="4" w:space="0" w:color="auto"/>
              <w:left w:val="single" w:sz="4" w:space="0" w:color="auto"/>
              <w:bottom w:val="single" w:sz="4" w:space="0" w:color="auto"/>
              <w:right w:val="single" w:sz="4" w:space="0" w:color="auto"/>
            </w:tcBorders>
            <w:tcMar>
              <w:left w:w="0" w:type="dxa"/>
              <w:right w:w="0" w:type="dxa"/>
            </w:tcMar>
          </w:tcPr>
          <w:p w14:paraId="33FFA15A" w14:textId="77777777" w:rsidR="0097296A" w:rsidRPr="007204D9" w:rsidRDefault="00000000">
            <w:pPr>
              <w:autoSpaceDE w:val="0"/>
              <w:autoSpaceDN w:val="0"/>
              <w:spacing w:before="94" w:after="0" w:line="200" w:lineRule="exact"/>
              <w:ind w:right="92"/>
              <w:jc w:val="right"/>
            </w:pPr>
            <w:r w:rsidRPr="007204D9">
              <w:rPr>
                <w:color w:val="000000"/>
                <w:sz w:val="18"/>
              </w:rPr>
              <w:t xml:space="preserve">AT </w:t>
            </w:r>
          </w:p>
        </w:tc>
        <w:tc>
          <w:tcPr>
            <w:tcW w:w="99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0DDC0F3" w14:textId="77777777" w:rsidR="0097296A" w:rsidRPr="007204D9" w:rsidRDefault="00000000">
            <w:pPr>
              <w:autoSpaceDE w:val="0"/>
              <w:autoSpaceDN w:val="0"/>
              <w:spacing w:before="94" w:after="0" w:line="200" w:lineRule="exact"/>
              <w:ind w:right="378"/>
              <w:jc w:val="right"/>
            </w:pPr>
            <w:r w:rsidRPr="007204D9">
              <w:rPr>
                <w:color w:val="000000"/>
                <w:sz w:val="18"/>
              </w:rPr>
              <w:t xml:space="preserve">1 </w:t>
            </w:r>
          </w:p>
        </w:tc>
      </w:tr>
      <w:tr w:rsidR="0097296A" w:rsidRPr="007204D9" w14:paraId="0DCD396C" w14:textId="77777777" w:rsidTr="005E5D07">
        <w:trPr>
          <w:trHeight w:val="396"/>
        </w:trPr>
        <w:tc>
          <w:tcPr>
            <w:tcW w:w="2079" w:type="dxa"/>
            <w:vMerge/>
            <w:tcBorders>
              <w:top w:val="single" w:sz="3" w:space="0" w:color="auto"/>
              <w:left w:val="single" w:sz="4" w:space="0" w:color="auto"/>
              <w:bottom w:val="single" w:sz="4" w:space="0" w:color="auto"/>
              <w:right w:val="single" w:sz="4" w:space="0" w:color="auto"/>
            </w:tcBorders>
          </w:tcPr>
          <w:p w14:paraId="652C33B4"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6BC872BB" w14:textId="77777777" w:rsidR="0097296A" w:rsidRPr="007204D9" w:rsidRDefault="0097296A"/>
        </w:tc>
        <w:tc>
          <w:tcPr>
            <w:tcW w:w="7082" w:type="dxa"/>
            <w:tcBorders>
              <w:top w:val="single" w:sz="4" w:space="0" w:color="auto"/>
              <w:left w:val="single" w:sz="4" w:space="0" w:color="auto"/>
              <w:bottom w:val="single" w:sz="4" w:space="0" w:color="auto"/>
              <w:right w:val="single" w:sz="4" w:space="0" w:color="auto"/>
            </w:tcBorders>
            <w:tcMar>
              <w:left w:w="0" w:type="dxa"/>
              <w:right w:w="0" w:type="dxa"/>
            </w:tcMar>
          </w:tcPr>
          <w:p w14:paraId="03E650D2" w14:textId="77777777" w:rsidR="0097296A" w:rsidRPr="007204D9" w:rsidRDefault="00000000">
            <w:pPr>
              <w:autoSpaceDE w:val="0"/>
              <w:autoSpaceDN w:val="0"/>
              <w:spacing w:before="96" w:after="0" w:line="202" w:lineRule="exact"/>
              <w:ind w:left="70"/>
            </w:pPr>
            <w:r w:rsidRPr="007204D9">
              <w:rPr>
                <w:color w:val="000000"/>
                <w:sz w:val="18"/>
              </w:rPr>
              <w:t xml:space="preserve">Em parte. Algumas áreas necessitam intervenções. </w:t>
            </w:r>
            <w:r w:rsidRPr="007204D9">
              <w:rPr>
                <w:color w:val="000000"/>
                <w:sz w:val="18"/>
              </w:rPr>
              <w:t xml:space="preserve">(Especificar no comentário) </w:t>
            </w:r>
          </w:p>
        </w:tc>
        <w:tc>
          <w:tcPr>
            <w:tcW w:w="560" w:type="dxa"/>
            <w:tcBorders>
              <w:top w:val="single" w:sz="4" w:space="0" w:color="auto"/>
              <w:left w:val="single" w:sz="4" w:space="0" w:color="auto"/>
              <w:bottom w:val="single" w:sz="4" w:space="0" w:color="auto"/>
              <w:right w:val="single" w:sz="4" w:space="0" w:color="auto"/>
            </w:tcBorders>
            <w:tcMar>
              <w:left w:w="0" w:type="dxa"/>
              <w:right w:w="0" w:type="dxa"/>
            </w:tcMar>
          </w:tcPr>
          <w:p w14:paraId="35B73685" w14:textId="77777777" w:rsidR="0097296A" w:rsidRPr="007204D9" w:rsidRDefault="00000000">
            <w:pPr>
              <w:autoSpaceDE w:val="0"/>
              <w:autoSpaceDN w:val="0"/>
              <w:spacing w:before="96" w:after="0" w:line="202" w:lineRule="exact"/>
              <w:ind w:right="88"/>
              <w:jc w:val="right"/>
            </w:pPr>
            <w:r w:rsidRPr="007204D9">
              <w:rPr>
                <w:color w:val="000000"/>
                <w:sz w:val="18"/>
              </w:rPr>
              <w:t xml:space="preserve">AP </w:t>
            </w:r>
          </w:p>
        </w:tc>
        <w:tc>
          <w:tcPr>
            <w:tcW w:w="994"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50B368ED" w14:textId="77777777" w:rsidR="0097296A" w:rsidRPr="007204D9" w:rsidRDefault="00000000">
            <w:pPr>
              <w:autoSpaceDE w:val="0"/>
              <w:autoSpaceDN w:val="0"/>
              <w:spacing w:before="96" w:after="0" w:line="202" w:lineRule="exact"/>
              <w:ind w:right="378"/>
              <w:jc w:val="right"/>
            </w:pPr>
            <w:r w:rsidRPr="007204D9">
              <w:rPr>
                <w:color w:val="000000"/>
                <w:sz w:val="18"/>
              </w:rPr>
              <w:t xml:space="preserve">2 </w:t>
            </w:r>
          </w:p>
        </w:tc>
      </w:tr>
      <w:tr w:rsidR="0097296A" w:rsidRPr="007204D9" w14:paraId="6BC3EEA8" w14:textId="77777777" w:rsidTr="005E5D07">
        <w:trPr>
          <w:trHeight w:val="424"/>
        </w:trPr>
        <w:tc>
          <w:tcPr>
            <w:tcW w:w="2079" w:type="dxa"/>
            <w:vMerge/>
            <w:tcBorders>
              <w:top w:val="single" w:sz="3" w:space="0" w:color="auto"/>
              <w:left w:val="single" w:sz="4" w:space="0" w:color="auto"/>
              <w:bottom w:val="single" w:sz="4" w:space="0" w:color="auto"/>
              <w:right w:val="single" w:sz="4" w:space="0" w:color="auto"/>
            </w:tcBorders>
          </w:tcPr>
          <w:p w14:paraId="1520983D"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1E7D11E3" w14:textId="77777777" w:rsidR="0097296A" w:rsidRPr="007204D9" w:rsidRDefault="0097296A"/>
        </w:tc>
        <w:tc>
          <w:tcPr>
            <w:tcW w:w="7082" w:type="dxa"/>
            <w:tcBorders>
              <w:top w:val="single" w:sz="4" w:space="0" w:color="auto"/>
              <w:left w:val="single" w:sz="4" w:space="0" w:color="auto"/>
              <w:bottom w:val="single" w:sz="3" w:space="0" w:color="auto"/>
              <w:right w:val="single" w:sz="4" w:space="0" w:color="auto"/>
            </w:tcBorders>
            <w:tcMar>
              <w:left w:w="0" w:type="dxa"/>
              <w:right w:w="0" w:type="dxa"/>
            </w:tcMar>
          </w:tcPr>
          <w:tbl>
            <w:tblPr>
              <w:tblW w:w="0" w:type="auto"/>
              <w:tblInd w:w="28" w:type="dxa"/>
              <w:tblLayout w:type="fixed"/>
              <w:tblLook w:val="04A0" w:firstRow="1" w:lastRow="0" w:firstColumn="1" w:lastColumn="0" w:noHBand="0" w:noVBand="1"/>
            </w:tblPr>
            <w:tblGrid>
              <w:gridCol w:w="1420"/>
              <w:gridCol w:w="560"/>
              <w:gridCol w:w="1580"/>
              <w:gridCol w:w="1080"/>
              <w:gridCol w:w="1000"/>
              <w:gridCol w:w="380"/>
              <w:gridCol w:w="760"/>
              <w:gridCol w:w="220"/>
            </w:tblGrid>
            <w:tr w:rsidR="0097296A" w:rsidRPr="007204D9" w14:paraId="25C11F6C" w14:textId="77777777">
              <w:trPr>
                <w:trHeight w:val="192"/>
              </w:trPr>
              <w:tc>
                <w:tcPr>
                  <w:tcW w:w="1420" w:type="dxa"/>
                  <w:tcMar>
                    <w:left w:w="0" w:type="dxa"/>
                    <w:right w:w="0" w:type="dxa"/>
                  </w:tcMar>
                </w:tcPr>
                <w:p w14:paraId="3F23EE02" w14:textId="77777777" w:rsidR="0097296A" w:rsidRPr="007204D9" w:rsidRDefault="00000000">
                  <w:pPr>
                    <w:autoSpaceDE w:val="0"/>
                    <w:autoSpaceDN w:val="0"/>
                    <w:spacing w:after="0" w:line="202" w:lineRule="exact"/>
                    <w:ind w:left="42"/>
                  </w:pPr>
                  <w:r w:rsidRPr="007204D9">
                    <w:rPr>
                      <w:color w:val="000000"/>
                      <w:sz w:val="18"/>
                    </w:rPr>
                    <w:t xml:space="preserve">Não. A maioria </w:t>
                  </w:r>
                </w:p>
              </w:tc>
              <w:tc>
                <w:tcPr>
                  <w:tcW w:w="560" w:type="dxa"/>
                  <w:vMerge w:val="restart"/>
                  <w:tcMar>
                    <w:left w:w="0" w:type="dxa"/>
                    <w:right w:w="0" w:type="dxa"/>
                  </w:tcMar>
                </w:tcPr>
                <w:p w14:paraId="606E9393" w14:textId="77777777" w:rsidR="0097296A" w:rsidRPr="007204D9" w:rsidRDefault="00000000">
                  <w:pPr>
                    <w:autoSpaceDE w:val="0"/>
                    <w:autoSpaceDN w:val="0"/>
                    <w:spacing w:before="6" w:after="0" w:line="200" w:lineRule="exact"/>
                    <w:ind w:right="82"/>
                    <w:jc w:val="right"/>
                  </w:pPr>
                  <w:r w:rsidRPr="007204D9">
                    <w:rPr>
                      <w:color w:val="000000"/>
                      <w:sz w:val="18"/>
                    </w:rPr>
                    <w:t>dos</w:t>
                  </w:r>
                </w:p>
              </w:tc>
              <w:tc>
                <w:tcPr>
                  <w:tcW w:w="1580" w:type="dxa"/>
                  <w:vMerge w:val="restart"/>
                  <w:tcMar>
                    <w:left w:w="0" w:type="dxa"/>
                    <w:right w:w="0" w:type="dxa"/>
                  </w:tcMar>
                </w:tcPr>
                <w:p w14:paraId="0D2047DF" w14:textId="77777777" w:rsidR="0097296A" w:rsidRPr="007204D9" w:rsidRDefault="00000000">
                  <w:pPr>
                    <w:autoSpaceDE w:val="0"/>
                    <w:autoSpaceDN w:val="0"/>
                    <w:spacing w:before="6" w:after="0" w:line="200" w:lineRule="exact"/>
                    <w:jc w:val="center"/>
                  </w:pPr>
                  <w:r w:rsidRPr="007204D9">
                    <w:rPr>
                      <w:color w:val="000000"/>
                      <w:sz w:val="18"/>
                    </w:rPr>
                    <w:t xml:space="preserve">estabelecimentos </w:t>
                  </w:r>
                </w:p>
              </w:tc>
              <w:tc>
                <w:tcPr>
                  <w:tcW w:w="1080" w:type="dxa"/>
                  <w:vMerge w:val="restart"/>
                  <w:tcMar>
                    <w:left w:w="0" w:type="dxa"/>
                    <w:right w:w="0" w:type="dxa"/>
                  </w:tcMar>
                </w:tcPr>
                <w:p w14:paraId="2A71E4D8" w14:textId="77777777" w:rsidR="0097296A" w:rsidRPr="007204D9" w:rsidRDefault="00000000">
                  <w:pPr>
                    <w:autoSpaceDE w:val="0"/>
                    <w:autoSpaceDN w:val="0"/>
                    <w:spacing w:before="6" w:after="0" w:line="200" w:lineRule="exact"/>
                    <w:jc w:val="center"/>
                  </w:pPr>
                  <w:r w:rsidRPr="007204D9">
                    <w:rPr>
                      <w:color w:val="000000"/>
                      <w:sz w:val="18"/>
                    </w:rPr>
                    <w:t>apresentam</w:t>
                  </w:r>
                </w:p>
              </w:tc>
              <w:tc>
                <w:tcPr>
                  <w:tcW w:w="1000" w:type="dxa"/>
                  <w:vMerge w:val="restart"/>
                  <w:tcMar>
                    <w:left w:w="0" w:type="dxa"/>
                    <w:right w:w="0" w:type="dxa"/>
                  </w:tcMar>
                </w:tcPr>
                <w:p w14:paraId="6E64FA19" w14:textId="77777777" w:rsidR="0097296A" w:rsidRPr="007204D9" w:rsidRDefault="00000000">
                  <w:pPr>
                    <w:autoSpaceDE w:val="0"/>
                    <w:autoSpaceDN w:val="0"/>
                    <w:spacing w:before="6" w:after="0" w:line="200" w:lineRule="exact"/>
                    <w:jc w:val="center"/>
                  </w:pPr>
                  <w:r w:rsidRPr="007204D9">
                    <w:rPr>
                      <w:color w:val="000000"/>
                      <w:sz w:val="18"/>
                    </w:rPr>
                    <w:t>problemas</w:t>
                  </w:r>
                </w:p>
              </w:tc>
              <w:tc>
                <w:tcPr>
                  <w:tcW w:w="380" w:type="dxa"/>
                  <w:vMerge w:val="restart"/>
                  <w:tcMar>
                    <w:left w:w="0" w:type="dxa"/>
                    <w:right w:w="0" w:type="dxa"/>
                  </w:tcMar>
                </w:tcPr>
                <w:p w14:paraId="32DB83CC" w14:textId="77777777" w:rsidR="0097296A" w:rsidRPr="007204D9" w:rsidRDefault="00000000">
                  <w:pPr>
                    <w:autoSpaceDE w:val="0"/>
                    <w:autoSpaceDN w:val="0"/>
                    <w:spacing w:before="6" w:after="0" w:line="200" w:lineRule="exact"/>
                    <w:jc w:val="center"/>
                  </w:pPr>
                  <w:r w:rsidRPr="007204D9">
                    <w:rPr>
                      <w:color w:val="000000"/>
                      <w:sz w:val="18"/>
                    </w:rPr>
                    <w:t>de</w:t>
                  </w:r>
                </w:p>
              </w:tc>
              <w:tc>
                <w:tcPr>
                  <w:tcW w:w="760" w:type="dxa"/>
                  <w:vMerge w:val="restart"/>
                  <w:tcMar>
                    <w:left w:w="0" w:type="dxa"/>
                    <w:right w:w="0" w:type="dxa"/>
                  </w:tcMar>
                </w:tcPr>
                <w:p w14:paraId="2A5C068C" w14:textId="77777777" w:rsidR="0097296A" w:rsidRPr="007204D9" w:rsidRDefault="00000000">
                  <w:pPr>
                    <w:autoSpaceDE w:val="0"/>
                    <w:autoSpaceDN w:val="0"/>
                    <w:spacing w:before="6" w:after="0" w:line="200" w:lineRule="exact"/>
                    <w:jc w:val="center"/>
                  </w:pPr>
                  <w:r w:rsidRPr="007204D9">
                    <w:rPr>
                      <w:color w:val="000000"/>
                      <w:sz w:val="18"/>
                    </w:rPr>
                    <w:t>limpeza</w:t>
                  </w:r>
                </w:p>
              </w:tc>
              <w:tc>
                <w:tcPr>
                  <w:tcW w:w="220" w:type="dxa"/>
                  <w:vMerge w:val="restart"/>
                  <w:tcMar>
                    <w:left w:w="0" w:type="dxa"/>
                    <w:right w:w="0" w:type="dxa"/>
                  </w:tcMar>
                </w:tcPr>
                <w:p w14:paraId="2773EFBE" w14:textId="77777777" w:rsidR="0097296A" w:rsidRPr="007204D9" w:rsidRDefault="00000000">
                  <w:pPr>
                    <w:autoSpaceDE w:val="0"/>
                    <w:autoSpaceDN w:val="0"/>
                    <w:spacing w:before="6" w:after="0" w:line="200" w:lineRule="exact"/>
                    <w:ind w:right="16"/>
                    <w:jc w:val="right"/>
                  </w:pPr>
                  <w:r w:rsidRPr="007204D9">
                    <w:rPr>
                      <w:color w:val="000000"/>
                      <w:sz w:val="18"/>
                    </w:rPr>
                    <w:t>e</w:t>
                  </w:r>
                </w:p>
              </w:tc>
            </w:tr>
            <w:tr w:rsidR="0097296A" w:rsidRPr="007204D9" w14:paraId="03A7C799" w14:textId="77777777">
              <w:trPr>
                <w:trHeight w:val="202"/>
              </w:trPr>
              <w:tc>
                <w:tcPr>
                  <w:tcW w:w="1420" w:type="dxa"/>
                  <w:tcMar>
                    <w:left w:w="0" w:type="dxa"/>
                    <w:right w:w="0" w:type="dxa"/>
                  </w:tcMar>
                </w:tcPr>
                <w:p w14:paraId="7CDF2C13" w14:textId="77777777" w:rsidR="0097296A" w:rsidRPr="007204D9" w:rsidRDefault="00000000">
                  <w:pPr>
                    <w:autoSpaceDE w:val="0"/>
                    <w:autoSpaceDN w:val="0"/>
                    <w:spacing w:before="14" w:after="0" w:line="202" w:lineRule="exact"/>
                    <w:ind w:left="42"/>
                  </w:pPr>
                  <w:r w:rsidRPr="007204D9">
                    <w:rPr>
                      <w:color w:val="000000"/>
                      <w:sz w:val="18"/>
                    </w:rPr>
                    <w:t xml:space="preserve">conservação. </w:t>
                  </w:r>
                </w:p>
              </w:tc>
              <w:tc>
                <w:tcPr>
                  <w:tcW w:w="885" w:type="dxa"/>
                  <w:vMerge/>
                </w:tcPr>
                <w:p w14:paraId="18AADDCD" w14:textId="77777777" w:rsidR="0097296A" w:rsidRPr="007204D9" w:rsidRDefault="0097296A"/>
              </w:tc>
              <w:tc>
                <w:tcPr>
                  <w:tcW w:w="885" w:type="dxa"/>
                  <w:vMerge/>
                </w:tcPr>
                <w:p w14:paraId="6E0BAF8D" w14:textId="77777777" w:rsidR="0097296A" w:rsidRPr="007204D9" w:rsidRDefault="0097296A"/>
              </w:tc>
              <w:tc>
                <w:tcPr>
                  <w:tcW w:w="885" w:type="dxa"/>
                  <w:vMerge/>
                </w:tcPr>
                <w:p w14:paraId="515AA943" w14:textId="77777777" w:rsidR="0097296A" w:rsidRPr="007204D9" w:rsidRDefault="0097296A"/>
              </w:tc>
              <w:tc>
                <w:tcPr>
                  <w:tcW w:w="885" w:type="dxa"/>
                  <w:vMerge/>
                </w:tcPr>
                <w:p w14:paraId="1E1C3EB1" w14:textId="77777777" w:rsidR="0097296A" w:rsidRPr="007204D9" w:rsidRDefault="0097296A"/>
              </w:tc>
              <w:tc>
                <w:tcPr>
                  <w:tcW w:w="885" w:type="dxa"/>
                  <w:vMerge/>
                </w:tcPr>
                <w:p w14:paraId="3C9DCD7D" w14:textId="77777777" w:rsidR="0097296A" w:rsidRPr="007204D9" w:rsidRDefault="0097296A"/>
              </w:tc>
              <w:tc>
                <w:tcPr>
                  <w:tcW w:w="885" w:type="dxa"/>
                  <w:vMerge/>
                </w:tcPr>
                <w:p w14:paraId="0CE10F4D" w14:textId="77777777" w:rsidR="0097296A" w:rsidRPr="007204D9" w:rsidRDefault="0097296A"/>
              </w:tc>
              <w:tc>
                <w:tcPr>
                  <w:tcW w:w="885" w:type="dxa"/>
                  <w:vMerge/>
                </w:tcPr>
                <w:p w14:paraId="3114BD1D" w14:textId="77777777" w:rsidR="0097296A" w:rsidRPr="007204D9" w:rsidRDefault="0097296A"/>
              </w:tc>
            </w:tr>
          </w:tbl>
          <w:p w14:paraId="56A0E5B0" w14:textId="77777777" w:rsidR="0097296A" w:rsidRPr="007204D9" w:rsidRDefault="0097296A">
            <w:pPr>
              <w:autoSpaceDE w:val="0"/>
              <w:autoSpaceDN w:val="0"/>
              <w:spacing w:after="0" w:line="14" w:lineRule="exact"/>
            </w:pPr>
          </w:p>
        </w:tc>
        <w:tc>
          <w:tcPr>
            <w:tcW w:w="560" w:type="dxa"/>
            <w:tcBorders>
              <w:top w:val="single" w:sz="4" w:space="0" w:color="auto"/>
              <w:left w:val="single" w:sz="4" w:space="0" w:color="auto"/>
              <w:bottom w:val="single" w:sz="3" w:space="0" w:color="auto"/>
              <w:right w:val="single" w:sz="4" w:space="0" w:color="auto"/>
            </w:tcBorders>
            <w:tcMar>
              <w:left w:w="0" w:type="dxa"/>
              <w:right w:w="0" w:type="dxa"/>
            </w:tcMar>
          </w:tcPr>
          <w:p w14:paraId="7598781C" w14:textId="77777777" w:rsidR="0097296A" w:rsidRPr="007204D9" w:rsidRDefault="00000000">
            <w:pPr>
              <w:autoSpaceDE w:val="0"/>
              <w:autoSpaceDN w:val="0"/>
              <w:spacing w:before="108" w:after="0" w:line="202" w:lineRule="exact"/>
              <w:jc w:val="center"/>
            </w:pPr>
            <w:r w:rsidRPr="007204D9">
              <w:rPr>
                <w:color w:val="000000"/>
                <w:sz w:val="18"/>
              </w:rPr>
              <w:t>NAT</w:t>
            </w:r>
          </w:p>
        </w:tc>
        <w:tc>
          <w:tcPr>
            <w:tcW w:w="994"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7544CEF1" w14:textId="77777777" w:rsidR="0097296A" w:rsidRPr="007204D9" w:rsidRDefault="00000000">
            <w:pPr>
              <w:autoSpaceDE w:val="0"/>
              <w:autoSpaceDN w:val="0"/>
              <w:spacing w:before="108" w:after="0" w:line="202" w:lineRule="exact"/>
              <w:ind w:right="378"/>
              <w:jc w:val="right"/>
            </w:pPr>
            <w:r w:rsidRPr="007204D9">
              <w:rPr>
                <w:color w:val="000000"/>
                <w:sz w:val="18"/>
              </w:rPr>
              <w:t xml:space="preserve">3 </w:t>
            </w:r>
          </w:p>
        </w:tc>
      </w:tr>
      <w:tr w:rsidR="0097296A" w:rsidRPr="007204D9" w14:paraId="515889A5" w14:textId="77777777">
        <w:trPr>
          <w:trHeight w:val="402"/>
        </w:trPr>
        <w:tc>
          <w:tcPr>
            <w:tcW w:w="2079" w:type="dxa"/>
            <w:vMerge/>
            <w:tcBorders>
              <w:top w:val="single" w:sz="3" w:space="0" w:color="auto"/>
              <w:left w:val="single" w:sz="4" w:space="0" w:color="auto"/>
              <w:bottom w:val="single" w:sz="4" w:space="0" w:color="auto"/>
              <w:right w:val="single" w:sz="4" w:space="0" w:color="auto"/>
            </w:tcBorders>
          </w:tcPr>
          <w:p w14:paraId="56A78DA7"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74F22BC9" w14:textId="77777777" w:rsidR="0097296A" w:rsidRPr="007204D9" w:rsidRDefault="0097296A"/>
        </w:tc>
        <w:tc>
          <w:tcPr>
            <w:tcW w:w="7082" w:type="dxa"/>
            <w:tcBorders>
              <w:top w:val="single" w:sz="3" w:space="0" w:color="auto"/>
              <w:left w:val="single" w:sz="4" w:space="0" w:color="auto"/>
              <w:bottom w:val="single" w:sz="4" w:space="0" w:color="auto"/>
              <w:right w:val="single" w:sz="4" w:space="0" w:color="auto"/>
            </w:tcBorders>
            <w:tcMar>
              <w:left w:w="0" w:type="dxa"/>
              <w:right w:w="0" w:type="dxa"/>
            </w:tcMar>
          </w:tcPr>
          <w:p w14:paraId="0986C259" w14:textId="77777777" w:rsidR="0097296A" w:rsidRPr="007204D9" w:rsidRDefault="00000000">
            <w:pPr>
              <w:autoSpaceDE w:val="0"/>
              <w:autoSpaceDN w:val="0"/>
              <w:spacing w:before="98" w:after="0" w:line="200" w:lineRule="exact"/>
              <w:ind w:left="70"/>
            </w:pPr>
            <w:r w:rsidRPr="007204D9">
              <w:rPr>
                <w:color w:val="000000"/>
                <w:sz w:val="18"/>
              </w:rPr>
              <w:t xml:space="preserve">Não se aplica. Não há áreas de venda e manipulação de alimentos. </w:t>
            </w:r>
          </w:p>
        </w:tc>
        <w:tc>
          <w:tcPr>
            <w:tcW w:w="560" w:type="dxa"/>
            <w:tcBorders>
              <w:top w:val="single" w:sz="3" w:space="0" w:color="auto"/>
              <w:left w:val="single" w:sz="4" w:space="0" w:color="auto"/>
              <w:bottom w:val="single" w:sz="4" w:space="0" w:color="auto"/>
              <w:right w:val="single" w:sz="4" w:space="0" w:color="auto"/>
            </w:tcBorders>
            <w:tcMar>
              <w:left w:w="0" w:type="dxa"/>
              <w:right w:w="0" w:type="dxa"/>
            </w:tcMar>
          </w:tcPr>
          <w:p w14:paraId="11DA7B6B" w14:textId="77777777" w:rsidR="0097296A" w:rsidRPr="007204D9" w:rsidRDefault="00000000">
            <w:pPr>
              <w:autoSpaceDE w:val="0"/>
              <w:autoSpaceDN w:val="0"/>
              <w:spacing w:before="98" w:after="0" w:line="200" w:lineRule="exact"/>
              <w:jc w:val="center"/>
            </w:pPr>
            <w:r w:rsidRPr="007204D9">
              <w:rPr>
                <w:color w:val="000000"/>
                <w:sz w:val="18"/>
              </w:rPr>
              <w:t>NAP</w:t>
            </w:r>
          </w:p>
        </w:tc>
        <w:tc>
          <w:tcPr>
            <w:tcW w:w="994" w:type="dxa"/>
            <w:tcBorders>
              <w:top w:val="single" w:sz="3" w:space="0" w:color="auto"/>
              <w:left w:val="single" w:sz="4" w:space="0" w:color="auto"/>
              <w:bottom w:val="single" w:sz="4" w:space="0" w:color="auto"/>
              <w:right w:val="single" w:sz="4" w:space="0" w:color="auto"/>
            </w:tcBorders>
            <w:tcMar>
              <w:left w:w="0" w:type="dxa"/>
              <w:right w:w="0" w:type="dxa"/>
            </w:tcMar>
          </w:tcPr>
          <w:p w14:paraId="05BD7C5C" w14:textId="77777777" w:rsidR="0097296A" w:rsidRPr="007204D9" w:rsidRDefault="00000000">
            <w:pPr>
              <w:autoSpaceDE w:val="0"/>
              <w:autoSpaceDN w:val="0"/>
              <w:spacing w:before="98" w:after="0" w:line="200" w:lineRule="exact"/>
              <w:ind w:right="378"/>
              <w:jc w:val="right"/>
            </w:pPr>
            <w:r w:rsidRPr="007204D9">
              <w:rPr>
                <w:color w:val="000000"/>
                <w:sz w:val="18"/>
              </w:rPr>
              <w:t xml:space="preserve">0 </w:t>
            </w:r>
          </w:p>
        </w:tc>
      </w:tr>
      <w:tr w:rsidR="0097296A" w:rsidRPr="007204D9" w14:paraId="4673408C" w14:textId="77777777">
        <w:trPr>
          <w:trHeight w:val="398"/>
        </w:trPr>
        <w:tc>
          <w:tcPr>
            <w:tcW w:w="2079" w:type="dxa"/>
            <w:vMerge/>
            <w:tcBorders>
              <w:top w:val="single" w:sz="3" w:space="0" w:color="auto"/>
              <w:left w:val="single" w:sz="4" w:space="0" w:color="auto"/>
              <w:bottom w:val="single" w:sz="4" w:space="0" w:color="auto"/>
              <w:right w:val="single" w:sz="4" w:space="0" w:color="auto"/>
            </w:tcBorders>
          </w:tcPr>
          <w:p w14:paraId="4CA56FEF"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01C3FA5F" w14:textId="77777777" w:rsidR="0097296A" w:rsidRPr="007204D9" w:rsidRDefault="0097296A"/>
        </w:tc>
        <w:tc>
          <w:tcPr>
            <w:tcW w:w="7082" w:type="dxa"/>
            <w:tcBorders>
              <w:top w:val="single" w:sz="4" w:space="0" w:color="auto"/>
              <w:left w:val="single" w:sz="4" w:space="0" w:color="auto"/>
              <w:bottom w:val="single" w:sz="4" w:space="0" w:color="auto"/>
              <w:right w:val="single" w:sz="4" w:space="0" w:color="auto"/>
            </w:tcBorders>
            <w:tcMar>
              <w:left w:w="0" w:type="dxa"/>
              <w:right w:w="0" w:type="dxa"/>
            </w:tcMar>
          </w:tcPr>
          <w:p w14:paraId="5668BA1E" w14:textId="77777777" w:rsidR="0097296A" w:rsidRPr="007204D9" w:rsidRDefault="00000000">
            <w:pPr>
              <w:autoSpaceDE w:val="0"/>
              <w:autoSpaceDN w:val="0"/>
              <w:spacing w:before="94" w:after="0" w:line="200" w:lineRule="exact"/>
              <w:ind w:left="70"/>
            </w:pPr>
            <w:r w:rsidRPr="007204D9">
              <w:rPr>
                <w:color w:val="000000"/>
                <w:sz w:val="18"/>
              </w:rPr>
              <w:t xml:space="preserve">Não observado. (Especificar no comentário o motivo da não observação) </w:t>
            </w:r>
          </w:p>
        </w:tc>
        <w:tc>
          <w:tcPr>
            <w:tcW w:w="560" w:type="dxa"/>
            <w:tcBorders>
              <w:top w:val="single" w:sz="4" w:space="0" w:color="auto"/>
              <w:left w:val="single" w:sz="4" w:space="0" w:color="auto"/>
              <w:bottom w:val="single" w:sz="4" w:space="0" w:color="auto"/>
              <w:right w:val="single" w:sz="4" w:space="0" w:color="auto"/>
            </w:tcBorders>
            <w:tcMar>
              <w:left w:w="0" w:type="dxa"/>
              <w:right w:w="0" w:type="dxa"/>
            </w:tcMar>
          </w:tcPr>
          <w:p w14:paraId="0AB9062B" w14:textId="77777777" w:rsidR="0097296A" w:rsidRPr="007204D9" w:rsidRDefault="00000000">
            <w:pPr>
              <w:autoSpaceDE w:val="0"/>
              <w:autoSpaceDN w:val="0"/>
              <w:spacing w:before="94" w:after="0" w:line="200" w:lineRule="exact"/>
              <w:ind w:right="78"/>
              <w:jc w:val="right"/>
            </w:pPr>
            <w:r w:rsidRPr="007204D9">
              <w:rPr>
                <w:color w:val="000000"/>
                <w:sz w:val="18"/>
              </w:rPr>
              <w:t xml:space="preserve">NO </w:t>
            </w:r>
          </w:p>
        </w:tc>
        <w:tc>
          <w:tcPr>
            <w:tcW w:w="994" w:type="dxa"/>
            <w:tcBorders>
              <w:top w:val="single" w:sz="4" w:space="0" w:color="auto"/>
              <w:left w:val="single" w:sz="4" w:space="0" w:color="auto"/>
              <w:bottom w:val="single" w:sz="4" w:space="0" w:color="auto"/>
              <w:right w:val="single" w:sz="4" w:space="0" w:color="auto"/>
            </w:tcBorders>
            <w:tcMar>
              <w:left w:w="0" w:type="dxa"/>
              <w:right w:w="0" w:type="dxa"/>
            </w:tcMar>
          </w:tcPr>
          <w:p w14:paraId="772E4E00" w14:textId="77777777" w:rsidR="0097296A" w:rsidRPr="007204D9" w:rsidRDefault="00000000">
            <w:pPr>
              <w:autoSpaceDE w:val="0"/>
              <w:autoSpaceDN w:val="0"/>
              <w:spacing w:before="94" w:after="0" w:line="200" w:lineRule="exact"/>
              <w:ind w:right="378"/>
              <w:jc w:val="right"/>
            </w:pPr>
            <w:r w:rsidRPr="007204D9">
              <w:rPr>
                <w:color w:val="000000"/>
                <w:sz w:val="18"/>
              </w:rPr>
              <w:t xml:space="preserve">0 </w:t>
            </w:r>
          </w:p>
        </w:tc>
      </w:tr>
      <w:tr w:rsidR="0097296A" w:rsidRPr="007204D9" w14:paraId="57B219EA" w14:textId="77777777">
        <w:trPr>
          <w:trHeight w:val="816"/>
        </w:trPr>
        <w:tc>
          <w:tcPr>
            <w:tcW w:w="2079" w:type="dxa"/>
            <w:vMerge/>
            <w:tcBorders>
              <w:top w:val="single" w:sz="3" w:space="0" w:color="auto"/>
              <w:left w:val="single" w:sz="4" w:space="0" w:color="auto"/>
              <w:bottom w:val="single" w:sz="4" w:space="0" w:color="auto"/>
              <w:right w:val="single" w:sz="4" w:space="0" w:color="auto"/>
            </w:tcBorders>
          </w:tcPr>
          <w:p w14:paraId="4E802016" w14:textId="77777777" w:rsidR="0097296A" w:rsidRPr="007204D9" w:rsidRDefault="0097296A"/>
        </w:tc>
        <w:tc>
          <w:tcPr>
            <w:tcW w:w="2079" w:type="dxa"/>
            <w:vMerge/>
            <w:tcBorders>
              <w:top w:val="single" w:sz="3" w:space="0" w:color="auto"/>
              <w:left w:val="single" w:sz="4" w:space="0" w:color="auto"/>
              <w:bottom w:val="single" w:sz="4" w:space="0" w:color="auto"/>
              <w:right w:val="single" w:sz="4" w:space="0" w:color="auto"/>
            </w:tcBorders>
          </w:tcPr>
          <w:p w14:paraId="245BD50B" w14:textId="77777777" w:rsidR="0097296A" w:rsidRPr="007204D9" w:rsidRDefault="0097296A"/>
        </w:tc>
        <w:tc>
          <w:tcPr>
            <w:tcW w:w="863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208D3CB" w14:textId="77777777" w:rsidR="0097296A" w:rsidRPr="007204D9" w:rsidRDefault="00000000">
            <w:pPr>
              <w:autoSpaceDE w:val="0"/>
              <w:autoSpaceDN w:val="0"/>
              <w:spacing w:before="6" w:after="0" w:line="200" w:lineRule="exact"/>
              <w:ind w:left="70"/>
            </w:pPr>
            <w:r w:rsidRPr="007204D9">
              <w:rPr>
                <w:color w:val="000000"/>
                <w:sz w:val="18"/>
              </w:rPr>
              <w:t xml:space="preserve">Comentário: </w:t>
            </w:r>
          </w:p>
        </w:tc>
      </w:tr>
    </w:tbl>
    <w:p w14:paraId="669919EB" w14:textId="77777777" w:rsidR="0097296A" w:rsidRPr="007204D9" w:rsidRDefault="00000000">
      <w:pPr>
        <w:autoSpaceDE w:val="0"/>
        <w:autoSpaceDN w:val="0"/>
        <w:spacing w:before="176" w:after="0" w:line="266" w:lineRule="exact"/>
        <w:ind w:right="74"/>
        <w:jc w:val="right"/>
      </w:pPr>
      <w:r w:rsidRPr="007204D9">
        <w:rPr>
          <w:color w:val="000000"/>
          <w:sz w:val="24"/>
        </w:rPr>
        <w:t>12</w:t>
      </w:r>
    </w:p>
    <w:p w14:paraId="1A844C80" w14:textId="77777777" w:rsidR="0097296A" w:rsidRPr="007204D9" w:rsidRDefault="0097296A">
      <w:pPr>
        <w:sectPr w:rsidR="0097296A" w:rsidRPr="007204D9">
          <w:pgSz w:w="11906" w:h="16838"/>
          <w:pgMar w:top="340" w:right="646" w:bottom="340" w:left="866" w:header="720" w:footer="720" w:gutter="0"/>
          <w:cols w:space="720"/>
          <w:docGrid w:linePitch="360"/>
        </w:sectPr>
      </w:pPr>
    </w:p>
    <w:p w14:paraId="60779534"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228"/>
        <w:gridCol w:w="568"/>
        <w:gridCol w:w="850"/>
      </w:tblGrid>
      <w:tr w:rsidR="0097296A" w:rsidRPr="007204D9" w14:paraId="28968A31" w14:textId="77777777">
        <w:trPr>
          <w:trHeight w:val="896"/>
        </w:trPr>
        <w:tc>
          <w:tcPr>
            <w:tcW w:w="566" w:type="dxa"/>
            <w:vMerge w:val="restart"/>
            <w:tcBorders>
              <w:top w:val="single" w:sz="3" w:space="0" w:color="auto"/>
              <w:left w:val="single" w:sz="4" w:space="0" w:color="auto"/>
              <w:bottom w:val="single" w:sz="3" w:space="0" w:color="auto"/>
              <w:right w:val="single" w:sz="4" w:space="0" w:color="auto"/>
            </w:tcBorders>
            <w:tcMar>
              <w:left w:w="0" w:type="dxa"/>
              <w:right w:w="0" w:type="dxa"/>
            </w:tcMar>
          </w:tcPr>
          <w:p w14:paraId="66A3C966" w14:textId="77777777" w:rsidR="0097296A" w:rsidRPr="007204D9" w:rsidRDefault="00000000">
            <w:pPr>
              <w:autoSpaceDE w:val="0"/>
              <w:autoSpaceDN w:val="0"/>
              <w:spacing w:before="1768" w:after="0" w:line="200" w:lineRule="exact"/>
              <w:jc w:val="center"/>
            </w:pPr>
            <w:r w:rsidRPr="007204D9">
              <w:rPr>
                <w:color w:val="000000"/>
                <w:sz w:val="18"/>
              </w:rPr>
              <w:t xml:space="preserve">3.2 </w:t>
            </w:r>
          </w:p>
        </w:tc>
        <w:tc>
          <w:tcPr>
            <w:tcW w:w="1138" w:type="dxa"/>
            <w:vMerge w:val="restart"/>
            <w:tcBorders>
              <w:top w:val="single" w:sz="3" w:space="0" w:color="auto"/>
              <w:left w:val="single" w:sz="4" w:space="0" w:color="auto"/>
              <w:bottom w:val="single" w:sz="3" w:space="0" w:color="auto"/>
              <w:right w:val="single" w:sz="4" w:space="0" w:color="auto"/>
            </w:tcBorders>
            <w:tcMar>
              <w:left w:w="0" w:type="dxa"/>
              <w:right w:w="0" w:type="dxa"/>
            </w:tcMar>
          </w:tcPr>
          <w:p w14:paraId="34724245" w14:textId="77777777" w:rsidR="0097296A" w:rsidRPr="007204D9" w:rsidRDefault="00000000">
            <w:pPr>
              <w:autoSpaceDE w:val="0"/>
              <w:autoSpaceDN w:val="0"/>
              <w:spacing w:before="1768" w:after="0" w:line="200" w:lineRule="exact"/>
              <w:jc w:val="center"/>
            </w:pPr>
            <w:r w:rsidRPr="007204D9">
              <w:rPr>
                <w:color w:val="000000"/>
                <w:sz w:val="18"/>
              </w:rPr>
              <w:t xml:space="preserve">3 </w:t>
            </w:r>
          </w:p>
        </w:tc>
        <w:tc>
          <w:tcPr>
            <w:tcW w:w="864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1E652058" w14:textId="77777777" w:rsidR="0097296A" w:rsidRPr="007204D9" w:rsidRDefault="00000000">
            <w:pPr>
              <w:autoSpaceDE w:val="0"/>
              <w:autoSpaceDN w:val="0"/>
              <w:spacing w:before="124" w:after="0" w:line="206" w:lineRule="exact"/>
              <w:ind w:left="74" w:right="4"/>
              <w:jc w:val="both"/>
            </w:pPr>
            <w:r w:rsidRPr="007204D9">
              <w:rPr>
                <w:b/>
                <w:color w:val="000000"/>
                <w:sz w:val="18"/>
              </w:rPr>
              <w:t xml:space="preserve">O estabelecimento é submetido ao Controle Integrado de Pragas Urbanas (ações que impeçam a atração, o abrigo, o acesso e a proliferação de vetores e pragas urbanas)? </w:t>
            </w:r>
            <w:r w:rsidRPr="007204D9">
              <w:rPr>
                <w:b/>
                <w:color w:val="000000"/>
                <w:sz w:val="18"/>
              </w:rPr>
              <w:t xml:space="preserve">(Doc. Ref.: Resolução RDC n° 216/2004 da ANVISA). </w:t>
            </w:r>
          </w:p>
        </w:tc>
      </w:tr>
      <w:tr w:rsidR="0097296A" w:rsidRPr="007204D9" w14:paraId="54D80C47" w14:textId="77777777" w:rsidTr="005E5D07">
        <w:trPr>
          <w:trHeight w:val="396"/>
        </w:trPr>
        <w:tc>
          <w:tcPr>
            <w:tcW w:w="2076" w:type="dxa"/>
            <w:vMerge/>
            <w:tcBorders>
              <w:top w:val="single" w:sz="3" w:space="0" w:color="auto"/>
              <w:left w:val="single" w:sz="4" w:space="0" w:color="auto"/>
              <w:bottom w:val="single" w:sz="3" w:space="0" w:color="auto"/>
              <w:right w:val="single" w:sz="4" w:space="0" w:color="auto"/>
            </w:tcBorders>
          </w:tcPr>
          <w:p w14:paraId="32403273" w14:textId="77777777" w:rsidR="0097296A" w:rsidRPr="007204D9" w:rsidRDefault="0097296A"/>
        </w:tc>
        <w:tc>
          <w:tcPr>
            <w:tcW w:w="2076" w:type="dxa"/>
            <w:vMerge/>
            <w:tcBorders>
              <w:top w:val="single" w:sz="3" w:space="0" w:color="auto"/>
              <w:left w:val="single" w:sz="4" w:space="0" w:color="auto"/>
              <w:bottom w:val="single" w:sz="3" w:space="0" w:color="auto"/>
              <w:right w:val="single" w:sz="4" w:space="0" w:color="auto"/>
            </w:tcBorders>
          </w:tcPr>
          <w:p w14:paraId="63DC258A"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0F990F14" w14:textId="77777777" w:rsidR="0097296A" w:rsidRPr="007204D9" w:rsidRDefault="00000000">
            <w:pPr>
              <w:autoSpaceDE w:val="0"/>
              <w:autoSpaceDN w:val="0"/>
              <w:spacing w:before="94" w:after="0" w:line="200" w:lineRule="exact"/>
              <w:ind w:left="74"/>
            </w:pPr>
            <w:r w:rsidRPr="007204D9">
              <w:rPr>
                <w:color w:val="000000"/>
                <w:sz w:val="18"/>
              </w:rPr>
              <w:t xml:space="preserve">Sim.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7DE433F9"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85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36AAE320"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53ABAEB5" w14:textId="77777777" w:rsidTr="005E5D07">
        <w:trPr>
          <w:trHeight w:val="400"/>
        </w:trPr>
        <w:tc>
          <w:tcPr>
            <w:tcW w:w="2076" w:type="dxa"/>
            <w:vMerge/>
            <w:tcBorders>
              <w:top w:val="single" w:sz="3" w:space="0" w:color="auto"/>
              <w:left w:val="single" w:sz="4" w:space="0" w:color="auto"/>
              <w:bottom w:val="single" w:sz="3" w:space="0" w:color="auto"/>
              <w:right w:val="single" w:sz="4" w:space="0" w:color="auto"/>
            </w:tcBorders>
          </w:tcPr>
          <w:p w14:paraId="7F5BEED5" w14:textId="77777777" w:rsidR="0097296A" w:rsidRPr="007204D9" w:rsidRDefault="0097296A"/>
        </w:tc>
        <w:tc>
          <w:tcPr>
            <w:tcW w:w="2076" w:type="dxa"/>
            <w:vMerge/>
            <w:tcBorders>
              <w:top w:val="single" w:sz="3" w:space="0" w:color="auto"/>
              <w:left w:val="single" w:sz="4" w:space="0" w:color="auto"/>
              <w:bottom w:val="single" w:sz="3" w:space="0" w:color="auto"/>
              <w:right w:val="single" w:sz="4" w:space="0" w:color="auto"/>
            </w:tcBorders>
          </w:tcPr>
          <w:p w14:paraId="04E668EE"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16541634" w14:textId="77777777" w:rsidR="0097296A" w:rsidRPr="007204D9" w:rsidRDefault="00000000">
            <w:pPr>
              <w:autoSpaceDE w:val="0"/>
              <w:autoSpaceDN w:val="0"/>
              <w:spacing w:before="98" w:after="0" w:line="202" w:lineRule="exact"/>
              <w:ind w:left="74"/>
            </w:pPr>
            <w:r w:rsidRPr="007204D9">
              <w:rPr>
                <w:color w:val="000000"/>
                <w:sz w:val="18"/>
              </w:rPr>
              <w:t xml:space="preserve">Sim, mas não há periodicidade.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32E49505" w14:textId="77777777" w:rsidR="0097296A" w:rsidRPr="007204D9" w:rsidRDefault="00000000">
            <w:pPr>
              <w:autoSpaceDE w:val="0"/>
              <w:autoSpaceDN w:val="0"/>
              <w:spacing w:before="98" w:after="0" w:line="202" w:lineRule="exact"/>
              <w:jc w:val="center"/>
            </w:pPr>
            <w:r w:rsidRPr="007204D9">
              <w:rPr>
                <w:color w:val="000000"/>
                <w:sz w:val="18"/>
              </w:rPr>
              <w:t xml:space="preserve">AP </w:t>
            </w:r>
          </w:p>
        </w:tc>
        <w:tc>
          <w:tcPr>
            <w:tcW w:w="850" w:type="dxa"/>
            <w:tcBorders>
              <w:top w:val="single" w:sz="4" w:space="0" w:color="auto"/>
              <w:left w:val="single" w:sz="3" w:space="0" w:color="auto"/>
              <w:bottom w:val="single" w:sz="3" w:space="0" w:color="auto"/>
              <w:right w:val="single" w:sz="4" w:space="0" w:color="auto"/>
            </w:tcBorders>
            <w:shd w:val="clear" w:color="auto" w:fill="EE0000"/>
            <w:tcMar>
              <w:left w:w="0" w:type="dxa"/>
              <w:right w:w="0" w:type="dxa"/>
            </w:tcMar>
          </w:tcPr>
          <w:p w14:paraId="0635A947" w14:textId="77777777" w:rsidR="0097296A" w:rsidRPr="007204D9" w:rsidRDefault="00000000">
            <w:pPr>
              <w:autoSpaceDE w:val="0"/>
              <w:autoSpaceDN w:val="0"/>
              <w:spacing w:before="98" w:after="0" w:line="202" w:lineRule="exact"/>
              <w:jc w:val="center"/>
            </w:pPr>
            <w:r w:rsidRPr="007204D9">
              <w:rPr>
                <w:color w:val="000000"/>
                <w:sz w:val="18"/>
              </w:rPr>
              <w:t xml:space="preserve">2 </w:t>
            </w:r>
          </w:p>
        </w:tc>
      </w:tr>
      <w:tr w:rsidR="0097296A" w:rsidRPr="007204D9" w14:paraId="26BD9F1B" w14:textId="77777777" w:rsidTr="005E5D07">
        <w:trPr>
          <w:trHeight w:val="400"/>
        </w:trPr>
        <w:tc>
          <w:tcPr>
            <w:tcW w:w="2076" w:type="dxa"/>
            <w:vMerge/>
            <w:tcBorders>
              <w:top w:val="single" w:sz="3" w:space="0" w:color="auto"/>
              <w:left w:val="single" w:sz="4" w:space="0" w:color="auto"/>
              <w:bottom w:val="single" w:sz="3" w:space="0" w:color="auto"/>
              <w:right w:val="single" w:sz="4" w:space="0" w:color="auto"/>
            </w:tcBorders>
          </w:tcPr>
          <w:p w14:paraId="7C5A2C25" w14:textId="77777777" w:rsidR="0097296A" w:rsidRPr="007204D9" w:rsidRDefault="0097296A"/>
        </w:tc>
        <w:tc>
          <w:tcPr>
            <w:tcW w:w="2076" w:type="dxa"/>
            <w:vMerge/>
            <w:tcBorders>
              <w:top w:val="single" w:sz="3" w:space="0" w:color="auto"/>
              <w:left w:val="single" w:sz="4" w:space="0" w:color="auto"/>
              <w:bottom w:val="single" w:sz="3" w:space="0" w:color="auto"/>
              <w:right w:val="single" w:sz="4" w:space="0" w:color="auto"/>
            </w:tcBorders>
          </w:tcPr>
          <w:p w14:paraId="2A5C71D7"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37881C3F" w14:textId="77777777" w:rsidR="0097296A" w:rsidRPr="007204D9" w:rsidRDefault="00000000">
            <w:pPr>
              <w:autoSpaceDE w:val="0"/>
              <w:autoSpaceDN w:val="0"/>
              <w:spacing w:before="100" w:after="0" w:line="200" w:lineRule="exact"/>
              <w:ind w:left="74"/>
            </w:pPr>
            <w:r w:rsidRPr="007204D9">
              <w:rPr>
                <w:color w:val="000000"/>
                <w:sz w:val="18"/>
              </w:rPr>
              <w:t xml:space="preserve">Não.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7BB0803D" w14:textId="77777777" w:rsidR="0097296A" w:rsidRPr="007204D9" w:rsidRDefault="00000000">
            <w:pPr>
              <w:autoSpaceDE w:val="0"/>
              <w:autoSpaceDN w:val="0"/>
              <w:spacing w:before="100" w:after="0" w:line="200" w:lineRule="exact"/>
              <w:jc w:val="center"/>
            </w:pPr>
            <w:r w:rsidRPr="007204D9">
              <w:rPr>
                <w:color w:val="000000"/>
                <w:sz w:val="18"/>
              </w:rPr>
              <w:t>NAT</w:t>
            </w:r>
          </w:p>
        </w:tc>
        <w:tc>
          <w:tcPr>
            <w:tcW w:w="850" w:type="dxa"/>
            <w:tcBorders>
              <w:top w:val="single" w:sz="3" w:space="0" w:color="auto"/>
              <w:left w:val="single" w:sz="3" w:space="0" w:color="auto"/>
              <w:bottom w:val="single" w:sz="4" w:space="0" w:color="auto"/>
              <w:right w:val="single" w:sz="4" w:space="0" w:color="auto"/>
            </w:tcBorders>
            <w:shd w:val="clear" w:color="auto" w:fill="EE0000"/>
            <w:tcMar>
              <w:left w:w="0" w:type="dxa"/>
              <w:right w:w="0" w:type="dxa"/>
            </w:tcMar>
          </w:tcPr>
          <w:p w14:paraId="3D349ED1" w14:textId="77777777" w:rsidR="0097296A" w:rsidRPr="007204D9" w:rsidRDefault="00000000">
            <w:pPr>
              <w:autoSpaceDE w:val="0"/>
              <w:autoSpaceDN w:val="0"/>
              <w:spacing w:before="100" w:after="0" w:line="200" w:lineRule="exact"/>
              <w:jc w:val="center"/>
            </w:pPr>
            <w:r w:rsidRPr="007204D9">
              <w:rPr>
                <w:color w:val="000000"/>
                <w:sz w:val="18"/>
              </w:rPr>
              <w:t xml:space="preserve">3 </w:t>
            </w:r>
          </w:p>
        </w:tc>
      </w:tr>
      <w:tr w:rsidR="0097296A" w:rsidRPr="007204D9" w14:paraId="5693F3A9" w14:textId="77777777">
        <w:trPr>
          <w:trHeight w:val="398"/>
        </w:trPr>
        <w:tc>
          <w:tcPr>
            <w:tcW w:w="2076" w:type="dxa"/>
            <w:vMerge/>
            <w:tcBorders>
              <w:top w:val="single" w:sz="3" w:space="0" w:color="auto"/>
              <w:left w:val="single" w:sz="4" w:space="0" w:color="auto"/>
              <w:bottom w:val="single" w:sz="3" w:space="0" w:color="auto"/>
              <w:right w:val="single" w:sz="4" w:space="0" w:color="auto"/>
            </w:tcBorders>
          </w:tcPr>
          <w:p w14:paraId="538D86DB" w14:textId="77777777" w:rsidR="0097296A" w:rsidRPr="007204D9" w:rsidRDefault="0097296A"/>
        </w:tc>
        <w:tc>
          <w:tcPr>
            <w:tcW w:w="2076" w:type="dxa"/>
            <w:vMerge/>
            <w:tcBorders>
              <w:top w:val="single" w:sz="3" w:space="0" w:color="auto"/>
              <w:left w:val="single" w:sz="4" w:space="0" w:color="auto"/>
              <w:bottom w:val="single" w:sz="3" w:space="0" w:color="auto"/>
              <w:right w:val="single" w:sz="4" w:space="0" w:color="auto"/>
            </w:tcBorders>
          </w:tcPr>
          <w:p w14:paraId="777B544D"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15DF885" w14:textId="77777777" w:rsidR="0097296A" w:rsidRPr="007204D9" w:rsidRDefault="00000000">
            <w:pPr>
              <w:autoSpaceDE w:val="0"/>
              <w:autoSpaceDN w:val="0"/>
              <w:spacing w:before="94" w:after="0" w:line="200" w:lineRule="exact"/>
              <w:ind w:left="74"/>
            </w:pPr>
            <w:r w:rsidRPr="007204D9">
              <w:rPr>
                <w:color w:val="000000"/>
                <w:sz w:val="18"/>
              </w:rPr>
              <w:t xml:space="preserve">Não se aplica. Não há áreas de venda e manipulação de alimentos.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D13EB8C" w14:textId="77777777" w:rsidR="0097296A" w:rsidRPr="007204D9" w:rsidRDefault="00000000">
            <w:pPr>
              <w:autoSpaceDE w:val="0"/>
              <w:autoSpaceDN w:val="0"/>
              <w:spacing w:before="94" w:after="0" w:line="200" w:lineRule="exact"/>
              <w:jc w:val="center"/>
            </w:pPr>
            <w:r w:rsidRPr="007204D9">
              <w:rPr>
                <w:color w:val="000000"/>
                <w:sz w:val="18"/>
              </w:rPr>
              <w:t>NAP</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20401C8C"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39BCEEDA" w14:textId="77777777">
        <w:trPr>
          <w:trHeight w:val="398"/>
        </w:trPr>
        <w:tc>
          <w:tcPr>
            <w:tcW w:w="2076" w:type="dxa"/>
            <w:vMerge/>
            <w:tcBorders>
              <w:top w:val="single" w:sz="3" w:space="0" w:color="auto"/>
              <w:left w:val="single" w:sz="4" w:space="0" w:color="auto"/>
              <w:bottom w:val="single" w:sz="3" w:space="0" w:color="auto"/>
              <w:right w:val="single" w:sz="4" w:space="0" w:color="auto"/>
            </w:tcBorders>
          </w:tcPr>
          <w:p w14:paraId="04F77B35" w14:textId="77777777" w:rsidR="0097296A" w:rsidRPr="007204D9" w:rsidRDefault="0097296A"/>
        </w:tc>
        <w:tc>
          <w:tcPr>
            <w:tcW w:w="2076" w:type="dxa"/>
            <w:vMerge/>
            <w:tcBorders>
              <w:top w:val="single" w:sz="3" w:space="0" w:color="auto"/>
              <w:left w:val="single" w:sz="4" w:space="0" w:color="auto"/>
              <w:bottom w:val="single" w:sz="3" w:space="0" w:color="auto"/>
              <w:right w:val="single" w:sz="4" w:space="0" w:color="auto"/>
            </w:tcBorders>
          </w:tcPr>
          <w:p w14:paraId="253E4772"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614793D0"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1FE83A2"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6C0C94FF"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9AF4E64" w14:textId="77777777">
        <w:trPr>
          <w:trHeight w:val="844"/>
        </w:trPr>
        <w:tc>
          <w:tcPr>
            <w:tcW w:w="2076" w:type="dxa"/>
            <w:vMerge/>
            <w:tcBorders>
              <w:top w:val="single" w:sz="3" w:space="0" w:color="auto"/>
              <w:left w:val="single" w:sz="4" w:space="0" w:color="auto"/>
              <w:bottom w:val="single" w:sz="3" w:space="0" w:color="auto"/>
              <w:right w:val="single" w:sz="4" w:space="0" w:color="auto"/>
            </w:tcBorders>
          </w:tcPr>
          <w:p w14:paraId="2023F08C" w14:textId="77777777" w:rsidR="0097296A" w:rsidRPr="007204D9" w:rsidRDefault="0097296A"/>
        </w:tc>
        <w:tc>
          <w:tcPr>
            <w:tcW w:w="2076" w:type="dxa"/>
            <w:vMerge/>
            <w:tcBorders>
              <w:top w:val="single" w:sz="3" w:space="0" w:color="auto"/>
              <w:left w:val="single" w:sz="4" w:space="0" w:color="auto"/>
              <w:bottom w:val="single" w:sz="3" w:space="0" w:color="auto"/>
              <w:right w:val="single" w:sz="4" w:space="0" w:color="auto"/>
            </w:tcBorders>
          </w:tcPr>
          <w:p w14:paraId="1DCFEC0D" w14:textId="77777777" w:rsidR="0097296A" w:rsidRPr="007204D9" w:rsidRDefault="0097296A"/>
        </w:tc>
        <w:tc>
          <w:tcPr>
            <w:tcW w:w="8646"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4C9F633F"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004EBAA8" w14:textId="77777777">
        <w:trPr>
          <w:trHeight w:val="788"/>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55F1862" w14:textId="77777777" w:rsidR="0097296A" w:rsidRPr="007204D9" w:rsidRDefault="00000000">
            <w:pPr>
              <w:autoSpaceDE w:val="0"/>
              <w:autoSpaceDN w:val="0"/>
              <w:spacing w:before="1552" w:after="0" w:line="200" w:lineRule="exact"/>
              <w:jc w:val="center"/>
            </w:pPr>
            <w:r w:rsidRPr="007204D9">
              <w:rPr>
                <w:color w:val="000000"/>
                <w:sz w:val="18"/>
              </w:rPr>
              <w:t xml:space="preserve">3.3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5C37616F" w14:textId="77777777" w:rsidR="0097296A" w:rsidRPr="007204D9" w:rsidRDefault="00000000">
            <w:pPr>
              <w:autoSpaceDE w:val="0"/>
              <w:autoSpaceDN w:val="0"/>
              <w:spacing w:before="1552" w:after="0" w:line="200" w:lineRule="exact"/>
              <w:jc w:val="center"/>
            </w:pPr>
            <w:r w:rsidRPr="007204D9">
              <w:rPr>
                <w:color w:val="000000"/>
                <w:sz w:val="18"/>
              </w:rPr>
              <w:t xml:space="preserve">3 </w:t>
            </w:r>
          </w:p>
        </w:tc>
        <w:tc>
          <w:tcPr>
            <w:tcW w:w="864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53A1C6A6" w14:textId="77777777" w:rsidR="0097296A" w:rsidRPr="007204D9" w:rsidRDefault="00000000">
            <w:pPr>
              <w:autoSpaceDE w:val="0"/>
              <w:autoSpaceDN w:val="0"/>
              <w:spacing w:before="174" w:after="0" w:line="206" w:lineRule="exact"/>
              <w:ind w:left="74" w:right="144"/>
            </w:pPr>
            <w:r w:rsidRPr="007204D9">
              <w:rPr>
                <w:b/>
                <w:color w:val="000000"/>
                <w:sz w:val="18"/>
              </w:rPr>
              <w:t xml:space="preserve">As caixas de gordura e de esgoto estão localizadas fora da área de preparação e armazenamento de alimentos? </w:t>
            </w:r>
            <w:r w:rsidRPr="007204D9">
              <w:rPr>
                <w:b/>
                <w:color w:val="000000"/>
                <w:sz w:val="18"/>
              </w:rPr>
              <w:t xml:space="preserve">(Doc. Ref.: Resolução RDC n° 216/2004 da ANVISA). </w:t>
            </w:r>
          </w:p>
        </w:tc>
      </w:tr>
      <w:tr w:rsidR="0097296A" w:rsidRPr="007204D9" w14:paraId="2D9A1104" w14:textId="77777777" w:rsidTr="005E5D07">
        <w:trPr>
          <w:trHeight w:val="404"/>
        </w:trPr>
        <w:tc>
          <w:tcPr>
            <w:tcW w:w="2076" w:type="dxa"/>
            <w:vMerge/>
            <w:tcBorders>
              <w:top w:val="single" w:sz="3" w:space="0" w:color="auto"/>
              <w:left w:val="single" w:sz="4" w:space="0" w:color="auto"/>
              <w:bottom w:val="single" w:sz="4" w:space="0" w:color="auto"/>
              <w:right w:val="single" w:sz="4" w:space="0" w:color="auto"/>
            </w:tcBorders>
          </w:tcPr>
          <w:p w14:paraId="675B652B"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38450DEC"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4C33DCCB" w14:textId="77777777" w:rsidR="0097296A" w:rsidRPr="007204D9" w:rsidRDefault="00000000">
            <w:pPr>
              <w:autoSpaceDE w:val="0"/>
              <w:autoSpaceDN w:val="0"/>
              <w:spacing w:before="98" w:after="0" w:line="202" w:lineRule="exact"/>
              <w:ind w:left="74"/>
            </w:pPr>
            <w:r w:rsidRPr="007204D9">
              <w:rPr>
                <w:color w:val="000000"/>
                <w:sz w:val="18"/>
              </w:rPr>
              <w:t xml:space="preserve">Sim.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7CAA2B36"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85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2748C429"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3A4CF71A" w14:textId="77777777" w:rsidTr="005E5D07">
        <w:trPr>
          <w:trHeight w:val="396"/>
        </w:trPr>
        <w:tc>
          <w:tcPr>
            <w:tcW w:w="2076" w:type="dxa"/>
            <w:vMerge/>
            <w:tcBorders>
              <w:top w:val="single" w:sz="3" w:space="0" w:color="auto"/>
              <w:left w:val="single" w:sz="4" w:space="0" w:color="auto"/>
              <w:bottom w:val="single" w:sz="4" w:space="0" w:color="auto"/>
              <w:right w:val="single" w:sz="4" w:space="0" w:color="auto"/>
            </w:tcBorders>
          </w:tcPr>
          <w:p w14:paraId="0A8BA22B"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29D90BB0"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06A21E08" w14:textId="77777777" w:rsidR="0097296A" w:rsidRPr="007204D9" w:rsidRDefault="00000000">
            <w:pPr>
              <w:autoSpaceDE w:val="0"/>
              <w:autoSpaceDN w:val="0"/>
              <w:spacing w:before="96" w:after="0" w:line="200" w:lineRule="exact"/>
              <w:ind w:left="74"/>
            </w:pPr>
            <w:r w:rsidRPr="007204D9">
              <w:rPr>
                <w:color w:val="000000"/>
                <w:sz w:val="18"/>
              </w:rPr>
              <w:t xml:space="preserve">Não.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466CA23" w14:textId="77777777" w:rsidR="0097296A" w:rsidRPr="007204D9" w:rsidRDefault="00000000">
            <w:pPr>
              <w:autoSpaceDE w:val="0"/>
              <w:autoSpaceDN w:val="0"/>
              <w:spacing w:before="96" w:after="0" w:line="200" w:lineRule="exact"/>
              <w:jc w:val="center"/>
            </w:pPr>
            <w:r w:rsidRPr="007204D9">
              <w:rPr>
                <w:color w:val="000000"/>
                <w:sz w:val="18"/>
              </w:rPr>
              <w:t>NAT</w:t>
            </w:r>
          </w:p>
        </w:tc>
        <w:tc>
          <w:tcPr>
            <w:tcW w:w="850"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46656127" w14:textId="77777777" w:rsidR="0097296A" w:rsidRPr="007204D9" w:rsidRDefault="00000000">
            <w:pPr>
              <w:autoSpaceDE w:val="0"/>
              <w:autoSpaceDN w:val="0"/>
              <w:spacing w:before="96" w:after="0" w:line="200" w:lineRule="exact"/>
              <w:jc w:val="center"/>
            </w:pPr>
            <w:r w:rsidRPr="007204D9">
              <w:rPr>
                <w:color w:val="000000"/>
                <w:sz w:val="18"/>
              </w:rPr>
              <w:t xml:space="preserve">3 </w:t>
            </w:r>
          </w:p>
        </w:tc>
      </w:tr>
      <w:tr w:rsidR="0097296A" w:rsidRPr="007204D9" w14:paraId="10531020" w14:textId="77777777">
        <w:trPr>
          <w:trHeight w:val="398"/>
        </w:trPr>
        <w:tc>
          <w:tcPr>
            <w:tcW w:w="2076" w:type="dxa"/>
            <w:vMerge/>
            <w:tcBorders>
              <w:top w:val="single" w:sz="3" w:space="0" w:color="auto"/>
              <w:left w:val="single" w:sz="4" w:space="0" w:color="auto"/>
              <w:bottom w:val="single" w:sz="4" w:space="0" w:color="auto"/>
              <w:right w:val="single" w:sz="4" w:space="0" w:color="auto"/>
            </w:tcBorders>
          </w:tcPr>
          <w:p w14:paraId="35B0636F"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4AE35BA3"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0F3F4C8B" w14:textId="77777777" w:rsidR="0097296A" w:rsidRPr="007204D9" w:rsidRDefault="00000000">
            <w:pPr>
              <w:autoSpaceDE w:val="0"/>
              <w:autoSpaceDN w:val="0"/>
              <w:spacing w:before="96" w:after="0" w:line="200" w:lineRule="exact"/>
              <w:ind w:left="74"/>
            </w:pPr>
            <w:r w:rsidRPr="007204D9">
              <w:rPr>
                <w:color w:val="000000"/>
                <w:sz w:val="18"/>
              </w:rPr>
              <w:t xml:space="preserve">Não se aplica. Não há áreas de venda e manipulação de alimentos.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0A681930"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569AEBC0"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4C361901" w14:textId="77777777">
        <w:trPr>
          <w:trHeight w:val="400"/>
        </w:trPr>
        <w:tc>
          <w:tcPr>
            <w:tcW w:w="2076" w:type="dxa"/>
            <w:vMerge/>
            <w:tcBorders>
              <w:top w:val="single" w:sz="3" w:space="0" w:color="auto"/>
              <w:left w:val="single" w:sz="4" w:space="0" w:color="auto"/>
              <w:bottom w:val="single" w:sz="4" w:space="0" w:color="auto"/>
              <w:right w:val="single" w:sz="4" w:space="0" w:color="auto"/>
            </w:tcBorders>
          </w:tcPr>
          <w:p w14:paraId="5D9E5A43"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1EF9B6DA"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6CE87BFF"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DE9C552"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7C43B2FA"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0E54AA1E" w14:textId="77777777">
        <w:trPr>
          <w:trHeight w:val="916"/>
        </w:trPr>
        <w:tc>
          <w:tcPr>
            <w:tcW w:w="2076" w:type="dxa"/>
            <w:vMerge/>
            <w:tcBorders>
              <w:top w:val="single" w:sz="3" w:space="0" w:color="auto"/>
              <w:left w:val="single" w:sz="4" w:space="0" w:color="auto"/>
              <w:bottom w:val="single" w:sz="4" w:space="0" w:color="auto"/>
              <w:right w:val="single" w:sz="4" w:space="0" w:color="auto"/>
            </w:tcBorders>
          </w:tcPr>
          <w:p w14:paraId="526A22B0"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4CC1A649" w14:textId="77777777" w:rsidR="0097296A" w:rsidRPr="007204D9" w:rsidRDefault="0097296A"/>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C150B06"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0E348CD5" w14:textId="77777777">
        <w:trPr>
          <w:trHeight w:val="78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0EF892" w14:textId="77777777" w:rsidR="0097296A" w:rsidRPr="007204D9" w:rsidRDefault="00000000">
            <w:pPr>
              <w:autoSpaceDE w:val="0"/>
              <w:autoSpaceDN w:val="0"/>
              <w:spacing w:before="1820" w:after="0" w:line="202" w:lineRule="exact"/>
              <w:jc w:val="center"/>
            </w:pPr>
            <w:r w:rsidRPr="007204D9">
              <w:rPr>
                <w:color w:val="000000"/>
                <w:sz w:val="18"/>
              </w:rPr>
              <w:t xml:space="preserve">3.4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662D14F" w14:textId="77777777" w:rsidR="0097296A" w:rsidRPr="007204D9" w:rsidRDefault="00000000">
            <w:pPr>
              <w:autoSpaceDE w:val="0"/>
              <w:autoSpaceDN w:val="0"/>
              <w:spacing w:before="1820" w:after="0" w:line="202" w:lineRule="exact"/>
              <w:jc w:val="center"/>
            </w:pPr>
            <w:r w:rsidRPr="007204D9">
              <w:rPr>
                <w:color w:val="000000"/>
                <w:sz w:val="18"/>
              </w:rPr>
              <w:t xml:space="preserve">2 </w:t>
            </w:r>
          </w:p>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8047620" w14:textId="77777777" w:rsidR="0097296A" w:rsidRPr="007204D9" w:rsidRDefault="00000000">
            <w:pPr>
              <w:autoSpaceDE w:val="0"/>
              <w:autoSpaceDN w:val="0"/>
              <w:spacing w:before="66" w:after="0" w:line="206" w:lineRule="exact"/>
              <w:ind w:left="74" w:right="2"/>
              <w:jc w:val="both"/>
            </w:pPr>
            <w:r w:rsidRPr="007204D9">
              <w:rPr>
                <w:b/>
                <w:color w:val="000000"/>
                <w:sz w:val="18"/>
              </w:rPr>
              <w:t xml:space="preserve">As superfícies do local de manipulação de alimentos como piso, parede e teto são revestidas de material liso, impermeável, lavável e de fácil higienização? </w:t>
            </w:r>
            <w:r w:rsidRPr="007204D9">
              <w:rPr>
                <w:b/>
                <w:color w:val="000000"/>
                <w:sz w:val="18"/>
              </w:rPr>
              <w:t xml:space="preserve">(Doc. Ref.: Resolução RDC n° 216/2004 da ANVISA). </w:t>
            </w:r>
          </w:p>
        </w:tc>
      </w:tr>
      <w:tr w:rsidR="0097296A" w:rsidRPr="007204D9" w14:paraId="772BDA78" w14:textId="77777777" w:rsidTr="005E5D07">
        <w:trPr>
          <w:trHeight w:val="400"/>
        </w:trPr>
        <w:tc>
          <w:tcPr>
            <w:tcW w:w="2076" w:type="dxa"/>
            <w:vMerge/>
            <w:tcBorders>
              <w:top w:val="single" w:sz="4" w:space="0" w:color="auto"/>
              <w:left w:val="single" w:sz="4" w:space="0" w:color="auto"/>
              <w:bottom w:val="single" w:sz="4" w:space="0" w:color="auto"/>
              <w:right w:val="single" w:sz="4" w:space="0" w:color="auto"/>
            </w:tcBorders>
          </w:tcPr>
          <w:p w14:paraId="110B8DBD"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034954A5"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2F40EE46" w14:textId="77777777" w:rsidR="0097296A" w:rsidRPr="007204D9" w:rsidRDefault="00000000">
            <w:pPr>
              <w:autoSpaceDE w:val="0"/>
              <w:autoSpaceDN w:val="0"/>
              <w:spacing w:before="98" w:after="0" w:line="202" w:lineRule="exact"/>
              <w:ind w:left="74"/>
            </w:pPr>
            <w:r w:rsidRPr="007204D9">
              <w:rPr>
                <w:color w:val="000000"/>
                <w:sz w:val="18"/>
              </w:rPr>
              <w:t xml:space="preserve">Sim, estão em bom estado.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6901ACFA"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850" w:type="dxa"/>
            <w:tcBorders>
              <w:top w:val="single" w:sz="4" w:space="0" w:color="auto"/>
              <w:left w:val="single" w:sz="3" w:space="0" w:color="auto"/>
              <w:bottom w:val="single" w:sz="3" w:space="0" w:color="auto"/>
              <w:right w:val="single" w:sz="4" w:space="0" w:color="auto"/>
            </w:tcBorders>
            <w:shd w:val="clear" w:color="auto" w:fill="92D050"/>
            <w:tcMar>
              <w:left w:w="0" w:type="dxa"/>
              <w:right w:w="0" w:type="dxa"/>
            </w:tcMar>
          </w:tcPr>
          <w:p w14:paraId="0055D07C"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2D6323A9" w14:textId="77777777" w:rsidTr="005E5D07">
        <w:trPr>
          <w:trHeight w:val="548"/>
        </w:trPr>
        <w:tc>
          <w:tcPr>
            <w:tcW w:w="2076" w:type="dxa"/>
            <w:vMerge/>
            <w:tcBorders>
              <w:top w:val="single" w:sz="4" w:space="0" w:color="auto"/>
              <w:left w:val="single" w:sz="4" w:space="0" w:color="auto"/>
              <w:bottom w:val="single" w:sz="4" w:space="0" w:color="auto"/>
              <w:right w:val="single" w:sz="4" w:space="0" w:color="auto"/>
            </w:tcBorders>
          </w:tcPr>
          <w:p w14:paraId="68691AFD"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233D4BA1"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018B32AA" w14:textId="77777777" w:rsidR="0097296A" w:rsidRPr="007204D9" w:rsidRDefault="00000000">
            <w:pPr>
              <w:autoSpaceDE w:val="0"/>
              <w:autoSpaceDN w:val="0"/>
              <w:spacing w:before="64" w:after="0" w:line="206" w:lineRule="exact"/>
              <w:ind w:left="74" w:right="864"/>
            </w:pPr>
            <w:r w:rsidRPr="007204D9">
              <w:rPr>
                <w:color w:val="000000"/>
                <w:sz w:val="18"/>
              </w:rPr>
              <w:t xml:space="preserve">Sim, mas apresentam rachaduras, trincas, goteiras, vazamentos, bolores e/ou descascamentos.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542348B2" w14:textId="77777777" w:rsidR="0097296A" w:rsidRPr="007204D9" w:rsidRDefault="00000000">
            <w:pPr>
              <w:autoSpaceDE w:val="0"/>
              <w:autoSpaceDN w:val="0"/>
              <w:spacing w:before="172" w:after="0" w:line="200" w:lineRule="exact"/>
              <w:jc w:val="center"/>
            </w:pPr>
            <w:r w:rsidRPr="007204D9">
              <w:rPr>
                <w:color w:val="000000"/>
                <w:sz w:val="18"/>
              </w:rPr>
              <w:t xml:space="preserve">AP </w:t>
            </w:r>
          </w:p>
        </w:tc>
        <w:tc>
          <w:tcPr>
            <w:tcW w:w="850" w:type="dxa"/>
            <w:tcBorders>
              <w:top w:val="single" w:sz="3" w:space="0" w:color="auto"/>
              <w:left w:val="single" w:sz="3" w:space="0" w:color="auto"/>
              <w:bottom w:val="single" w:sz="4" w:space="0" w:color="auto"/>
              <w:right w:val="single" w:sz="4" w:space="0" w:color="auto"/>
            </w:tcBorders>
            <w:shd w:val="clear" w:color="auto" w:fill="FFFF00"/>
            <w:tcMar>
              <w:left w:w="0" w:type="dxa"/>
              <w:right w:w="0" w:type="dxa"/>
            </w:tcMar>
          </w:tcPr>
          <w:p w14:paraId="68A8C38F" w14:textId="77777777" w:rsidR="0097296A" w:rsidRPr="007204D9" w:rsidRDefault="00000000">
            <w:pPr>
              <w:autoSpaceDE w:val="0"/>
              <w:autoSpaceDN w:val="0"/>
              <w:spacing w:before="172" w:after="0" w:line="200" w:lineRule="exact"/>
              <w:jc w:val="center"/>
            </w:pPr>
            <w:r w:rsidRPr="007204D9">
              <w:rPr>
                <w:color w:val="000000"/>
                <w:sz w:val="18"/>
              </w:rPr>
              <w:t xml:space="preserve">2 </w:t>
            </w:r>
          </w:p>
        </w:tc>
      </w:tr>
      <w:tr w:rsidR="0097296A" w:rsidRPr="007204D9" w14:paraId="5ABBF416" w14:textId="77777777" w:rsidTr="005E5D07">
        <w:trPr>
          <w:trHeight w:val="404"/>
        </w:trPr>
        <w:tc>
          <w:tcPr>
            <w:tcW w:w="2076" w:type="dxa"/>
            <w:vMerge/>
            <w:tcBorders>
              <w:top w:val="single" w:sz="4" w:space="0" w:color="auto"/>
              <w:left w:val="single" w:sz="4" w:space="0" w:color="auto"/>
              <w:bottom w:val="single" w:sz="4" w:space="0" w:color="auto"/>
              <w:right w:val="single" w:sz="4" w:space="0" w:color="auto"/>
            </w:tcBorders>
          </w:tcPr>
          <w:p w14:paraId="4F5BD4A6"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10F9BE5F"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80902B9" w14:textId="77777777" w:rsidR="0097296A" w:rsidRPr="007204D9" w:rsidRDefault="00000000">
            <w:pPr>
              <w:autoSpaceDE w:val="0"/>
              <w:autoSpaceDN w:val="0"/>
              <w:spacing w:before="96" w:after="0" w:line="202" w:lineRule="exact"/>
              <w:ind w:left="74"/>
            </w:pPr>
            <w:r w:rsidRPr="007204D9">
              <w:rPr>
                <w:color w:val="000000"/>
                <w:sz w:val="18"/>
              </w:rPr>
              <w:t xml:space="preserve">Não. O material empregado é inadequado.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6CBA6698" w14:textId="77777777" w:rsidR="0097296A" w:rsidRPr="007204D9" w:rsidRDefault="00000000">
            <w:pPr>
              <w:autoSpaceDE w:val="0"/>
              <w:autoSpaceDN w:val="0"/>
              <w:spacing w:before="96" w:after="0" w:line="202" w:lineRule="exact"/>
              <w:jc w:val="center"/>
            </w:pPr>
            <w:r w:rsidRPr="007204D9">
              <w:rPr>
                <w:color w:val="000000"/>
                <w:sz w:val="18"/>
              </w:rPr>
              <w:t>NAT</w:t>
            </w:r>
          </w:p>
        </w:tc>
        <w:tc>
          <w:tcPr>
            <w:tcW w:w="850"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45FECAEE"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2F828264" w14:textId="77777777">
        <w:trPr>
          <w:trHeight w:val="396"/>
        </w:trPr>
        <w:tc>
          <w:tcPr>
            <w:tcW w:w="2076" w:type="dxa"/>
            <w:vMerge/>
            <w:tcBorders>
              <w:top w:val="single" w:sz="4" w:space="0" w:color="auto"/>
              <w:left w:val="single" w:sz="4" w:space="0" w:color="auto"/>
              <w:bottom w:val="single" w:sz="4" w:space="0" w:color="auto"/>
              <w:right w:val="single" w:sz="4" w:space="0" w:color="auto"/>
            </w:tcBorders>
          </w:tcPr>
          <w:p w14:paraId="778FD1D8"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63725436"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3415887D" w14:textId="77777777" w:rsidR="0097296A" w:rsidRPr="007204D9" w:rsidRDefault="00000000">
            <w:pPr>
              <w:autoSpaceDE w:val="0"/>
              <w:autoSpaceDN w:val="0"/>
              <w:spacing w:before="94" w:after="0" w:line="200" w:lineRule="exact"/>
              <w:ind w:left="74"/>
            </w:pPr>
            <w:r w:rsidRPr="007204D9">
              <w:rPr>
                <w:color w:val="000000"/>
                <w:sz w:val="18"/>
              </w:rPr>
              <w:t xml:space="preserve">Não se aplica. Não há áreas de venda e manipulação de alimentos.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3921FA54" w14:textId="77777777" w:rsidR="0097296A" w:rsidRPr="007204D9" w:rsidRDefault="00000000">
            <w:pPr>
              <w:autoSpaceDE w:val="0"/>
              <w:autoSpaceDN w:val="0"/>
              <w:spacing w:before="94" w:after="0" w:line="200" w:lineRule="exact"/>
              <w:jc w:val="center"/>
            </w:pPr>
            <w:r w:rsidRPr="007204D9">
              <w:rPr>
                <w:color w:val="000000"/>
                <w:sz w:val="18"/>
              </w:rPr>
              <w:t>NAP</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678D36F7"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1F320790" w14:textId="77777777">
        <w:trPr>
          <w:trHeight w:val="398"/>
        </w:trPr>
        <w:tc>
          <w:tcPr>
            <w:tcW w:w="2076" w:type="dxa"/>
            <w:vMerge/>
            <w:tcBorders>
              <w:top w:val="single" w:sz="4" w:space="0" w:color="auto"/>
              <w:left w:val="single" w:sz="4" w:space="0" w:color="auto"/>
              <w:bottom w:val="single" w:sz="4" w:space="0" w:color="auto"/>
              <w:right w:val="single" w:sz="4" w:space="0" w:color="auto"/>
            </w:tcBorders>
          </w:tcPr>
          <w:p w14:paraId="3CD0F5F1"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3778008F"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11BA37E8"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FFF7D79"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777D5BA7"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60643347" w14:textId="77777777">
        <w:trPr>
          <w:trHeight w:val="914"/>
        </w:trPr>
        <w:tc>
          <w:tcPr>
            <w:tcW w:w="2076" w:type="dxa"/>
            <w:vMerge/>
            <w:tcBorders>
              <w:top w:val="single" w:sz="4" w:space="0" w:color="auto"/>
              <w:left w:val="single" w:sz="4" w:space="0" w:color="auto"/>
              <w:bottom w:val="single" w:sz="4" w:space="0" w:color="auto"/>
              <w:right w:val="single" w:sz="4" w:space="0" w:color="auto"/>
            </w:tcBorders>
          </w:tcPr>
          <w:p w14:paraId="5D58D662"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34255AD9" w14:textId="77777777" w:rsidR="0097296A" w:rsidRPr="007204D9" w:rsidRDefault="0097296A"/>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81B0A3B"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3D3BFA07" w14:textId="77777777">
        <w:trPr>
          <w:trHeight w:val="634"/>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7F100D52" w14:textId="77777777" w:rsidR="0097296A" w:rsidRPr="007204D9" w:rsidRDefault="00000000">
            <w:pPr>
              <w:autoSpaceDE w:val="0"/>
              <w:autoSpaceDN w:val="0"/>
              <w:spacing w:before="1472" w:after="0" w:line="200" w:lineRule="exact"/>
              <w:jc w:val="center"/>
            </w:pPr>
            <w:r w:rsidRPr="007204D9">
              <w:rPr>
                <w:color w:val="000000"/>
                <w:sz w:val="18"/>
              </w:rPr>
              <w:t xml:space="preserve">3.5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25DBFD86" w14:textId="77777777" w:rsidR="0097296A" w:rsidRPr="007204D9" w:rsidRDefault="00000000">
            <w:pPr>
              <w:autoSpaceDE w:val="0"/>
              <w:autoSpaceDN w:val="0"/>
              <w:spacing w:before="1472" w:after="0" w:line="200" w:lineRule="exact"/>
              <w:jc w:val="center"/>
            </w:pPr>
            <w:r w:rsidRPr="007204D9">
              <w:rPr>
                <w:color w:val="000000"/>
                <w:sz w:val="18"/>
              </w:rPr>
              <w:t xml:space="preserve">2 </w:t>
            </w:r>
          </w:p>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399C58A" w14:textId="77777777" w:rsidR="0097296A" w:rsidRPr="007204D9" w:rsidRDefault="00000000">
            <w:pPr>
              <w:autoSpaceDE w:val="0"/>
              <w:autoSpaceDN w:val="0"/>
              <w:spacing w:before="8" w:after="0" w:line="198" w:lineRule="exact"/>
              <w:ind w:left="74"/>
            </w:pPr>
            <w:r w:rsidRPr="007204D9">
              <w:rPr>
                <w:b/>
                <w:color w:val="000000"/>
                <w:sz w:val="18"/>
              </w:rPr>
              <w:t xml:space="preserve">Os ralos presentes no interior do estabelecimento de venda e/ou manipulação são sifonados e com tampas escamoteáveis (que permitam fechamento)? </w:t>
            </w:r>
            <w:r w:rsidRPr="007204D9">
              <w:rPr>
                <w:b/>
                <w:color w:val="000000"/>
                <w:sz w:val="18"/>
              </w:rPr>
              <w:t xml:space="preserve">(Doc. Ref.: Resolução RDC n° 216/2004 da ANVISA). </w:t>
            </w:r>
          </w:p>
        </w:tc>
      </w:tr>
      <w:tr w:rsidR="0097296A" w:rsidRPr="007204D9" w14:paraId="4FE48883" w14:textId="77777777" w:rsidTr="005E5D07">
        <w:trPr>
          <w:trHeight w:val="398"/>
        </w:trPr>
        <w:tc>
          <w:tcPr>
            <w:tcW w:w="2076" w:type="dxa"/>
            <w:vMerge/>
            <w:tcBorders>
              <w:top w:val="single" w:sz="4" w:space="0" w:color="auto"/>
              <w:left w:val="single" w:sz="4" w:space="0" w:color="auto"/>
              <w:bottom w:val="single" w:sz="3" w:space="0" w:color="auto"/>
              <w:right w:val="single" w:sz="4" w:space="0" w:color="auto"/>
            </w:tcBorders>
          </w:tcPr>
          <w:p w14:paraId="40F3AF8A"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5FA22888"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6AF9DCB8" w14:textId="77777777" w:rsidR="0097296A" w:rsidRPr="007204D9" w:rsidRDefault="00000000">
            <w:pPr>
              <w:autoSpaceDE w:val="0"/>
              <w:autoSpaceDN w:val="0"/>
              <w:spacing w:before="96" w:after="0" w:line="200" w:lineRule="exact"/>
              <w:ind w:left="74"/>
            </w:pPr>
            <w:r w:rsidRPr="007204D9">
              <w:rPr>
                <w:color w:val="000000"/>
                <w:sz w:val="18"/>
              </w:rPr>
              <w:t xml:space="preserve">Sim.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0E956D97"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85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1599FF51"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45FFFDEC" w14:textId="77777777" w:rsidTr="005E5D07">
        <w:trPr>
          <w:trHeight w:val="400"/>
        </w:trPr>
        <w:tc>
          <w:tcPr>
            <w:tcW w:w="2076" w:type="dxa"/>
            <w:vMerge/>
            <w:tcBorders>
              <w:top w:val="single" w:sz="4" w:space="0" w:color="auto"/>
              <w:left w:val="single" w:sz="4" w:space="0" w:color="auto"/>
              <w:bottom w:val="single" w:sz="3" w:space="0" w:color="auto"/>
              <w:right w:val="single" w:sz="4" w:space="0" w:color="auto"/>
            </w:tcBorders>
          </w:tcPr>
          <w:p w14:paraId="0D55EB60"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343376ED"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35662CA7" w14:textId="77777777" w:rsidR="0097296A" w:rsidRPr="007204D9" w:rsidRDefault="00000000">
            <w:pPr>
              <w:autoSpaceDE w:val="0"/>
              <w:autoSpaceDN w:val="0"/>
              <w:spacing w:before="98" w:after="0" w:line="202" w:lineRule="exact"/>
              <w:ind w:left="74"/>
            </w:pPr>
            <w:r w:rsidRPr="007204D9">
              <w:rPr>
                <w:color w:val="000000"/>
                <w:sz w:val="18"/>
              </w:rPr>
              <w:t xml:space="preserve">Não.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2BCBD23E"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850" w:type="dxa"/>
            <w:tcBorders>
              <w:top w:val="single" w:sz="4" w:space="0" w:color="auto"/>
              <w:left w:val="single" w:sz="3" w:space="0" w:color="auto"/>
              <w:bottom w:val="single" w:sz="3" w:space="0" w:color="auto"/>
              <w:right w:val="single" w:sz="4" w:space="0" w:color="auto"/>
            </w:tcBorders>
            <w:shd w:val="clear" w:color="auto" w:fill="EE0000"/>
            <w:tcMar>
              <w:left w:w="0" w:type="dxa"/>
              <w:right w:w="0" w:type="dxa"/>
            </w:tcMar>
          </w:tcPr>
          <w:p w14:paraId="454D6A9E"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58C927E1" w14:textId="77777777">
        <w:trPr>
          <w:trHeight w:val="400"/>
        </w:trPr>
        <w:tc>
          <w:tcPr>
            <w:tcW w:w="2076" w:type="dxa"/>
            <w:vMerge/>
            <w:tcBorders>
              <w:top w:val="single" w:sz="4" w:space="0" w:color="auto"/>
              <w:left w:val="single" w:sz="4" w:space="0" w:color="auto"/>
              <w:bottom w:val="single" w:sz="3" w:space="0" w:color="auto"/>
              <w:right w:val="single" w:sz="4" w:space="0" w:color="auto"/>
            </w:tcBorders>
          </w:tcPr>
          <w:p w14:paraId="08BD2E5D"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5CA86147"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42A8C32D" w14:textId="77777777" w:rsidR="0097296A" w:rsidRPr="007204D9" w:rsidRDefault="00000000">
            <w:pPr>
              <w:autoSpaceDE w:val="0"/>
              <w:autoSpaceDN w:val="0"/>
              <w:spacing w:before="98" w:after="0" w:line="200" w:lineRule="exact"/>
              <w:ind w:left="74"/>
            </w:pPr>
            <w:r w:rsidRPr="007204D9">
              <w:rPr>
                <w:color w:val="000000"/>
                <w:sz w:val="18"/>
              </w:rPr>
              <w:t xml:space="preserve">Não se aplica. Não há áreas de venda e manipulação de alimentos.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5F545BC7" w14:textId="77777777" w:rsidR="0097296A" w:rsidRPr="007204D9" w:rsidRDefault="00000000">
            <w:pPr>
              <w:autoSpaceDE w:val="0"/>
              <w:autoSpaceDN w:val="0"/>
              <w:spacing w:before="98" w:after="0" w:line="200" w:lineRule="exact"/>
              <w:jc w:val="center"/>
            </w:pPr>
            <w:r w:rsidRPr="007204D9">
              <w:rPr>
                <w:color w:val="000000"/>
                <w:sz w:val="18"/>
              </w:rPr>
              <w:t>NAP</w:t>
            </w:r>
          </w:p>
        </w:tc>
        <w:tc>
          <w:tcPr>
            <w:tcW w:w="850" w:type="dxa"/>
            <w:tcBorders>
              <w:top w:val="single" w:sz="3" w:space="0" w:color="auto"/>
              <w:left w:val="single" w:sz="3" w:space="0" w:color="auto"/>
              <w:bottom w:val="single" w:sz="4" w:space="0" w:color="auto"/>
              <w:right w:val="single" w:sz="4" w:space="0" w:color="auto"/>
            </w:tcBorders>
            <w:tcMar>
              <w:left w:w="0" w:type="dxa"/>
              <w:right w:w="0" w:type="dxa"/>
            </w:tcMar>
          </w:tcPr>
          <w:p w14:paraId="4251D79B"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71A8B3F9" w14:textId="77777777">
        <w:trPr>
          <w:trHeight w:val="396"/>
        </w:trPr>
        <w:tc>
          <w:tcPr>
            <w:tcW w:w="2076" w:type="dxa"/>
            <w:vMerge/>
            <w:tcBorders>
              <w:top w:val="single" w:sz="4" w:space="0" w:color="auto"/>
              <w:left w:val="single" w:sz="4" w:space="0" w:color="auto"/>
              <w:bottom w:val="single" w:sz="3" w:space="0" w:color="auto"/>
              <w:right w:val="single" w:sz="4" w:space="0" w:color="auto"/>
            </w:tcBorders>
          </w:tcPr>
          <w:p w14:paraId="380BC306"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3645805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235873AD"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35A7BEF"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11512943"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7B4D4396" w14:textId="77777777">
        <w:trPr>
          <w:trHeight w:val="920"/>
        </w:trPr>
        <w:tc>
          <w:tcPr>
            <w:tcW w:w="2076" w:type="dxa"/>
            <w:vMerge/>
            <w:tcBorders>
              <w:top w:val="single" w:sz="4" w:space="0" w:color="auto"/>
              <w:left w:val="single" w:sz="4" w:space="0" w:color="auto"/>
              <w:bottom w:val="single" w:sz="3" w:space="0" w:color="auto"/>
              <w:right w:val="single" w:sz="4" w:space="0" w:color="auto"/>
            </w:tcBorders>
          </w:tcPr>
          <w:p w14:paraId="700D3FFB"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475C6902" w14:textId="77777777" w:rsidR="0097296A" w:rsidRPr="007204D9" w:rsidRDefault="0097296A"/>
        </w:tc>
        <w:tc>
          <w:tcPr>
            <w:tcW w:w="8646"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3F355010" w14:textId="77777777" w:rsidR="0097296A" w:rsidRPr="007204D9" w:rsidRDefault="00000000">
            <w:pPr>
              <w:autoSpaceDE w:val="0"/>
              <w:autoSpaceDN w:val="0"/>
              <w:spacing w:before="4" w:after="0" w:line="202" w:lineRule="exact"/>
              <w:ind w:left="74"/>
            </w:pPr>
            <w:r w:rsidRPr="007204D9">
              <w:rPr>
                <w:color w:val="000000"/>
                <w:sz w:val="18"/>
              </w:rPr>
              <w:t xml:space="preserve">Comentário: </w:t>
            </w:r>
          </w:p>
        </w:tc>
      </w:tr>
    </w:tbl>
    <w:p w14:paraId="5E26C029" w14:textId="77777777" w:rsidR="0097296A" w:rsidRPr="007204D9" w:rsidRDefault="00000000">
      <w:pPr>
        <w:autoSpaceDE w:val="0"/>
        <w:autoSpaceDN w:val="0"/>
        <w:spacing w:before="750" w:after="0" w:line="266" w:lineRule="exact"/>
        <w:ind w:right="68"/>
        <w:jc w:val="right"/>
      </w:pPr>
      <w:r w:rsidRPr="007204D9">
        <w:rPr>
          <w:color w:val="000000"/>
          <w:sz w:val="24"/>
        </w:rPr>
        <w:t>13</w:t>
      </w:r>
    </w:p>
    <w:p w14:paraId="0FA6C9AD" w14:textId="77777777" w:rsidR="0097296A" w:rsidRPr="007204D9" w:rsidRDefault="0097296A">
      <w:pPr>
        <w:sectPr w:rsidR="0097296A" w:rsidRPr="007204D9">
          <w:pgSz w:w="11906" w:h="16838"/>
          <w:pgMar w:top="340" w:right="652" w:bottom="340" w:left="876" w:header="720" w:footer="720" w:gutter="0"/>
          <w:cols w:space="720"/>
          <w:docGrid w:linePitch="360"/>
        </w:sectPr>
      </w:pPr>
    </w:p>
    <w:p w14:paraId="0C93B117"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128"/>
        <w:gridCol w:w="530"/>
        <w:gridCol w:w="994"/>
      </w:tblGrid>
      <w:tr w:rsidR="0097296A" w:rsidRPr="007204D9" w14:paraId="78E6C164" w14:textId="77777777">
        <w:trPr>
          <w:trHeight w:val="760"/>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8FD7E86" w14:textId="77777777" w:rsidR="0097296A" w:rsidRPr="007204D9" w:rsidRDefault="00000000">
            <w:pPr>
              <w:autoSpaceDE w:val="0"/>
              <w:autoSpaceDN w:val="0"/>
              <w:spacing w:before="1538" w:after="0" w:line="200" w:lineRule="exact"/>
              <w:jc w:val="center"/>
            </w:pPr>
            <w:r w:rsidRPr="007204D9">
              <w:rPr>
                <w:color w:val="000000"/>
                <w:sz w:val="18"/>
              </w:rPr>
              <w:t xml:space="preserve">3.6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FEB92E0" w14:textId="77777777" w:rsidR="0097296A" w:rsidRPr="007204D9" w:rsidRDefault="00000000">
            <w:pPr>
              <w:autoSpaceDE w:val="0"/>
              <w:autoSpaceDN w:val="0"/>
              <w:spacing w:before="1538" w:after="0" w:line="200" w:lineRule="exact"/>
              <w:jc w:val="center"/>
            </w:pPr>
            <w:r w:rsidRPr="007204D9">
              <w:rPr>
                <w:color w:val="000000"/>
                <w:sz w:val="18"/>
              </w:rPr>
              <w:t xml:space="preserve">2 </w:t>
            </w:r>
          </w:p>
        </w:tc>
        <w:tc>
          <w:tcPr>
            <w:tcW w:w="865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1B6E7E0F" w14:textId="77777777" w:rsidR="0097296A" w:rsidRPr="007204D9" w:rsidRDefault="00000000">
            <w:pPr>
              <w:autoSpaceDE w:val="0"/>
              <w:autoSpaceDN w:val="0"/>
              <w:spacing w:before="160" w:after="0" w:line="206" w:lineRule="exact"/>
              <w:ind w:left="74"/>
            </w:pPr>
            <w:r w:rsidRPr="007204D9">
              <w:rPr>
                <w:b/>
                <w:color w:val="000000"/>
                <w:sz w:val="18"/>
              </w:rPr>
              <w:t xml:space="preserve">A área de preparação de alimentos possui iluminação adequada com luminárias protegidas </w:t>
            </w:r>
            <w:proofErr w:type="gramStart"/>
            <w:r w:rsidRPr="007204D9">
              <w:rPr>
                <w:b/>
                <w:color w:val="000000"/>
                <w:sz w:val="18"/>
              </w:rPr>
              <w:t>contra explosão</w:t>
            </w:r>
            <w:proofErr w:type="gramEnd"/>
            <w:r w:rsidRPr="007204D9">
              <w:rPr>
                <w:b/>
                <w:color w:val="000000"/>
                <w:sz w:val="18"/>
              </w:rPr>
              <w:t xml:space="preserve"> e quedas acidentais? </w:t>
            </w:r>
            <w:r w:rsidRPr="007204D9">
              <w:rPr>
                <w:b/>
                <w:color w:val="000000"/>
                <w:sz w:val="18"/>
              </w:rPr>
              <w:t xml:space="preserve">(Doc. Ref.: Resolução RDC n° 216/2004 da ANVISA). </w:t>
            </w:r>
          </w:p>
        </w:tc>
      </w:tr>
      <w:tr w:rsidR="0097296A" w:rsidRPr="007204D9" w14:paraId="3A893016" w14:textId="77777777" w:rsidTr="005E5D07">
        <w:trPr>
          <w:trHeight w:val="396"/>
        </w:trPr>
        <w:tc>
          <w:tcPr>
            <w:tcW w:w="2077" w:type="dxa"/>
            <w:vMerge/>
            <w:tcBorders>
              <w:top w:val="single" w:sz="3" w:space="0" w:color="auto"/>
              <w:left w:val="single" w:sz="4" w:space="0" w:color="auto"/>
              <w:bottom w:val="single" w:sz="4" w:space="0" w:color="auto"/>
              <w:right w:val="single" w:sz="4" w:space="0" w:color="auto"/>
            </w:tcBorders>
          </w:tcPr>
          <w:p w14:paraId="4795FF28"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606A75AD"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6F314703" w14:textId="77777777" w:rsidR="0097296A" w:rsidRPr="007204D9" w:rsidRDefault="00000000">
            <w:pPr>
              <w:autoSpaceDE w:val="0"/>
              <w:autoSpaceDN w:val="0"/>
              <w:spacing w:before="94" w:after="0" w:line="200" w:lineRule="exact"/>
              <w:ind w:left="74"/>
            </w:pPr>
            <w:r w:rsidRPr="007204D9">
              <w:rPr>
                <w:color w:val="000000"/>
                <w:sz w:val="18"/>
              </w:rPr>
              <w:t xml:space="preserve">Sim.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507E1DC6"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99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11490D20"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4CA45242" w14:textId="77777777" w:rsidTr="005E5D07">
        <w:trPr>
          <w:trHeight w:val="400"/>
        </w:trPr>
        <w:tc>
          <w:tcPr>
            <w:tcW w:w="2077" w:type="dxa"/>
            <w:vMerge/>
            <w:tcBorders>
              <w:top w:val="single" w:sz="3" w:space="0" w:color="auto"/>
              <w:left w:val="single" w:sz="4" w:space="0" w:color="auto"/>
              <w:bottom w:val="single" w:sz="4" w:space="0" w:color="auto"/>
              <w:right w:val="single" w:sz="4" w:space="0" w:color="auto"/>
            </w:tcBorders>
          </w:tcPr>
          <w:p w14:paraId="3C067CF5"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5FF488FC"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43381E69" w14:textId="77777777" w:rsidR="0097296A" w:rsidRPr="007204D9" w:rsidRDefault="00000000">
            <w:pPr>
              <w:autoSpaceDE w:val="0"/>
              <w:autoSpaceDN w:val="0"/>
              <w:spacing w:before="100" w:after="0" w:line="202"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5AF38D71" w14:textId="77777777" w:rsidR="0097296A" w:rsidRPr="007204D9" w:rsidRDefault="00000000">
            <w:pPr>
              <w:autoSpaceDE w:val="0"/>
              <w:autoSpaceDN w:val="0"/>
              <w:spacing w:before="100" w:after="0" w:line="202" w:lineRule="exact"/>
              <w:jc w:val="center"/>
            </w:pPr>
            <w:r w:rsidRPr="007204D9">
              <w:rPr>
                <w:color w:val="000000"/>
                <w:sz w:val="18"/>
              </w:rPr>
              <w:t>NAT</w:t>
            </w:r>
          </w:p>
        </w:tc>
        <w:tc>
          <w:tcPr>
            <w:tcW w:w="994"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4C860616" w14:textId="77777777" w:rsidR="0097296A" w:rsidRPr="007204D9" w:rsidRDefault="00000000">
            <w:pPr>
              <w:autoSpaceDE w:val="0"/>
              <w:autoSpaceDN w:val="0"/>
              <w:spacing w:before="100" w:after="0" w:line="202" w:lineRule="exact"/>
              <w:jc w:val="center"/>
            </w:pPr>
            <w:r w:rsidRPr="007204D9">
              <w:rPr>
                <w:color w:val="000000"/>
                <w:sz w:val="18"/>
              </w:rPr>
              <w:t xml:space="preserve">3 </w:t>
            </w:r>
          </w:p>
        </w:tc>
      </w:tr>
      <w:tr w:rsidR="0097296A" w:rsidRPr="007204D9" w14:paraId="4B37EEB1" w14:textId="77777777">
        <w:trPr>
          <w:trHeight w:val="396"/>
        </w:trPr>
        <w:tc>
          <w:tcPr>
            <w:tcW w:w="2077" w:type="dxa"/>
            <w:vMerge/>
            <w:tcBorders>
              <w:top w:val="single" w:sz="3" w:space="0" w:color="auto"/>
              <w:left w:val="single" w:sz="4" w:space="0" w:color="auto"/>
              <w:bottom w:val="single" w:sz="4" w:space="0" w:color="auto"/>
              <w:right w:val="single" w:sz="4" w:space="0" w:color="auto"/>
            </w:tcBorders>
          </w:tcPr>
          <w:p w14:paraId="56F486C4"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7DE2F068"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062DB282" w14:textId="77777777" w:rsidR="0097296A" w:rsidRPr="007204D9" w:rsidRDefault="00000000">
            <w:pPr>
              <w:autoSpaceDE w:val="0"/>
              <w:autoSpaceDN w:val="0"/>
              <w:spacing w:before="98" w:after="0" w:line="202" w:lineRule="exact"/>
              <w:ind w:left="74"/>
            </w:pPr>
            <w:r w:rsidRPr="007204D9">
              <w:rPr>
                <w:color w:val="000000"/>
                <w:sz w:val="18"/>
              </w:rPr>
              <w:t xml:space="preserve">Não se aplica. Não há áreas de venda e manipulação de alimentos.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2225C7EC" w14:textId="77777777" w:rsidR="0097296A" w:rsidRPr="007204D9" w:rsidRDefault="00000000">
            <w:pPr>
              <w:autoSpaceDE w:val="0"/>
              <w:autoSpaceDN w:val="0"/>
              <w:spacing w:before="98" w:after="0" w:line="202" w:lineRule="exact"/>
              <w:jc w:val="center"/>
            </w:pPr>
            <w:r w:rsidRPr="007204D9">
              <w:rPr>
                <w:color w:val="000000"/>
                <w:sz w:val="18"/>
              </w:rPr>
              <w:t>NAP</w:t>
            </w:r>
          </w:p>
        </w:tc>
        <w:tc>
          <w:tcPr>
            <w:tcW w:w="994" w:type="dxa"/>
            <w:tcBorders>
              <w:top w:val="single" w:sz="4" w:space="0" w:color="auto"/>
              <w:left w:val="single" w:sz="4" w:space="0" w:color="auto"/>
              <w:bottom w:val="single" w:sz="4" w:space="0" w:color="auto"/>
              <w:right w:val="single" w:sz="4" w:space="0" w:color="auto"/>
            </w:tcBorders>
            <w:tcMar>
              <w:left w:w="0" w:type="dxa"/>
              <w:right w:w="0" w:type="dxa"/>
            </w:tcMar>
          </w:tcPr>
          <w:p w14:paraId="1E736009"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27FADAEA" w14:textId="77777777">
        <w:trPr>
          <w:trHeight w:val="400"/>
        </w:trPr>
        <w:tc>
          <w:tcPr>
            <w:tcW w:w="2077" w:type="dxa"/>
            <w:vMerge/>
            <w:tcBorders>
              <w:top w:val="single" w:sz="3" w:space="0" w:color="auto"/>
              <w:left w:val="single" w:sz="4" w:space="0" w:color="auto"/>
              <w:bottom w:val="single" w:sz="4" w:space="0" w:color="auto"/>
              <w:right w:val="single" w:sz="4" w:space="0" w:color="auto"/>
            </w:tcBorders>
          </w:tcPr>
          <w:p w14:paraId="3BCCE9B2"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3F2E32FF" w14:textId="77777777" w:rsidR="0097296A" w:rsidRPr="007204D9" w:rsidRDefault="0097296A"/>
        </w:tc>
        <w:tc>
          <w:tcPr>
            <w:tcW w:w="7128" w:type="dxa"/>
            <w:tcBorders>
              <w:top w:val="single" w:sz="4" w:space="0" w:color="auto"/>
              <w:left w:val="single" w:sz="4" w:space="0" w:color="auto"/>
              <w:bottom w:val="single" w:sz="3" w:space="0" w:color="auto"/>
              <w:right w:val="single" w:sz="4" w:space="0" w:color="auto"/>
            </w:tcBorders>
            <w:tcMar>
              <w:left w:w="0" w:type="dxa"/>
              <w:right w:w="0" w:type="dxa"/>
            </w:tcMar>
          </w:tcPr>
          <w:p w14:paraId="6A67389A"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530" w:type="dxa"/>
            <w:tcBorders>
              <w:top w:val="single" w:sz="4" w:space="0" w:color="auto"/>
              <w:left w:val="single" w:sz="4" w:space="0" w:color="auto"/>
              <w:bottom w:val="single" w:sz="3" w:space="0" w:color="auto"/>
              <w:right w:val="single" w:sz="4" w:space="0" w:color="auto"/>
            </w:tcBorders>
            <w:tcMar>
              <w:left w:w="0" w:type="dxa"/>
              <w:right w:w="0" w:type="dxa"/>
            </w:tcMar>
          </w:tcPr>
          <w:p w14:paraId="14F34F3A"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994" w:type="dxa"/>
            <w:tcBorders>
              <w:top w:val="single" w:sz="4" w:space="0" w:color="auto"/>
              <w:left w:val="single" w:sz="4" w:space="0" w:color="auto"/>
              <w:bottom w:val="single" w:sz="3" w:space="0" w:color="auto"/>
              <w:right w:val="single" w:sz="4" w:space="0" w:color="auto"/>
            </w:tcBorders>
            <w:tcMar>
              <w:left w:w="0" w:type="dxa"/>
              <w:right w:w="0" w:type="dxa"/>
            </w:tcMar>
          </w:tcPr>
          <w:p w14:paraId="55333165"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61EBBC56" w14:textId="77777777">
        <w:trPr>
          <w:trHeight w:val="918"/>
        </w:trPr>
        <w:tc>
          <w:tcPr>
            <w:tcW w:w="2077" w:type="dxa"/>
            <w:vMerge/>
            <w:tcBorders>
              <w:top w:val="single" w:sz="3" w:space="0" w:color="auto"/>
              <w:left w:val="single" w:sz="4" w:space="0" w:color="auto"/>
              <w:bottom w:val="single" w:sz="4" w:space="0" w:color="auto"/>
              <w:right w:val="single" w:sz="4" w:space="0" w:color="auto"/>
            </w:tcBorders>
          </w:tcPr>
          <w:p w14:paraId="5DAD1A13"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54CE274A" w14:textId="77777777" w:rsidR="0097296A" w:rsidRPr="007204D9" w:rsidRDefault="0097296A"/>
        </w:tc>
        <w:tc>
          <w:tcPr>
            <w:tcW w:w="865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03C61A4D" w14:textId="77777777" w:rsidR="0097296A" w:rsidRPr="007204D9" w:rsidRDefault="00000000">
            <w:pPr>
              <w:autoSpaceDE w:val="0"/>
              <w:autoSpaceDN w:val="0"/>
              <w:spacing w:before="8" w:after="0" w:line="202" w:lineRule="exact"/>
              <w:ind w:left="74"/>
            </w:pPr>
            <w:r w:rsidRPr="007204D9">
              <w:rPr>
                <w:color w:val="000000"/>
                <w:sz w:val="18"/>
              </w:rPr>
              <w:t xml:space="preserve">Comentário: </w:t>
            </w:r>
          </w:p>
        </w:tc>
      </w:tr>
      <w:tr w:rsidR="0097296A" w:rsidRPr="007204D9" w14:paraId="4946840D" w14:textId="77777777">
        <w:trPr>
          <w:trHeight w:val="79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A50A35" w14:textId="77777777" w:rsidR="0097296A" w:rsidRPr="007204D9" w:rsidRDefault="00000000">
            <w:pPr>
              <w:autoSpaceDE w:val="0"/>
              <w:autoSpaceDN w:val="0"/>
              <w:spacing w:before="1550" w:after="0" w:line="202" w:lineRule="exact"/>
              <w:jc w:val="center"/>
            </w:pPr>
            <w:r w:rsidRPr="007204D9">
              <w:rPr>
                <w:color w:val="000000"/>
                <w:sz w:val="18"/>
              </w:rPr>
              <w:t xml:space="preserve">3.7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5855A5C" w14:textId="77777777" w:rsidR="0097296A" w:rsidRPr="007204D9" w:rsidRDefault="00000000">
            <w:pPr>
              <w:autoSpaceDE w:val="0"/>
              <w:autoSpaceDN w:val="0"/>
              <w:spacing w:before="1550" w:after="0" w:line="202" w:lineRule="exact"/>
              <w:jc w:val="center"/>
            </w:pPr>
            <w:r w:rsidRPr="007204D9">
              <w:rPr>
                <w:color w:val="000000"/>
                <w:sz w:val="18"/>
              </w:rPr>
              <w:t xml:space="preserve">3 </w:t>
            </w:r>
          </w:p>
        </w:tc>
        <w:tc>
          <w:tcPr>
            <w:tcW w:w="865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7E863BA" w14:textId="77777777" w:rsidR="0097296A" w:rsidRPr="007204D9" w:rsidRDefault="00000000">
            <w:pPr>
              <w:autoSpaceDE w:val="0"/>
              <w:autoSpaceDN w:val="0"/>
              <w:spacing w:before="172" w:after="0" w:line="208" w:lineRule="exact"/>
              <w:ind w:left="74" w:right="144"/>
            </w:pPr>
            <w:r w:rsidRPr="007204D9">
              <w:rPr>
                <w:b/>
                <w:color w:val="000000"/>
                <w:sz w:val="18"/>
              </w:rPr>
              <w:t xml:space="preserve">As instalações elétricas estão embutidas ou protegidas por tubulação que permita a higienização do ambiente? </w:t>
            </w:r>
            <w:r w:rsidRPr="007204D9">
              <w:rPr>
                <w:b/>
                <w:color w:val="000000"/>
                <w:sz w:val="18"/>
              </w:rPr>
              <w:t xml:space="preserve">(Doc. Ref.: Resolução RDC n° 216/2004 da ANVISA). </w:t>
            </w:r>
          </w:p>
        </w:tc>
      </w:tr>
      <w:tr w:rsidR="0097296A" w:rsidRPr="007204D9" w14:paraId="75A0370F" w14:textId="77777777" w:rsidTr="005E5D07">
        <w:trPr>
          <w:trHeight w:val="398"/>
        </w:trPr>
        <w:tc>
          <w:tcPr>
            <w:tcW w:w="2077" w:type="dxa"/>
            <w:vMerge/>
            <w:tcBorders>
              <w:top w:val="single" w:sz="4" w:space="0" w:color="auto"/>
              <w:left w:val="single" w:sz="4" w:space="0" w:color="auto"/>
              <w:bottom w:val="single" w:sz="4" w:space="0" w:color="auto"/>
              <w:right w:val="single" w:sz="4" w:space="0" w:color="auto"/>
            </w:tcBorders>
          </w:tcPr>
          <w:p w14:paraId="3144CA61" w14:textId="77777777" w:rsidR="0097296A" w:rsidRPr="007204D9" w:rsidRDefault="0097296A"/>
        </w:tc>
        <w:tc>
          <w:tcPr>
            <w:tcW w:w="2077" w:type="dxa"/>
            <w:vMerge/>
            <w:tcBorders>
              <w:top w:val="single" w:sz="4" w:space="0" w:color="auto"/>
              <w:left w:val="single" w:sz="4" w:space="0" w:color="auto"/>
              <w:bottom w:val="single" w:sz="4" w:space="0" w:color="auto"/>
              <w:right w:val="single" w:sz="4" w:space="0" w:color="auto"/>
            </w:tcBorders>
          </w:tcPr>
          <w:p w14:paraId="3714B50B"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30723D9D" w14:textId="77777777" w:rsidR="0097296A" w:rsidRPr="007204D9" w:rsidRDefault="00000000">
            <w:pPr>
              <w:autoSpaceDE w:val="0"/>
              <w:autoSpaceDN w:val="0"/>
              <w:spacing w:before="94" w:after="0" w:line="200" w:lineRule="exact"/>
              <w:ind w:left="74"/>
            </w:pPr>
            <w:r w:rsidRPr="007204D9">
              <w:rPr>
                <w:color w:val="000000"/>
                <w:sz w:val="18"/>
              </w:rPr>
              <w:t xml:space="preserve">Sim.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29B288FA"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99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413DA999"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362DB4BA" w14:textId="77777777" w:rsidTr="005E5D07">
        <w:trPr>
          <w:trHeight w:val="400"/>
        </w:trPr>
        <w:tc>
          <w:tcPr>
            <w:tcW w:w="2077" w:type="dxa"/>
            <w:vMerge/>
            <w:tcBorders>
              <w:top w:val="single" w:sz="4" w:space="0" w:color="auto"/>
              <w:left w:val="single" w:sz="4" w:space="0" w:color="auto"/>
              <w:bottom w:val="single" w:sz="4" w:space="0" w:color="auto"/>
              <w:right w:val="single" w:sz="4" w:space="0" w:color="auto"/>
            </w:tcBorders>
          </w:tcPr>
          <w:p w14:paraId="1E6D2A8B" w14:textId="77777777" w:rsidR="0097296A" w:rsidRPr="007204D9" w:rsidRDefault="0097296A"/>
        </w:tc>
        <w:tc>
          <w:tcPr>
            <w:tcW w:w="2077" w:type="dxa"/>
            <w:vMerge/>
            <w:tcBorders>
              <w:top w:val="single" w:sz="4" w:space="0" w:color="auto"/>
              <w:left w:val="single" w:sz="4" w:space="0" w:color="auto"/>
              <w:bottom w:val="single" w:sz="4" w:space="0" w:color="auto"/>
              <w:right w:val="single" w:sz="4" w:space="0" w:color="auto"/>
            </w:tcBorders>
          </w:tcPr>
          <w:p w14:paraId="5D05E625"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465AF681" w14:textId="77777777" w:rsidR="0097296A" w:rsidRPr="007204D9" w:rsidRDefault="00000000">
            <w:pPr>
              <w:autoSpaceDE w:val="0"/>
              <w:autoSpaceDN w:val="0"/>
              <w:spacing w:before="98" w:after="0" w:line="202"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2AAF7D45"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994"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96581B5"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00FD376E" w14:textId="77777777">
        <w:trPr>
          <w:trHeight w:val="398"/>
        </w:trPr>
        <w:tc>
          <w:tcPr>
            <w:tcW w:w="2077" w:type="dxa"/>
            <w:vMerge/>
            <w:tcBorders>
              <w:top w:val="single" w:sz="4" w:space="0" w:color="auto"/>
              <w:left w:val="single" w:sz="4" w:space="0" w:color="auto"/>
              <w:bottom w:val="single" w:sz="4" w:space="0" w:color="auto"/>
              <w:right w:val="single" w:sz="4" w:space="0" w:color="auto"/>
            </w:tcBorders>
          </w:tcPr>
          <w:p w14:paraId="127B1159" w14:textId="77777777" w:rsidR="0097296A" w:rsidRPr="007204D9" w:rsidRDefault="0097296A"/>
        </w:tc>
        <w:tc>
          <w:tcPr>
            <w:tcW w:w="2077" w:type="dxa"/>
            <w:vMerge/>
            <w:tcBorders>
              <w:top w:val="single" w:sz="4" w:space="0" w:color="auto"/>
              <w:left w:val="single" w:sz="4" w:space="0" w:color="auto"/>
              <w:bottom w:val="single" w:sz="4" w:space="0" w:color="auto"/>
              <w:right w:val="single" w:sz="4" w:space="0" w:color="auto"/>
            </w:tcBorders>
          </w:tcPr>
          <w:p w14:paraId="16554BA4" w14:textId="77777777" w:rsidR="0097296A" w:rsidRPr="007204D9" w:rsidRDefault="0097296A"/>
        </w:tc>
        <w:tc>
          <w:tcPr>
            <w:tcW w:w="7128" w:type="dxa"/>
            <w:tcBorders>
              <w:top w:val="single" w:sz="4" w:space="0" w:color="auto"/>
              <w:left w:val="single" w:sz="4" w:space="0" w:color="auto"/>
              <w:bottom w:val="single" w:sz="3" w:space="0" w:color="auto"/>
              <w:right w:val="single" w:sz="4" w:space="0" w:color="auto"/>
            </w:tcBorders>
            <w:tcMar>
              <w:left w:w="0" w:type="dxa"/>
              <w:right w:w="0" w:type="dxa"/>
            </w:tcMar>
          </w:tcPr>
          <w:p w14:paraId="614390EB" w14:textId="77777777" w:rsidR="0097296A" w:rsidRPr="007204D9" w:rsidRDefault="00000000">
            <w:pPr>
              <w:autoSpaceDE w:val="0"/>
              <w:autoSpaceDN w:val="0"/>
              <w:spacing w:before="94" w:after="0" w:line="202" w:lineRule="exact"/>
              <w:ind w:left="74"/>
            </w:pPr>
            <w:r w:rsidRPr="007204D9">
              <w:rPr>
                <w:color w:val="000000"/>
                <w:sz w:val="18"/>
              </w:rPr>
              <w:t xml:space="preserve">Não se aplica. Não há áreas de venda e manipulação de alimentos. </w:t>
            </w:r>
          </w:p>
        </w:tc>
        <w:tc>
          <w:tcPr>
            <w:tcW w:w="530" w:type="dxa"/>
            <w:tcBorders>
              <w:top w:val="single" w:sz="4" w:space="0" w:color="auto"/>
              <w:left w:val="single" w:sz="4" w:space="0" w:color="auto"/>
              <w:bottom w:val="single" w:sz="3" w:space="0" w:color="auto"/>
              <w:right w:val="single" w:sz="4" w:space="0" w:color="auto"/>
            </w:tcBorders>
            <w:tcMar>
              <w:left w:w="0" w:type="dxa"/>
              <w:right w:w="0" w:type="dxa"/>
            </w:tcMar>
          </w:tcPr>
          <w:p w14:paraId="781B6601" w14:textId="77777777" w:rsidR="0097296A" w:rsidRPr="007204D9" w:rsidRDefault="00000000">
            <w:pPr>
              <w:autoSpaceDE w:val="0"/>
              <w:autoSpaceDN w:val="0"/>
              <w:spacing w:before="94" w:after="0" w:line="202" w:lineRule="exact"/>
              <w:jc w:val="center"/>
            </w:pPr>
            <w:r w:rsidRPr="007204D9">
              <w:rPr>
                <w:color w:val="000000"/>
                <w:sz w:val="18"/>
              </w:rPr>
              <w:t>NAP</w:t>
            </w:r>
          </w:p>
        </w:tc>
        <w:tc>
          <w:tcPr>
            <w:tcW w:w="994" w:type="dxa"/>
            <w:tcBorders>
              <w:top w:val="single" w:sz="4" w:space="0" w:color="auto"/>
              <w:left w:val="single" w:sz="4" w:space="0" w:color="auto"/>
              <w:bottom w:val="single" w:sz="3" w:space="0" w:color="auto"/>
              <w:right w:val="single" w:sz="4" w:space="0" w:color="auto"/>
            </w:tcBorders>
            <w:tcMar>
              <w:left w:w="0" w:type="dxa"/>
              <w:right w:w="0" w:type="dxa"/>
            </w:tcMar>
          </w:tcPr>
          <w:p w14:paraId="4E251E03" w14:textId="77777777" w:rsidR="0097296A" w:rsidRPr="007204D9" w:rsidRDefault="00000000">
            <w:pPr>
              <w:autoSpaceDE w:val="0"/>
              <w:autoSpaceDN w:val="0"/>
              <w:spacing w:before="94" w:after="0" w:line="202" w:lineRule="exact"/>
              <w:jc w:val="center"/>
            </w:pPr>
            <w:r w:rsidRPr="007204D9">
              <w:rPr>
                <w:color w:val="000000"/>
                <w:sz w:val="18"/>
              </w:rPr>
              <w:t xml:space="preserve">0 </w:t>
            </w:r>
          </w:p>
        </w:tc>
      </w:tr>
      <w:tr w:rsidR="0097296A" w:rsidRPr="007204D9" w14:paraId="2EB381E2" w14:textId="77777777">
        <w:trPr>
          <w:trHeight w:val="398"/>
        </w:trPr>
        <w:tc>
          <w:tcPr>
            <w:tcW w:w="2077" w:type="dxa"/>
            <w:vMerge/>
            <w:tcBorders>
              <w:top w:val="single" w:sz="4" w:space="0" w:color="auto"/>
              <w:left w:val="single" w:sz="4" w:space="0" w:color="auto"/>
              <w:bottom w:val="single" w:sz="4" w:space="0" w:color="auto"/>
              <w:right w:val="single" w:sz="4" w:space="0" w:color="auto"/>
            </w:tcBorders>
          </w:tcPr>
          <w:p w14:paraId="0D441E60" w14:textId="77777777" w:rsidR="0097296A" w:rsidRPr="007204D9" w:rsidRDefault="0097296A"/>
        </w:tc>
        <w:tc>
          <w:tcPr>
            <w:tcW w:w="2077" w:type="dxa"/>
            <w:vMerge/>
            <w:tcBorders>
              <w:top w:val="single" w:sz="4" w:space="0" w:color="auto"/>
              <w:left w:val="single" w:sz="4" w:space="0" w:color="auto"/>
              <w:bottom w:val="single" w:sz="4" w:space="0" w:color="auto"/>
              <w:right w:val="single" w:sz="4" w:space="0" w:color="auto"/>
            </w:tcBorders>
          </w:tcPr>
          <w:p w14:paraId="094E1130" w14:textId="77777777" w:rsidR="0097296A" w:rsidRPr="007204D9" w:rsidRDefault="0097296A"/>
        </w:tc>
        <w:tc>
          <w:tcPr>
            <w:tcW w:w="7128" w:type="dxa"/>
            <w:tcBorders>
              <w:top w:val="single" w:sz="3" w:space="0" w:color="auto"/>
              <w:left w:val="single" w:sz="4" w:space="0" w:color="auto"/>
              <w:bottom w:val="single" w:sz="4" w:space="0" w:color="auto"/>
              <w:right w:val="single" w:sz="4" w:space="0" w:color="auto"/>
            </w:tcBorders>
            <w:tcMar>
              <w:left w:w="0" w:type="dxa"/>
              <w:right w:w="0" w:type="dxa"/>
            </w:tcMar>
          </w:tcPr>
          <w:p w14:paraId="12F601EB" w14:textId="77777777" w:rsidR="0097296A" w:rsidRPr="007204D9" w:rsidRDefault="00000000">
            <w:pPr>
              <w:autoSpaceDE w:val="0"/>
              <w:autoSpaceDN w:val="0"/>
              <w:spacing w:before="98" w:after="0" w:line="200" w:lineRule="exact"/>
              <w:ind w:left="74"/>
            </w:pPr>
            <w:r w:rsidRPr="007204D9">
              <w:rPr>
                <w:color w:val="000000"/>
                <w:sz w:val="18"/>
              </w:rPr>
              <w:t xml:space="preserve">Não observado. (Especificar no comentário o motivo da não observação) </w:t>
            </w:r>
          </w:p>
        </w:tc>
        <w:tc>
          <w:tcPr>
            <w:tcW w:w="530" w:type="dxa"/>
            <w:tcBorders>
              <w:top w:val="single" w:sz="3" w:space="0" w:color="auto"/>
              <w:left w:val="single" w:sz="4" w:space="0" w:color="auto"/>
              <w:bottom w:val="single" w:sz="4" w:space="0" w:color="auto"/>
              <w:right w:val="single" w:sz="4" w:space="0" w:color="auto"/>
            </w:tcBorders>
            <w:tcMar>
              <w:left w:w="0" w:type="dxa"/>
              <w:right w:w="0" w:type="dxa"/>
            </w:tcMar>
          </w:tcPr>
          <w:p w14:paraId="02B45B4B"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994" w:type="dxa"/>
            <w:tcBorders>
              <w:top w:val="single" w:sz="3" w:space="0" w:color="auto"/>
              <w:left w:val="single" w:sz="4" w:space="0" w:color="auto"/>
              <w:bottom w:val="single" w:sz="4" w:space="0" w:color="auto"/>
              <w:right w:val="single" w:sz="4" w:space="0" w:color="auto"/>
            </w:tcBorders>
            <w:tcMar>
              <w:left w:w="0" w:type="dxa"/>
              <w:right w:w="0" w:type="dxa"/>
            </w:tcMar>
          </w:tcPr>
          <w:p w14:paraId="5C1F0FF1"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1FF22AAB" w14:textId="77777777">
        <w:trPr>
          <w:trHeight w:val="918"/>
        </w:trPr>
        <w:tc>
          <w:tcPr>
            <w:tcW w:w="2077" w:type="dxa"/>
            <w:vMerge/>
            <w:tcBorders>
              <w:top w:val="single" w:sz="4" w:space="0" w:color="auto"/>
              <w:left w:val="single" w:sz="4" w:space="0" w:color="auto"/>
              <w:bottom w:val="single" w:sz="4" w:space="0" w:color="auto"/>
              <w:right w:val="single" w:sz="4" w:space="0" w:color="auto"/>
            </w:tcBorders>
          </w:tcPr>
          <w:p w14:paraId="378A8E6C" w14:textId="77777777" w:rsidR="0097296A" w:rsidRPr="007204D9" w:rsidRDefault="0097296A"/>
        </w:tc>
        <w:tc>
          <w:tcPr>
            <w:tcW w:w="2077" w:type="dxa"/>
            <w:vMerge/>
            <w:tcBorders>
              <w:top w:val="single" w:sz="4" w:space="0" w:color="auto"/>
              <w:left w:val="single" w:sz="4" w:space="0" w:color="auto"/>
              <w:bottom w:val="single" w:sz="4" w:space="0" w:color="auto"/>
              <w:right w:val="single" w:sz="4" w:space="0" w:color="auto"/>
            </w:tcBorders>
          </w:tcPr>
          <w:p w14:paraId="59869E79" w14:textId="77777777" w:rsidR="0097296A" w:rsidRPr="007204D9" w:rsidRDefault="0097296A"/>
        </w:tc>
        <w:tc>
          <w:tcPr>
            <w:tcW w:w="865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C7A6E9C"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r w:rsidR="0097296A" w:rsidRPr="007204D9" w14:paraId="3B70FFDE" w14:textId="77777777">
        <w:trPr>
          <w:trHeight w:val="1222"/>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285BAD5A" w14:textId="77777777" w:rsidR="0097296A" w:rsidRPr="007204D9" w:rsidRDefault="00000000">
            <w:pPr>
              <w:autoSpaceDE w:val="0"/>
              <w:autoSpaceDN w:val="0"/>
              <w:spacing w:before="1768" w:after="0" w:line="200" w:lineRule="exact"/>
              <w:jc w:val="center"/>
            </w:pPr>
            <w:r w:rsidRPr="007204D9">
              <w:rPr>
                <w:color w:val="000000"/>
                <w:sz w:val="18"/>
              </w:rPr>
              <w:t xml:space="preserve">3.8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60161742" w14:textId="77777777" w:rsidR="0097296A" w:rsidRPr="007204D9" w:rsidRDefault="00000000">
            <w:pPr>
              <w:autoSpaceDE w:val="0"/>
              <w:autoSpaceDN w:val="0"/>
              <w:spacing w:before="1768" w:after="0" w:line="200" w:lineRule="exact"/>
              <w:jc w:val="center"/>
            </w:pPr>
            <w:r w:rsidRPr="007204D9">
              <w:rPr>
                <w:color w:val="000000"/>
                <w:sz w:val="18"/>
              </w:rPr>
              <w:t xml:space="preserve">3 </w:t>
            </w:r>
          </w:p>
        </w:tc>
        <w:tc>
          <w:tcPr>
            <w:tcW w:w="865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A871658" w14:textId="77777777" w:rsidR="0097296A" w:rsidRPr="007204D9" w:rsidRDefault="00000000">
            <w:pPr>
              <w:autoSpaceDE w:val="0"/>
              <w:autoSpaceDN w:val="0"/>
              <w:spacing w:before="180" w:after="0" w:line="206" w:lineRule="exact"/>
              <w:ind w:left="74" w:right="10"/>
              <w:jc w:val="both"/>
            </w:pPr>
            <w:r w:rsidRPr="007204D9">
              <w:rPr>
                <w:b/>
                <w:color w:val="000000"/>
                <w:sz w:val="18"/>
              </w:rPr>
              <w:t xml:space="preserve">Existem lavatórios exclusivos para a higienização das mãos na área de manipulação dos alimentos e que contenham sabonete líquido inodoro e </w:t>
            </w:r>
            <w:proofErr w:type="spellStart"/>
            <w:r w:rsidRPr="007204D9">
              <w:rPr>
                <w:b/>
                <w:color w:val="000000"/>
                <w:sz w:val="18"/>
              </w:rPr>
              <w:t>antisséptico</w:t>
            </w:r>
            <w:proofErr w:type="spellEnd"/>
            <w:r w:rsidRPr="007204D9">
              <w:rPr>
                <w:b/>
                <w:color w:val="000000"/>
                <w:sz w:val="18"/>
              </w:rPr>
              <w:t xml:space="preserve">, toalhas de papel não reciclado ou outro dispositivo de secagem das mãos e coletor de papel acionados sem contato manual? </w:t>
            </w:r>
            <w:r w:rsidRPr="007204D9">
              <w:rPr>
                <w:b/>
                <w:color w:val="000000"/>
                <w:sz w:val="18"/>
              </w:rPr>
              <w:t xml:space="preserve">(Doc. Ref.: Resolução RDC n° 216/2004 da ANVISA). </w:t>
            </w:r>
          </w:p>
        </w:tc>
      </w:tr>
      <w:tr w:rsidR="0097296A" w:rsidRPr="007204D9" w14:paraId="5F74BB4A" w14:textId="77777777" w:rsidTr="005E5D07">
        <w:trPr>
          <w:trHeight w:val="400"/>
        </w:trPr>
        <w:tc>
          <w:tcPr>
            <w:tcW w:w="2077" w:type="dxa"/>
            <w:vMerge/>
            <w:tcBorders>
              <w:top w:val="single" w:sz="4" w:space="0" w:color="auto"/>
              <w:left w:val="single" w:sz="4" w:space="0" w:color="auto"/>
              <w:bottom w:val="single" w:sz="3" w:space="0" w:color="auto"/>
              <w:right w:val="single" w:sz="4" w:space="0" w:color="auto"/>
            </w:tcBorders>
          </w:tcPr>
          <w:p w14:paraId="7914AF94" w14:textId="77777777" w:rsidR="0097296A" w:rsidRPr="007204D9" w:rsidRDefault="0097296A"/>
        </w:tc>
        <w:tc>
          <w:tcPr>
            <w:tcW w:w="2077" w:type="dxa"/>
            <w:vMerge/>
            <w:tcBorders>
              <w:top w:val="single" w:sz="4" w:space="0" w:color="auto"/>
              <w:left w:val="single" w:sz="4" w:space="0" w:color="auto"/>
              <w:bottom w:val="single" w:sz="3" w:space="0" w:color="auto"/>
              <w:right w:val="single" w:sz="4" w:space="0" w:color="auto"/>
            </w:tcBorders>
          </w:tcPr>
          <w:p w14:paraId="29A0A8FE"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137FE53A" w14:textId="77777777" w:rsidR="0097296A" w:rsidRPr="007204D9" w:rsidRDefault="00000000">
            <w:pPr>
              <w:autoSpaceDE w:val="0"/>
              <w:autoSpaceDN w:val="0"/>
              <w:spacing w:before="98" w:after="0" w:line="202" w:lineRule="exact"/>
              <w:ind w:left="74"/>
            </w:pPr>
            <w:r w:rsidRPr="007204D9">
              <w:rPr>
                <w:color w:val="000000"/>
                <w:sz w:val="18"/>
              </w:rPr>
              <w:t xml:space="preserve">Sim.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2C89AA74"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99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385CE973"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05AA6312" w14:textId="77777777" w:rsidTr="005E5D07">
        <w:trPr>
          <w:trHeight w:val="398"/>
        </w:trPr>
        <w:tc>
          <w:tcPr>
            <w:tcW w:w="2077" w:type="dxa"/>
            <w:vMerge/>
            <w:tcBorders>
              <w:top w:val="single" w:sz="4" w:space="0" w:color="auto"/>
              <w:left w:val="single" w:sz="4" w:space="0" w:color="auto"/>
              <w:bottom w:val="single" w:sz="3" w:space="0" w:color="auto"/>
              <w:right w:val="single" w:sz="4" w:space="0" w:color="auto"/>
            </w:tcBorders>
          </w:tcPr>
          <w:p w14:paraId="1C41EFE9" w14:textId="77777777" w:rsidR="0097296A" w:rsidRPr="007204D9" w:rsidRDefault="0097296A"/>
        </w:tc>
        <w:tc>
          <w:tcPr>
            <w:tcW w:w="2077" w:type="dxa"/>
            <w:vMerge/>
            <w:tcBorders>
              <w:top w:val="single" w:sz="4" w:space="0" w:color="auto"/>
              <w:left w:val="single" w:sz="4" w:space="0" w:color="auto"/>
              <w:bottom w:val="single" w:sz="3" w:space="0" w:color="auto"/>
              <w:right w:val="single" w:sz="4" w:space="0" w:color="auto"/>
            </w:tcBorders>
          </w:tcPr>
          <w:p w14:paraId="289D71F2" w14:textId="77777777" w:rsidR="0097296A" w:rsidRPr="007204D9" w:rsidRDefault="0097296A"/>
        </w:tc>
        <w:tc>
          <w:tcPr>
            <w:tcW w:w="7128" w:type="dxa"/>
            <w:tcBorders>
              <w:top w:val="single" w:sz="4" w:space="0" w:color="auto"/>
              <w:left w:val="single" w:sz="4" w:space="0" w:color="auto"/>
              <w:bottom w:val="single" w:sz="3" w:space="0" w:color="auto"/>
              <w:right w:val="single" w:sz="4" w:space="0" w:color="auto"/>
            </w:tcBorders>
            <w:tcMar>
              <w:left w:w="0" w:type="dxa"/>
              <w:right w:w="0" w:type="dxa"/>
            </w:tcMar>
          </w:tcPr>
          <w:p w14:paraId="3B292283" w14:textId="77777777" w:rsidR="0097296A" w:rsidRPr="007204D9" w:rsidRDefault="00000000">
            <w:pPr>
              <w:autoSpaceDE w:val="0"/>
              <w:autoSpaceDN w:val="0"/>
              <w:spacing w:before="96" w:after="0" w:line="202" w:lineRule="exact"/>
              <w:ind w:left="74"/>
            </w:pPr>
            <w:r w:rsidRPr="007204D9">
              <w:rPr>
                <w:color w:val="000000"/>
                <w:sz w:val="18"/>
              </w:rPr>
              <w:t xml:space="preserve">Não. </w:t>
            </w:r>
          </w:p>
        </w:tc>
        <w:tc>
          <w:tcPr>
            <w:tcW w:w="530" w:type="dxa"/>
            <w:tcBorders>
              <w:top w:val="single" w:sz="4" w:space="0" w:color="auto"/>
              <w:left w:val="single" w:sz="4" w:space="0" w:color="auto"/>
              <w:bottom w:val="single" w:sz="3" w:space="0" w:color="auto"/>
              <w:right w:val="single" w:sz="4" w:space="0" w:color="auto"/>
            </w:tcBorders>
            <w:tcMar>
              <w:left w:w="0" w:type="dxa"/>
              <w:right w:w="0" w:type="dxa"/>
            </w:tcMar>
          </w:tcPr>
          <w:p w14:paraId="341DCE03" w14:textId="77777777" w:rsidR="0097296A" w:rsidRPr="007204D9" w:rsidRDefault="00000000">
            <w:pPr>
              <w:autoSpaceDE w:val="0"/>
              <w:autoSpaceDN w:val="0"/>
              <w:spacing w:before="96" w:after="0" w:line="202" w:lineRule="exact"/>
              <w:jc w:val="center"/>
            </w:pPr>
            <w:r w:rsidRPr="007204D9">
              <w:rPr>
                <w:color w:val="000000"/>
                <w:sz w:val="18"/>
              </w:rPr>
              <w:t>NAT</w:t>
            </w:r>
          </w:p>
        </w:tc>
        <w:tc>
          <w:tcPr>
            <w:tcW w:w="994"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76751B6F"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119916EA" w14:textId="77777777">
        <w:trPr>
          <w:trHeight w:val="402"/>
        </w:trPr>
        <w:tc>
          <w:tcPr>
            <w:tcW w:w="2077" w:type="dxa"/>
            <w:vMerge/>
            <w:tcBorders>
              <w:top w:val="single" w:sz="4" w:space="0" w:color="auto"/>
              <w:left w:val="single" w:sz="4" w:space="0" w:color="auto"/>
              <w:bottom w:val="single" w:sz="3" w:space="0" w:color="auto"/>
              <w:right w:val="single" w:sz="4" w:space="0" w:color="auto"/>
            </w:tcBorders>
          </w:tcPr>
          <w:p w14:paraId="74A752D2" w14:textId="77777777" w:rsidR="0097296A" w:rsidRPr="007204D9" w:rsidRDefault="0097296A"/>
        </w:tc>
        <w:tc>
          <w:tcPr>
            <w:tcW w:w="2077" w:type="dxa"/>
            <w:vMerge/>
            <w:tcBorders>
              <w:top w:val="single" w:sz="4" w:space="0" w:color="auto"/>
              <w:left w:val="single" w:sz="4" w:space="0" w:color="auto"/>
              <w:bottom w:val="single" w:sz="3" w:space="0" w:color="auto"/>
              <w:right w:val="single" w:sz="4" w:space="0" w:color="auto"/>
            </w:tcBorders>
          </w:tcPr>
          <w:p w14:paraId="522145B6" w14:textId="77777777" w:rsidR="0097296A" w:rsidRPr="007204D9" w:rsidRDefault="0097296A"/>
        </w:tc>
        <w:tc>
          <w:tcPr>
            <w:tcW w:w="7128" w:type="dxa"/>
            <w:tcBorders>
              <w:top w:val="single" w:sz="3" w:space="0" w:color="auto"/>
              <w:left w:val="single" w:sz="4" w:space="0" w:color="auto"/>
              <w:bottom w:val="single" w:sz="4" w:space="0" w:color="auto"/>
              <w:right w:val="single" w:sz="4" w:space="0" w:color="auto"/>
            </w:tcBorders>
            <w:tcMar>
              <w:left w:w="0" w:type="dxa"/>
              <w:right w:w="0" w:type="dxa"/>
            </w:tcMar>
          </w:tcPr>
          <w:p w14:paraId="617C4808" w14:textId="77777777" w:rsidR="0097296A" w:rsidRPr="007204D9" w:rsidRDefault="00000000">
            <w:pPr>
              <w:autoSpaceDE w:val="0"/>
              <w:autoSpaceDN w:val="0"/>
              <w:spacing w:before="98" w:after="0" w:line="200" w:lineRule="exact"/>
              <w:ind w:left="74"/>
            </w:pPr>
            <w:r w:rsidRPr="007204D9">
              <w:rPr>
                <w:color w:val="000000"/>
                <w:sz w:val="18"/>
              </w:rPr>
              <w:t xml:space="preserve">Não se aplica. Não há áreas de venda e manipulação de alimentos. </w:t>
            </w:r>
          </w:p>
        </w:tc>
        <w:tc>
          <w:tcPr>
            <w:tcW w:w="530" w:type="dxa"/>
            <w:tcBorders>
              <w:top w:val="single" w:sz="3" w:space="0" w:color="auto"/>
              <w:left w:val="single" w:sz="4" w:space="0" w:color="auto"/>
              <w:bottom w:val="single" w:sz="4" w:space="0" w:color="auto"/>
              <w:right w:val="single" w:sz="4" w:space="0" w:color="auto"/>
            </w:tcBorders>
            <w:tcMar>
              <w:left w:w="0" w:type="dxa"/>
              <w:right w:w="0" w:type="dxa"/>
            </w:tcMar>
          </w:tcPr>
          <w:p w14:paraId="77E450D7" w14:textId="77777777" w:rsidR="0097296A" w:rsidRPr="007204D9" w:rsidRDefault="00000000">
            <w:pPr>
              <w:autoSpaceDE w:val="0"/>
              <w:autoSpaceDN w:val="0"/>
              <w:spacing w:before="98" w:after="0" w:line="200" w:lineRule="exact"/>
              <w:jc w:val="center"/>
            </w:pPr>
            <w:r w:rsidRPr="007204D9">
              <w:rPr>
                <w:color w:val="000000"/>
                <w:sz w:val="18"/>
              </w:rPr>
              <w:t>NAP</w:t>
            </w:r>
          </w:p>
        </w:tc>
        <w:tc>
          <w:tcPr>
            <w:tcW w:w="994" w:type="dxa"/>
            <w:tcBorders>
              <w:top w:val="single" w:sz="3" w:space="0" w:color="auto"/>
              <w:left w:val="single" w:sz="4" w:space="0" w:color="auto"/>
              <w:bottom w:val="single" w:sz="4" w:space="0" w:color="auto"/>
              <w:right w:val="single" w:sz="4" w:space="0" w:color="auto"/>
            </w:tcBorders>
            <w:tcMar>
              <w:left w:w="0" w:type="dxa"/>
              <w:right w:w="0" w:type="dxa"/>
            </w:tcMar>
          </w:tcPr>
          <w:p w14:paraId="0CFE4491"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03A176E4" w14:textId="77777777">
        <w:trPr>
          <w:trHeight w:val="394"/>
        </w:trPr>
        <w:tc>
          <w:tcPr>
            <w:tcW w:w="2077" w:type="dxa"/>
            <w:vMerge/>
            <w:tcBorders>
              <w:top w:val="single" w:sz="4" w:space="0" w:color="auto"/>
              <w:left w:val="single" w:sz="4" w:space="0" w:color="auto"/>
              <w:bottom w:val="single" w:sz="3" w:space="0" w:color="auto"/>
              <w:right w:val="single" w:sz="4" w:space="0" w:color="auto"/>
            </w:tcBorders>
          </w:tcPr>
          <w:p w14:paraId="3910D73D" w14:textId="77777777" w:rsidR="0097296A" w:rsidRPr="007204D9" w:rsidRDefault="0097296A"/>
        </w:tc>
        <w:tc>
          <w:tcPr>
            <w:tcW w:w="2077" w:type="dxa"/>
            <w:vMerge/>
            <w:tcBorders>
              <w:top w:val="single" w:sz="4" w:space="0" w:color="auto"/>
              <w:left w:val="single" w:sz="4" w:space="0" w:color="auto"/>
              <w:bottom w:val="single" w:sz="3" w:space="0" w:color="auto"/>
              <w:right w:val="single" w:sz="4" w:space="0" w:color="auto"/>
            </w:tcBorders>
          </w:tcPr>
          <w:p w14:paraId="561E1CE5"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5C475FF2"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3938B030"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994" w:type="dxa"/>
            <w:tcBorders>
              <w:top w:val="single" w:sz="4" w:space="0" w:color="auto"/>
              <w:left w:val="single" w:sz="4" w:space="0" w:color="auto"/>
              <w:bottom w:val="single" w:sz="4" w:space="0" w:color="auto"/>
              <w:right w:val="single" w:sz="4" w:space="0" w:color="auto"/>
            </w:tcBorders>
            <w:tcMar>
              <w:left w:w="0" w:type="dxa"/>
              <w:right w:w="0" w:type="dxa"/>
            </w:tcMar>
          </w:tcPr>
          <w:p w14:paraId="4ECC0325"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FEF2AEA" w14:textId="77777777">
        <w:trPr>
          <w:trHeight w:val="920"/>
        </w:trPr>
        <w:tc>
          <w:tcPr>
            <w:tcW w:w="2077" w:type="dxa"/>
            <w:vMerge/>
            <w:tcBorders>
              <w:top w:val="single" w:sz="4" w:space="0" w:color="auto"/>
              <w:left w:val="single" w:sz="4" w:space="0" w:color="auto"/>
              <w:bottom w:val="single" w:sz="3" w:space="0" w:color="auto"/>
              <w:right w:val="single" w:sz="4" w:space="0" w:color="auto"/>
            </w:tcBorders>
          </w:tcPr>
          <w:p w14:paraId="645AB123" w14:textId="77777777" w:rsidR="0097296A" w:rsidRPr="007204D9" w:rsidRDefault="0097296A"/>
        </w:tc>
        <w:tc>
          <w:tcPr>
            <w:tcW w:w="2077" w:type="dxa"/>
            <w:vMerge/>
            <w:tcBorders>
              <w:top w:val="single" w:sz="4" w:space="0" w:color="auto"/>
              <w:left w:val="single" w:sz="4" w:space="0" w:color="auto"/>
              <w:bottom w:val="single" w:sz="3" w:space="0" w:color="auto"/>
              <w:right w:val="single" w:sz="4" w:space="0" w:color="auto"/>
            </w:tcBorders>
          </w:tcPr>
          <w:p w14:paraId="064A8148" w14:textId="77777777" w:rsidR="0097296A" w:rsidRPr="007204D9" w:rsidRDefault="0097296A"/>
        </w:tc>
        <w:tc>
          <w:tcPr>
            <w:tcW w:w="8652"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734E5A68" w14:textId="77777777" w:rsidR="0097296A" w:rsidRPr="007204D9" w:rsidRDefault="00000000">
            <w:pPr>
              <w:autoSpaceDE w:val="0"/>
              <w:autoSpaceDN w:val="0"/>
              <w:spacing w:before="8" w:after="0" w:line="200" w:lineRule="exact"/>
              <w:ind w:left="74"/>
            </w:pPr>
            <w:r w:rsidRPr="007204D9">
              <w:rPr>
                <w:color w:val="000000"/>
                <w:sz w:val="18"/>
              </w:rPr>
              <w:t xml:space="preserve">Comentário: </w:t>
            </w:r>
          </w:p>
        </w:tc>
      </w:tr>
      <w:tr w:rsidR="0097296A" w:rsidRPr="007204D9" w14:paraId="0DAA5C78" w14:textId="77777777">
        <w:trPr>
          <w:trHeight w:val="1088"/>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354E1279" w14:textId="77777777" w:rsidR="0097296A" w:rsidRPr="007204D9" w:rsidRDefault="00000000">
            <w:pPr>
              <w:autoSpaceDE w:val="0"/>
              <w:autoSpaceDN w:val="0"/>
              <w:spacing w:before="1700" w:after="0" w:line="202" w:lineRule="exact"/>
              <w:jc w:val="center"/>
            </w:pPr>
            <w:r w:rsidRPr="007204D9">
              <w:rPr>
                <w:color w:val="000000"/>
                <w:sz w:val="18"/>
              </w:rPr>
              <w:t xml:space="preserve">3.9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F278008" w14:textId="77777777" w:rsidR="0097296A" w:rsidRPr="007204D9" w:rsidRDefault="00000000">
            <w:pPr>
              <w:autoSpaceDE w:val="0"/>
              <w:autoSpaceDN w:val="0"/>
              <w:spacing w:before="1700" w:after="0" w:line="202" w:lineRule="exact"/>
              <w:jc w:val="center"/>
            </w:pPr>
            <w:r w:rsidRPr="007204D9">
              <w:rPr>
                <w:color w:val="000000"/>
                <w:sz w:val="18"/>
              </w:rPr>
              <w:t xml:space="preserve">3 </w:t>
            </w:r>
          </w:p>
        </w:tc>
        <w:tc>
          <w:tcPr>
            <w:tcW w:w="865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79675EBC" w14:textId="77777777" w:rsidR="0097296A" w:rsidRPr="007204D9" w:rsidRDefault="00000000">
            <w:pPr>
              <w:autoSpaceDE w:val="0"/>
              <w:autoSpaceDN w:val="0"/>
              <w:spacing w:before="220" w:after="0" w:line="206" w:lineRule="exact"/>
              <w:ind w:left="74"/>
              <w:jc w:val="both"/>
            </w:pPr>
            <w:r w:rsidRPr="007204D9">
              <w:rPr>
                <w:b/>
                <w:color w:val="000000"/>
                <w:sz w:val="18"/>
              </w:rPr>
              <w:t xml:space="preserve">As áreas de recebimento de dinheiro, cartões e outros são reservados para este fim de maneira que o funcionário que manipula o alimento (embalado ou não) não seja o mesmo que recebe o pagamento pelo produto? </w:t>
            </w:r>
            <w:r w:rsidRPr="007204D9">
              <w:rPr>
                <w:b/>
                <w:color w:val="000000"/>
                <w:sz w:val="18"/>
              </w:rPr>
              <w:t xml:space="preserve">(Doc. Ref.: Resolução RDC n° 216/2004 da ANVISA). </w:t>
            </w:r>
          </w:p>
        </w:tc>
      </w:tr>
      <w:tr w:rsidR="0097296A" w:rsidRPr="007204D9" w14:paraId="32C4EB4A" w14:textId="77777777" w:rsidTr="005E5D07">
        <w:trPr>
          <w:trHeight w:val="398"/>
        </w:trPr>
        <w:tc>
          <w:tcPr>
            <w:tcW w:w="2077" w:type="dxa"/>
            <w:vMerge/>
            <w:tcBorders>
              <w:top w:val="single" w:sz="3" w:space="0" w:color="auto"/>
              <w:left w:val="single" w:sz="4" w:space="0" w:color="auto"/>
              <w:bottom w:val="single" w:sz="4" w:space="0" w:color="auto"/>
              <w:right w:val="single" w:sz="4" w:space="0" w:color="auto"/>
            </w:tcBorders>
          </w:tcPr>
          <w:p w14:paraId="5BAA18F8"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278CD6D5"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611A8311" w14:textId="77777777" w:rsidR="0097296A" w:rsidRPr="007204D9" w:rsidRDefault="00000000">
            <w:pPr>
              <w:autoSpaceDE w:val="0"/>
              <w:autoSpaceDN w:val="0"/>
              <w:spacing w:before="98" w:after="0" w:line="202" w:lineRule="exact"/>
              <w:ind w:left="74"/>
            </w:pPr>
            <w:r w:rsidRPr="007204D9">
              <w:rPr>
                <w:color w:val="000000"/>
                <w:sz w:val="18"/>
              </w:rPr>
              <w:t xml:space="preserve">Sim.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51230D46"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99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48C11810"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13AA0E26" w14:textId="77777777" w:rsidTr="005E5D07">
        <w:trPr>
          <w:trHeight w:val="402"/>
        </w:trPr>
        <w:tc>
          <w:tcPr>
            <w:tcW w:w="2077" w:type="dxa"/>
            <w:vMerge/>
            <w:tcBorders>
              <w:top w:val="single" w:sz="3" w:space="0" w:color="auto"/>
              <w:left w:val="single" w:sz="4" w:space="0" w:color="auto"/>
              <w:bottom w:val="single" w:sz="4" w:space="0" w:color="auto"/>
              <w:right w:val="single" w:sz="4" w:space="0" w:color="auto"/>
            </w:tcBorders>
          </w:tcPr>
          <w:p w14:paraId="478348AE"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12880A0A"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07F5D869" w14:textId="77777777" w:rsidR="0097296A" w:rsidRPr="007204D9" w:rsidRDefault="00000000">
            <w:pPr>
              <w:autoSpaceDE w:val="0"/>
              <w:autoSpaceDN w:val="0"/>
              <w:spacing w:before="100" w:after="0" w:line="200"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7D7BDF26" w14:textId="77777777" w:rsidR="0097296A" w:rsidRPr="007204D9" w:rsidRDefault="00000000">
            <w:pPr>
              <w:autoSpaceDE w:val="0"/>
              <w:autoSpaceDN w:val="0"/>
              <w:spacing w:before="100" w:after="0" w:line="200" w:lineRule="exact"/>
              <w:jc w:val="center"/>
            </w:pPr>
            <w:r w:rsidRPr="007204D9">
              <w:rPr>
                <w:color w:val="000000"/>
                <w:sz w:val="18"/>
              </w:rPr>
              <w:t>NAT</w:t>
            </w:r>
          </w:p>
        </w:tc>
        <w:tc>
          <w:tcPr>
            <w:tcW w:w="994"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142CBF0D" w14:textId="77777777" w:rsidR="0097296A" w:rsidRPr="007204D9" w:rsidRDefault="00000000">
            <w:pPr>
              <w:autoSpaceDE w:val="0"/>
              <w:autoSpaceDN w:val="0"/>
              <w:spacing w:before="100" w:after="0" w:line="200" w:lineRule="exact"/>
              <w:jc w:val="center"/>
            </w:pPr>
            <w:r w:rsidRPr="007204D9">
              <w:rPr>
                <w:color w:val="000000"/>
                <w:sz w:val="18"/>
              </w:rPr>
              <w:t xml:space="preserve">3 </w:t>
            </w:r>
          </w:p>
        </w:tc>
      </w:tr>
      <w:tr w:rsidR="0097296A" w:rsidRPr="007204D9" w14:paraId="690C389F" w14:textId="77777777">
        <w:trPr>
          <w:trHeight w:val="400"/>
        </w:trPr>
        <w:tc>
          <w:tcPr>
            <w:tcW w:w="2077" w:type="dxa"/>
            <w:vMerge/>
            <w:tcBorders>
              <w:top w:val="single" w:sz="3" w:space="0" w:color="auto"/>
              <w:left w:val="single" w:sz="4" w:space="0" w:color="auto"/>
              <w:bottom w:val="single" w:sz="4" w:space="0" w:color="auto"/>
              <w:right w:val="single" w:sz="4" w:space="0" w:color="auto"/>
            </w:tcBorders>
          </w:tcPr>
          <w:p w14:paraId="7DED72A9"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1954B9B4"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6264EF0D" w14:textId="77777777" w:rsidR="0097296A" w:rsidRPr="007204D9" w:rsidRDefault="00000000">
            <w:pPr>
              <w:autoSpaceDE w:val="0"/>
              <w:autoSpaceDN w:val="0"/>
              <w:spacing w:before="96" w:after="0" w:line="200" w:lineRule="exact"/>
              <w:ind w:left="74"/>
            </w:pPr>
            <w:r w:rsidRPr="007204D9">
              <w:rPr>
                <w:color w:val="000000"/>
                <w:sz w:val="18"/>
              </w:rPr>
              <w:t xml:space="preserve">Não se aplica. Não há venda e manipulação de alimentos no estádio.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5533BC8F"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994" w:type="dxa"/>
            <w:tcBorders>
              <w:top w:val="single" w:sz="4" w:space="0" w:color="auto"/>
              <w:left w:val="single" w:sz="4" w:space="0" w:color="auto"/>
              <w:bottom w:val="single" w:sz="4" w:space="0" w:color="auto"/>
              <w:right w:val="single" w:sz="4" w:space="0" w:color="auto"/>
            </w:tcBorders>
            <w:tcMar>
              <w:left w:w="0" w:type="dxa"/>
              <w:right w:w="0" w:type="dxa"/>
            </w:tcMar>
          </w:tcPr>
          <w:p w14:paraId="3CD596F0"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4FA301BF" w14:textId="77777777">
        <w:trPr>
          <w:trHeight w:val="398"/>
        </w:trPr>
        <w:tc>
          <w:tcPr>
            <w:tcW w:w="2077" w:type="dxa"/>
            <w:vMerge/>
            <w:tcBorders>
              <w:top w:val="single" w:sz="3" w:space="0" w:color="auto"/>
              <w:left w:val="single" w:sz="4" w:space="0" w:color="auto"/>
              <w:bottom w:val="single" w:sz="4" w:space="0" w:color="auto"/>
              <w:right w:val="single" w:sz="4" w:space="0" w:color="auto"/>
            </w:tcBorders>
          </w:tcPr>
          <w:p w14:paraId="14E517E3"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33D21710"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1DCB921D"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25B11916"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994" w:type="dxa"/>
            <w:tcBorders>
              <w:top w:val="single" w:sz="4" w:space="0" w:color="auto"/>
              <w:left w:val="single" w:sz="4" w:space="0" w:color="auto"/>
              <w:bottom w:val="single" w:sz="4" w:space="0" w:color="auto"/>
              <w:right w:val="single" w:sz="4" w:space="0" w:color="auto"/>
            </w:tcBorders>
            <w:tcMar>
              <w:left w:w="0" w:type="dxa"/>
              <w:right w:w="0" w:type="dxa"/>
            </w:tcMar>
          </w:tcPr>
          <w:p w14:paraId="161C1D76"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45E264DF" w14:textId="77777777">
        <w:trPr>
          <w:trHeight w:val="920"/>
        </w:trPr>
        <w:tc>
          <w:tcPr>
            <w:tcW w:w="2077" w:type="dxa"/>
            <w:vMerge/>
            <w:tcBorders>
              <w:top w:val="single" w:sz="3" w:space="0" w:color="auto"/>
              <w:left w:val="single" w:sz="4" w:space="0" w:color="auto"/>
              <w:bottom w:val="single" w:sz="4" w:space="0" w:color="auto"/>
              <w:right w:val="single" w:sz="4" w:space="0" w:color="auto"/>
            </w:tcBorders>
          </w:tcPr>
          <w:p w14:paraId="3B86D9F9" w14:textId="77777777" w:rsidR="0097296A" w:rsidRPr="007204D9" w:rsidRDefault="0097296A"/>
        </w:tc>
        <w:tc>
          <w:tcPr>
            <w:tcW w:w="2077" w:type="dxa"/>
            <w:vMerge/>
            <w:tcBorders>
              <w:top w:val="single" w:sz="3" w:space="0" w:color="auto"/>
              <w:left w:val="single" w:sz="4" w:space="0" w:color="auto"/>
              <w:bottom w:val="single" w:sz="4" w:space="0" w:color="auto"/>
              <w:right w:val="single" w:sz="4" w:space="0" w:color="auto"/>
            </w:tcBorders>
          </w:tcPr>
          <w:p w14:paraId="3F64FA47" w14:textId="77777777" w:rsidR="0097296A" w:rsidRPr="007204D9" w:rsidRDefault="0097296A"/>
        </w:tc>
        <w:tc>
          <w:tcPr>
            <w:tcW w:w="865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FE240F3" w14:textId="77777777" w:rsidR="0097296A" w:rsidRPr="007204D9" w:rsidRDefault="00000000">
            <w:pPr>
              <w:autoSpaceDE w:val="0"/>
              <w:autoSpaceDN w:val="0"/>
              <w:spacing w:before="4" w:after="0" w:line="200" w:lineRule="exact"/>
              <w:ind w:left="74"/>
            </w:pPr>
            <w:r w:rsidRPr="007204D9">
              <w:rPr>
                <w:color w:val="000000"/>
                <w:sz w:val="18"/>
              </w:rPr>
              <w:t xml:space="preserve">Comentário: </w:t>
            </w:r>
          </w:p>
        </w:tc>
      </w:tr>
    </w:tbl>
    <w:p w14:paraId="19449A80" w14:textId="77777777" w:rsidR="0097296A" w:rsidRPr="007204D9" w:rsidRDefault="00000000">
      <w:pPr>
        <w:autoSpaceDE w:val="0"/>
        <w:autoSpaceDN w:val="0"/>
        <w:spacing w:before="864" w:after="0" w:line="266" w:lineRule="exact"/>
        <w:ind w:right="74"/>
        <w:jc w:val="right"/>
      </w:pPr>
      <w:r w:rsidRPr="007204D9">
        <w:rPr>
          <w:color w:val="000000"/>
          <w:sz w:val="24"/>
        </w:rPr>
        <w:t>14</w:t>
      </w:r>
    </w:p>
    <w:p w14:paraId="77E7F205" w14:textId="77777777" w:rsidR="0097296A" w:rsidRPr="007204D9" w:rsidRDefault="0097296A">
      <w:pPr>
        <w:sectPr w:rsidR="0097296A" w:rsidRPr="007204D9">
          <w:pgSz w:w="11906" w:h="16838"/>
          <w:pgMar w:top="340" w:right="646" w:bottom="340" w:left="876" w:header="720" w:footer="720" w:gutter="0"/>
          <w:cols w:space="720"/>
          <w:docGrid w:linePitch="360"/>
        </w:sectPr>
      </w:pPr>
    </w:p>
    <w:p w14:paraId="183C9BA3"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228"/>
        <w:gridCol w:w="568"/>
        <w:gridCol w:w="850"/>
      </w:tblGrid>
      <w:tr w:rsidR="0097296A" w:rsidRPr="007204D9" w14:paraId="180DE923" w14:textId="77777777">
        <w:trPr>
          <w:trHeight w:val="864"/>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82B6C64" w14:textId="77777777" w:rsidR="0097296A" w:rsidRPr="007204D9" w:rsidRDefault="00000000">
            <w:pPr>
              <w:autoSpaceDE w:val="0"/>
              <w:autoSpaceDN w:val="0"/>
              <w:spacing w:before="1712" w:after="0" w:line="202" w:lineRule="exact"/>
              <w:jc w:val="center"/>
            </w:pPr>
            <w:r w:rsidRPr="007204D9">
              <w:rPr>
                <w:color w:val="000000"/>
                <w:sz w:val="18"/>
              </w:rPr>
              <w:t xml:space="preserve">3.10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4EA30A9" w14:textId="77777777" w:rsidR="0097296A" w:rsidRPr="007204D9" w:rsidRDefault="00000000">
            <w:pPr>
              <w:autoSpaceDE w:val="0"/>
              <w:autoSpaceDN w:val="0"/>
              <w:spacing w:before="1712" w:after="0" w:line="202" w:lineRule="exact"/>
              <w:jc w:val="center"/>
            </w:pPr>
            <w:r w:rsidRPr="007204D9">
              <w:rPr>
                <w:color w:val="000000"/>
                <w:sz w:val="18"/>
              </w:rPr>
              <w:t xml:space="preserve">3 </w:t>
            </w:r>
          </w:p>
        </w:tc>
        <w:tc>
          <w:tcPr>
            <w:tcW w:w="8646" w:type="dxa"/>
            <w:gridSpan w:val="3"/>
            <w:tcBorders>
              <w:top w:val="single" w:sz="3" w:space="0" w:color="auto"/>
              <w:left w:val="single" w:sz="4" w:space="0" w:color="auto"/>
              <w:bottom w:val="single" w:sz="3" w:space="0" w:color="auto"/>
              <w:right w:val="single" w:sz="4" w:space="0" w:color="auto"/>
            </w:tcBorders>
            <w:tcMar>
              <w:left w:w="0" w:type="dxa"/>
              <w:right w:w="0" w:type="dxa"/>
            </w:tcMar>
          </w:tcPr>
          <w:p w14:paraId="0759B8A9" w14:textId="77777777" w:rsidR="0097296A" w:rsidRPr="007204D9" w:rsidRDefault="00000000">
            <w:pPr>
              <w:autoSpaceDE w:val="0"/>
              <w:autoSpaceDN w:val="0"/>
              <w:spacing w:before="104" w:after="0" w:line="208" w:lineRule="exact"/>
              <w:ind w:left="74" w:right="2"/>
              <w:jc w:val="both"/>
            </w:pPr>
            <w:r w:rsidRPr="007204D9">
              <w:rPr>
                <w:b/>
                <w:color w:val="000000"/>
                <w:sz w:val="18"/>
              </w:rPr>
              <w:t xml:space="preserve">Os alimentos perecíveis são dispostos em local adequado (geladeiras, câmaras frigoríficas, freezers, estufas, vitrines </w:t>
            </w:r>
            <w:proofErr w:type="gramStart"/>
            <w:r w:rsidRPr="007204D9">
              <w:rPr>
                <w:b/>
                <w:color w:val="000000"/>
                <w:sz w:val="18"/>
              </w:rPr>
              <w:t xml:space="preserve">expositoras, </w:t>
            </w:r>
            <w:proofErr w:type="spellStart"/>
            <w:r w:rsidRPr="007204D9">
              <w:rPr>
                <w:b/>
                <w:color w:val="000000"/>
                <w:sz w:val="18"/>
              </w:rPr>
              <w:t>etc</w:t>
            </w:r>
            <w:proofErr w:type="spellEnd"/>
            <w:proofErr w:type="gramEnd"/>
            <w:r w:rsidRPr="007204D9">
              <w:rPr>
                <w:b/>
                <w:color w:val="000000"/>
                <w:sz w:val="18"/>
              </w:rPr>
              <w:t xml:space="preserve">) para a manutenção de sua qualidade e da segurança </w:t>
            </w:r>
            <w:proofErr w:type="gramStart"/>
            <w:r w:rsidRPr="007204D9">
              <w:rPr>
                <w:b/>
                <w:color w:val="000000"/>
                <w:sz w:val="18"/>
              </w:rPr>
              <w:t>alimentar ?</w:t>
            </w:r>
            <w:proofErr w:type="gramEnd"/>
            <w:r w:rsidRPr="007204D9">
              <w:rPr>
                <w:b/>
                <w:color w:val="000000"/>
                <w:sz w:val="18"/>
              </w:rPr>
              <w:t xml:space="preserve"> </w:t>
            </w:r>
            <w:r w:rsidRPr="007204D9">
              <w:rPr>
                <w:b/>
                <w:color w:val="000000"/>
                <w:sz w:val="18"/>
              </w:rPr>
              <w:t xml:space="preserve">(Doc. Ref.: Resolução RDC n° 216/2004 da ANVISA). </w:t>
            </w:r>
          </w:p>
        </w:tc>
      </w:tr>
      <w:tr w:rsidR="0097296A" w:rsidRPr="007204D9" w14:paraId="2638D12F" w14:textId="77777777" w:rsidTr="005E5D07">
        <w:trPr>
          <w:trHeight w:val="422"/>
        </w:trPr>
        <w:tc>
          <w:tcPr>
            <w:tcW w:w="2076" w:type="dxa"/>
            <w:vMerge/>
            <w:tcBorders>
              <w:top w:val="single" w:sz="3" w:space="0" w:color="auto"/>
              <w:left w:val="single" w:sz="4" w:space="0" w:color="auto"/>
              <w:bottom w:val="single" w:sz="4" w:space="0" w:color="auto"/>
              <w:right w:val="single" w:sz="4" w:space="0" w:color="auto"/>
            </w:tcBorders>
          </w:tcPr>
          <w:p w14:paraId="68B5B0F7"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1D52D7FD"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0E34B9BD" w14:textId="77777777" w:rsidR="0097296A" w:rsidRPr="007204D9" w:rsidRDefault="00000000">
            <w:pPr>
              <w:autoSpaceDE w:val="0"/>
              <w:autoSpaceDN w:val="0"/>
              <w:spacing w:after="0" w:line="204" w:lineRule="exact"/>
              <w:ind w:left="74"/>
            </w:pPr>
            <w:r w:rsidRPr="007204D9">
              <w:rPr>
                <w:color w:val="000000"/>
                <w:sz w:val="18"/>
              </w:rPr>
              <w:t xml:space="preserve">Sim, os alimentos estão bem armazenados e dispostos em local com temperatura adequada.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17C63D50" w14:textId="77777777" w:rsidR="0097296A" w:rsidRPr="007204D9" w:rsidRDefault="00000000">
            <w:pPr>
              <w:autoSpaceDE w:val="0"/>
              <w:autoSpaceDN w:val="0"/>
              <w:spacing w:before="110" w:after="0" w:line="200" w:lineRule="exact"/>
              <w:jc w:val="center"/>
            </w:pPr>
            <w:r w:rsidRPr="007204D9">
              <w:rPr>
                <w:color w:val="000000"/>
                <w:sz w:val="18"/>
              </w:rPr>
              <w:t xml:space="preserve">AT </w:t>
            </w:r>
          </w:p>
        </w:tc>
        <w:tc>
          <w:tcPr>
            <w:tcW w:w="850" w:type="dxa"/>
            <w:tcBorders>
              <w:top w:val="single" w:sz="3" w:space="0" w:color="auto"/>
              <w:left w:val="single" w:sz="3" w:space="0" w:color="auto"/>
              <w:bottom w:val="single" w:sz="4" w:space="0" w:color="auto"/>
              <w:right w:val="single" w:sz="4" w:space="0" w:color="auto"/>
            </w:tcBorders>
            <w:shd w:val="clear" w:color="auto" w:fill="92D050"/>
            <w:tcMar>
              <w:left w:w="0" w:type="dxa"/>
              <w:right w:w="0" w:type="dxa"/>
            </w:tcMar>
          </w:tcPr>
          <w:p w14:paraId="2B2ADBA3" w14:textId="77777777" w:rsidR="0097296A" w:rsidRPr="007204D9" w:rsidRDefault="00000000">
            <w:pPr>
              <w:autoSpaceDE w:val="0"/>
              <w:autoSpaceDN w:val="0"/>
              <w:spacing w:before="110" w:after="0" w:line="200" w:lineRule="exact"/>
              <w:jc w:val="center"/>
            </w:pPr>
            <w:r w:rsidRPr="007204D9">
              <w:rPr>
                <w:color w:val="000000"/>
                <w:sz w:val="18"/>
              </w:rPr>
              <w:t xml:space="preserve">1 </w:t>
            </w:r>
          </w:p>
        </w:tc>
      </w:tr>
      <w:tr w:rsidR="0097296A" w:rsidRPr="007204D9" w14:paraId="324C8593" w14:textId="77777777" w:rsidTr="005E5D07">
        <w:trPr>
          <w:trHeight w:val="622"/>
        </w:trPr>
        <w:tc>
          <w:tcPr>
            <w:tcW w:w="2076" w:type="dxa"/>
            <w:vMerge/>
            <w:tcBorders>
              <w:top w:val="single" w:sz="3" w:space="0" w:color="auto"/>
              <w:left w:val="single" w:sz="4" w:space="0" w:color="auto"/>
              <w:bottom w:val="single" w:sz="4" w:space="0" w:color="auto"/>
              <w:right w:val="single" w:sz="4" w:space="0" w:color="auto"/>
            </w:tcBorders>
          </w:tcPr>
          <w:p w14:paraId="6CBDD129"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490E10F9"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3BADFCB2" w14:textId="77777777" w:rsidR="0097296A" w:rsidRPr="007204D9" w:rsidRDefault="00000000">
            <w:pPr>
              <w:autoSpaceDE w:val="0"/>
              <w:autoSpaceDN w:val="0"/>
              <w:spacing w:before="98" w:after="0" w:line="206" w:lineRule="exact"/>
              <w:ind w:left="74" w:right="576"/>
            </w:pPr>
            <w:r w:rsidRPr="007204D9">
              <w:rPr>
                <w:color w:val="000000"/>
                <w:sz w:val="18"/>
              </w:rPr>
              <w:t xml:space="preserve">Não, os alimentos estão armazenados em locais com condições e temperaturas impróprias para o acondicionamento.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1CC40325" w14:textId="77777777" w:rsidR="0097296A" w:rsidRPr="007204D9" w:rsidRDefault="00000000">
            <w:pPr>
              <w:autoSpaceDE w:val="0"/>
              <w:autoSpaceDN w:val="0"/>
              <w:spacing w:before="208" w:after="0" w:line="202" w:lineRule="exact"/>
              <w:jc w:val="center"/>
            </w:pPr>
            <w:r w:rsidRPr="007204D9">
              <w:rPr>
                <w:color w:val="000000"/>
                <w:sz w:val="18"/>
              </w:rPr>
              <w:t>NAT</w:t>
            </w:r>
          </w:p>
        </w:tc>
        <w:tc>
          <w:tcPr>
            <w:tcW w:w="850" w:type="dxa"/>
            <w:tcBorders>
              <w:top w:val="single" w:sz="4" w:space="0" w:color="auto"/>
              <w:left w:val="single" w:sz="3" w:space="0" w:color="auto"/>
              <w:bottom w:val="single" w:sz="3" w:space="0" w:color="auto"/>
              <w:right w:val="single" w:sz="4" w:space="0" w:color="auto"/>
            </w:tcBorders>
            <w:shd w:val="clear" w:color="auto" w:fill="EE0000"/>
            <w:tcMar>
              <w:left w:w="0" w:type="dxa"/>
              <w:right w:w="0" w:type="dxa"/>
            </w:tcMar>
          </w:tcPr>
          <w:p w14:paraId="26B96B0C" w14:textId="77777777" w:rsidR="0097296A" w:rsidRPr="007204D9" w:rsidRDefault="00000000">
            <w:pPr>
              <w:autoSpaceDE w:val="0"/>
              <w:autoSpaceDN w:val="0"/>
              <w:spacing w:before="208" w:after="0" w:line="202" w:lineRule="exact"/>
              <w:jc w:val="center"/>
            </w:pPr>
            <w:r w:rsidRPr="007204D9">
              <w:rPr>
                <w:color w:val="000000"/>
                <w:sz w:val="18"/>
              </w:rPr>
              <w:t xml:space="preserve">3 </w:t>
            </w:r>
          </w:p>
        </w:tc>
      </w:tr>
      <w:tr w:rsidR="0097296A" w:rsidRPr="007204D9" w14:paraId="006C3B01" w14:textId="77777777">
        <w:trPr>
          <w:trHeight w:val="402"/>
        </w:trPr>
        <w:tc>
          <w:tcPr>
            <w:tcW w:w="2076" w:type="dxa"/>
            <w:vMerge/>
            <w:tcBorders>
              <w:top w:val="single" w:sz="3" w:space="0" w:color="auto"/>
              <w:left w:val="single" w:sz="4" w:space="0" w:color="auto"/>
              <w:bottom w:val="single" w:sz="4" w:space="0" w:color="auto"/>
              <w:right w:val="single" w:sz="4" w:space="0" w:color="auto"/>
            </w:tcBorders>
          </w:tcPr>
          <w:p w14:paraId="3CAD268E"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59ACDA5E"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57423E9C" w14:textId="77777777" w:rsidR="0097296A" w:rsidRPr="007204D9" w:rsidRDefault="00000000">
            <w:pPr>
              <w:autoSpaceDE w:val="0"/>
              <w:autoSpaceDN w:val="0"/>
              <w:spacing w:before="100" w:after="0" w:line="200" w:lineRule="exact"/>
              <w:ind w:left="74"/>
            </w:pPr>
            <w:r w:rsidRPr="007204D9">
              <w:rPr>
                <w:color w:val="000000"/>
                <w:sz w:val="18"/>
              </w:rPr>
              <w:t xml:space="preserve">Não se aplica. Não há áreas de venda e manipulação de alimentos.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2368C72E" w14:textId="77777777" w:rsidR="0097296A" w:rsidRPr="007204D9" w:rsidRDefault="00000000">
            <w:pPr>
              <w:autoSpaceDE w:val="0"/>
              <w:autoSpaceDN w:val="0"/>
              <w:spacing w:before="100" w:after="0" w:line="200" w:lineRule="exact"/>
              <w:jc w:val="center"/>
            </w:pPr>
            <w:r w:rsidRPr="007204D9">
              <w:rPr>
                <w:color w:val="000000"/>
                <w:sz w:val="18"/>
              </w:rPr>
              <w:t>NAP</w:t>
            </w:r>
          </w:p>
        </w:tc>
        <w:tc>
          <w:tcPr>
            <w:tcW w:w="850" w:type="dxa"/>
            <w:tcBorders>
              <w:top w:val="single" w:sz="3" w:space="0" w:color="auto"/>
              <w:left w:val="single" w:sz="3" w:space="0" w:color="auto"/>
              <w:bottom w:val="single" w:sz="4" w:space="0" w:color="auto"/>
              <w:right w:val="single" w:sz="4" w:space="0" w:color="auto"/>
            </w:tcBorders>
            <w:tcMar>
              <w:left w:w="0" w:type="dxa"/>
              <w:right w:w="0" w:type="dxa"/>
            </w:tcMar>
          </w:tcPr>
          <w:p w14:paraId="05AE07C1"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50CD31FD" w14:textId="77777777">
        <w:trPr>
          <w:trHeight w:val="400"/>
        </w:trPr>
        <w:tc>
          <w:tcPr>
            <w:tcW w:w="2076" w:type="dxa"/>
            <w:vMerge/>
            <w:tcBorders>
              <w:top w:val="single" w:sz="3" w:space="0" w:color="auto"/>
              <w:left w:val="single" w:sz="4" w:space="0" w:color="auto"/>
              <w:bottom w:val="single" w:sz="4" w:space="0" w:color="auto"/>
              <w:right w:val="single" w:sz="4" w:space="0" w:color="auto"/>
            </w:tcBorders>
          </w:tcPr>
          <w:p w14:paraId="53203834"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16190E7E"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A4DB06B"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7175DEFF"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51F8CC94"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62A623F5" w14:textId="77777777">
        <w:trPr>
          <w:trHeight w:val="910"/>
        </w:trPr>
        <w:tc>
          <w:tcPr>
            <w:tcW w:w="2076" w:type="dxa"/>
            <w:vMerge/>
            <w:tcBorders>
              <w:top w:val="single" w:sz="3" w:space="0" w:color="auto"/>
              <w:left w:val="single" w:sz="4" w:space="0" w:color="auto"/>
              <w:bottom w:val="single" w:sz="4" w:space="0" w:color="auto"/>
              <w:right w:val="single" w:sz="4" w:space="0" w:color="auto"/>
            </w:tcBorders>
          </w:tcPr>
          <w:p w14:paraId="6B03AA26"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06A35B96" w14:textId="77777777" w:rsidR="0097296A" w:rsidRPr="007204D9" w:rsidRDefault="0097296A"/>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3FD2CA2"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090E8CFF" w14:textId="77777777">
        <w:trPr>
          <w:trHeight w:val="944"/>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1ABE576E" w14:textId="77777777" w:rsidR="0097296A" w:rsidRPr="007204D9" w:rsidRDefault="00000000">
            <w:pPr>
              <w:autoSpaceDE w:val="0"/>
              <w:autoSpaceDN w:val="0"/>
              <w:spacing w:before="1918" w:after="0" w:line="200" w:lineRule="exact"/>
              <w:jc w:val="center"/>
            </w:pPr>
            <w:r w:rsidRPr="007204D9">
              <w:rPr>
                <w:color w:val="000000"/>
                <w:sz w:val="18"/>
              </w:rPr>
              <w:t xml:space="preserve">3.11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132CE03E" w14:textId="77777777" w:rsidR="0097296A" w:rsidRPr="007204D9" w:rsidRDefault="00000000">
            <w:pPr>
              <w:autoSpaceDE w:val="0"/>
              <w:autoSpaceDN w:val="0"/>
              <w:spacing w:before="1918" w:after="0" w:line="200" w:lineRule="exact"/>
              <w:jc w:val="center"/>
            </w:pPr>
            <w:r w:rsidRPr="007204D9">
              <w:rPr>
                <w:color w:val="000000"/>
                <w:sz w:val="18"/>
              </w:rPr>
              <w:t xml:space="preserve">3 </w:t>
            </w:r>
          </w:p>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BA376BA" w14:textId="77777777" w:rsidR="0097296A" w:rsidRPr="007204D9" w:rsidRDefault="00000000">
            <w:pPr>
              <w:autoSpaceDE w:val="0"/>
              <w:autoSpaceDN w:val="0"/>
              <w:spacing w:before="142" w:after="0" w:line="208" w:lineRule="exact"/>
              <w:ind w:left="74" w:right="12"/>
              <w:jc w:val="both"/>
            </w:pPr>
            <w:r w:rsidRPr="007204D9">
              <w:rPr>
                <w:b/>
                <w:color w:val="000000"/>
                <w:sz w:val="18"/>
              </w:rPr>
              <w:t xml:space="preserve">O estabelecimento possui equipamentos (freezer, estufa, geladeira, câmara frigorífica, vitrines expositoras, isopor, dentre outros) e utensílios (talheres, copos, pratos) devidamente limpos e higienizados ou descartáveis? </w:t>
            </w:r>
            <w:r w:rsidRPr="007204D9">
              <w:rPr>
                <w:b/>
                <w:color w:val="000000"/>
                <w:sz w:val="18"/>
              </w:rPr>
              <w:t xml:space="preserve">(Doc. Ref.: Resolução RDC n° 216/2004 da ANVISA). </w:t>
            </w:r>
          </w:p>
        </w:tc>
      </w:tr>
      <w:tr w:rsidR="0097296A" w:rsidRPr="007204D9" w14:paraId="6A8DCC07" w14:textId="77777777" w:rsidTr="005E5D07">
        <w:trPr>
          <w:trHeight w:val="710"/>
        </w:trPr>
        <w:tc>
          <w:tcPr>
            <w:tcW w:w="2076" w:type="dxa"/>
            <w:vMerge/>
            <w:tcBorders>
              <w:top w:val="single" w:sz="4" w:space="0" w:color="auto"/>
              <w:left w:val="single" w:sz="4" w:space="0" w:color="auto"/>
              <w:bottom w:val="single" w:sz="3" w:space="0" w:color="auto"/>
              <w:right w:val="single" w:sz="4" w:space="0" w:color="auto"/>
            </w:tcBorders>
          </w:tcPr>
          <w:p w14:paraId="0E43DACC"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5C2D7483"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6DBAC77" w14:textId="77777777" w:rsidR="0097296A" w:rsidRPr="007204D9" w:rsidRDefault="00000000">
            <w:pPr>
              <w:autoSpaceDE w:val="0"/>
              <w:autoSpaceDN w:val="0"/>
              <w:spacing w:before="146" w:after="0" w:line="206" w:lineRule="exact"/>
              <w:ind w:left="74" w:right="144"/>
            </w:pPr>
            <w:r w:rsidRPr="007204D9">
              <w:rPr>
                <w:color w:val="000000"/>
                <w:sz w:val="18"/>
              </w:rPr>
              <w:t xml:space="preserve">Sim. Os equipamentos estão em boas condições de limpeza e higiene e utensílios são descartáveis ou devidamente higienizados e corretamente armazenados.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4743A21" w14:textId="77777777" w:rsidR="0097296A" w:rsidRPr="007204D9" w:rsidRDefault="00000000">
            <w:pPr>
              <w:autoSpaceDE w:val="0"/>
              <w:autoSpaceDN w:val="0"/>
              <w:spacing w:before="252" w:after="0" w:line="200" w:lineRule="exact"/>
              <w:jc w:val="center"/>
            </w:pPr>
            <w:r w:rsidRPr="007204D9">
              <w:rPr>
                <w:color w:val="000000"/>
                <w:sz w:val="18"/>
              </w:rPr>
              <w:t xml:space="preserve">AT </w:t>
            </w:r>
          </w:p>
        </w:tc>
        <w:tc>
          <w:tcPr>
            <w:tcW w:w="85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39E6E938" w14:textId="77777777" w:rsidR="0097296A" w:rsidRPr="007204D9" w:rsidRDefault="00000000">
            <w:pPr>
              <w:autoSpaceDE w:val="0"/>
              <w:autoSpaceDN w:val="0"/>
              <w:spacing w:before="252" w:after="0" w:line="200" w:lineRule="exact"/>
              <w:jc w:val="center"/>
            </w:pPr>
            <w:r w:rsidRPr="007204D9">
              <w:rPr>
                <w:color w:val="000000"/>
                <w:sz w:val="18"/>
              </w:rPr>
              <w:t xml:space="preserve">1 </w:t>
            </w:r>
          </w:p>
        </w:tc>
      </w:tr>
      <w:tr w:rsidR="0097296A" w:rsidRPr="007204D9" w14:paraId="47A3781C" w14:textId="77777777" w:rsidTr="005E5D07">
        <w:trPr>
          <w:trHeight w:val="642"/>
        </w:trPr>
        <w:tc>
          <w:tcPr>
            <w:tcW w:w="2076" w:type="dxa"/>
            <w:vMerge/>
            <w:tcBorders>
              <w:top w:val="single" w:sz="4" w:space="0" w:color="auto"/>
              <w:left w:val="single" w:sz="4" w:space="0" w:color="auto"/>
              <w:bottom w:val="single" w:sz="3" w:space="0" w:color="auto"/>
              <w:right w:val="single" w:sz="4" w:space="0" w:color="auto"/>
            </w:tcBorders>
          </w:tcPr>
          <w:p w14:paraId="5CD91BB5"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1008CF91"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3D0F94DD" w14:textId="77777777" w:rsidR="0097296A" w:rsidRPr="007204D9" w:rsidRDefault="00000000">
            <w:pPr>
              <w:autoSpaceDE w:val="0"/>
              <w:autoSpaceDN w:val="0"/>
              <w:spacing w:before="112" w:after="0" w:line="206" w:lineRule="exact"/>
              <w:ind w:left="74"/>
            </w:pPr>
            <w:r w:rsidRPr="007204D9">
              <w:rPr>
                <w:color w:val="000000"/>
                <w:sz w:val="18"/>
              </w:rPr>
              <w:t xml:space="preserve">Não. Há problemas como rachaduras, trincas, vazamentos, bolores ou outros problemas nos equipamentos e/ ou utensílios que comprometam a qualidade dos alimentos.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19CEBC0D" w14:textId="77777777" w:rsidR="0097296A" w:rsidRPr="007204D9" w:rsidRDefault="00000000">
            <w:pPr>
              <w:autoSpaceDE w:val="0"/>
              <w:autoSpaceDN w:val="0"/>
              <w:spacing w:before="220" w:after="0" w:line="202" w:lineRule="exact"/>
              <w:jc w:val="center"/>
            </w:pPr>
            <w:r w:rsidRPr="007204D9">
              <w:rPr>
                <w:color w:val="000000"/>
                <w:sz w:val="18"/>
              </w:rPr>
              <w:t>NAT</w:t>
            </w:r>
          </w:p>
        </w:tc>
        <w:tc>
          <w:tcPr>
            <w:tcW w:w="850" w:type="dxa"/>
            <w:tcBorders>
              <w:top w:val="single" w:sz="4" w:space="0" w:color="auto"/>
              <w:left w:val="single" w:sz="3" w:space="0" w:color="auto"/>
              <w:bottom w:val="single" w:sz="3" w:space="0" w:color="auto"/>
              <w:right w:val="single" w:sz="4" w:space="0" w:color="auto"/>
            </w:tcBorders>
            <w:shd w:val="clear" w:color="auto" w:fill="EE0000"/>
            <w:tcMar>
              <w:left w:w="0" w:type="dxa"/>
              <w:right w:w="0" w:type="dxa"/>
            </w:tcMar>
          </w:tcPr>
          <w:p w14:paraId="2B11096E" w14:textId="77777777" w:rsidR="0097296A" w:rsidRPr="007204D9" w:rsidRDefault="00000000">
            <w:pPr>
              <w:autoSpaceDE w:val="0"/>
              <w:autoSpaceDN w:val="0"/>
              <w:spacing w:before="220" w:after="0" w:line="202" w:lineRule="exact"/>
              <w:jc w:val="center"/>
            </w:pPr>
            <w:r w:rsidRPr="007204D9">
              <w:rPr>
                <w:color w:val="000000"/>
                <w:sz w:val="18"/>
              </w:rPr>
              <w:t xml:space="preserve">3 </w:t>
            </w:r>
          </w:p>
        </w:tc>
      </w:tr>
      <w:tr w:rsidR="0097296A" w:rsidRPr="007204D9" w14:paraId="34D398A5" w14:textId="77777777">
        <w:trPr>
          <w:trHeight w:val="424"/>
        </w:trPr>
        <w:tc>
          <w:tcPr>
            <w:tcW w:w="2076" w:type="dxa"/>
            <w:vMerge/>
            <w:tcBorders>
              <w:top w:val="single" w:sz="4" w:space="0" w:color="auto"/>
              <w:left w:val="single" w:sz="4" w:space="0" w:color="auto"/>
              <w:bottom w:val="single" w:sz="3" w:space="0" w:color="auto"/>
              <w:right w:val="single" w:sz="4" w:space="0" w:color="auto"/>
            </w:tcBorders>
          </w:tcPr>
          <w:p w14:paraId="65439805"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6D2BED74"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49415BB9" w14:textId="77777777" w:rsidR="0097296A" w:rsidRPr="007204D9" w:rsidRDefault="00000000">
            <w:pPr>
              <w:autoSpaceDE w:val="0"/>
              <w:autoSpaceDN w:val="0"/>
              <w:spacing w:after="0" w:line="204" w:lineRule="exact"/>
              <w:ind w:left="74" w:right="576"/>
            </w:pPr>
            <w:r w:rsidRPr="007204D9">
              <w:rPr>
                <w:color w:val="000000"/>
                <w:sz w:val="18"/>
              </w:rPr>
              <w:t xml:space="preserve">Não se aplica. Não há móveis e utensílios nas áreas de venda e manipulação de alimentos.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6B68A74A" w14:textId="77777777" w:rsidR="0097296A" w:rsidRPr="007204D9" w:rsidRDefault="00000000">
            <w:pPr>
              <w:autoSpaceDE w:val="0"/>
              <w:autoSpaceDN w:val="0"/>
              <w:spacing w:before="110" w:after="0" w:line="200" w:lineRule="exact"/>
              <w:jc w:val="center"/>
            </w:pPr>
            <w:r w:rsidRPr="007204D9">
              <w:rPr>
                <w:color w:val="000000"/>
                <w:sz w:val="18"/>
              </w:rPr>
              <w:t>NAP</w:t>
            </w:r>
          </w:p>
        </w:tc>
        <w:tc>
          <w:tcPr>
            <w:tcW w:w="850" w:type="dxa"/>
            <w:tcBorders>
              <w:top w:val="single" w:sz="3" w:space="0" w:color="auto"/>
              <w:left w:val="single" w:sz="3" w:space="0" w:color="auto"/>
              <w:bottom w:val="single" w:sz="4" w:space="0" w:color="auto"/>
              <w:right w:val="single" w:sz="4" w:space="0" w:color="auto"/>
            </w:tcBorders>
            <w:tcMar>
              <w:left w:w="0" w:type="dxa"/>
              <w:right w:w="0" w:type="dxa"/>
            </w:tcMar>
          </w:tcPr>
          <w:p w14:paraId="28E6AEFB" w14:textId="77777777" w:rsidR="0097296A" w:rsidRPr="007204D9" w:rsidRDefault="00000000">
            <w:pPr>
              <w:autoSpaceDE w:val="0"/>
              <w:autoSpaceDN w:val="0"/>
              <w:spacing w:before="110" w:after="0" w:line="200" w:lineRule="exact"/>
              <w:jc w:val="center"/>
            </w:pPr>
            <w:r w:rsidRPr="007204D9">
              <w:rPr>
                <w:color w:val="000000"/>
                <w:sz w:val="18"/>
              </w:rPr>
              <w:t xml:space="preserve">0 </w:t>
            </w:r>
          </w:p>
        </w:tc>
      </w:tr>
      <w:tr w:rsidR="0097296A" w:rsidRPr="007204D9" w14:paraId="3725A3D2" w14:textId="77777777">
        <w:trPr>
          <w:trHeight w:val="398"/>
        </w:trPr>
        <w:tc>
          <w:tcPr>
            <w:tcW w:w="2076" w:type="dxa"/>
            <w:vMerge/>
            <w:tcBorders>
              <w:top w:val="single" w:sz="4" w:space="0" w:color="auto"/>
              <w:left w:val="single" w:sz="4" w:space="0" w:color="auto"/>
              <w:bottom w:val="single" w:sz="3" w:space="0" w:color="auto"/>
              <w:right w:val="single" w:sz="4" w:space="0" w:color="auto"/>
            </w:tcBorders>
          </w:tcPr>
          <w:p w14:paraId="3493B407"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216E5254"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20591591"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49D263B"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6BD07501"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56FFB2D4" w14:textId="77777777">
        <w:trPr>
          <w:trHeight w:val="918"/>
        </w:trPr>
        <w:tc>
          <w:tcPr>
            <w:tcW w:w="2076" w:type="dxa"/>
            <w:vMerge/>
            <w:tcBorders>
              <w:top w:val="single" w:sz="4" w:space="0" w:color="auto"/>
              <w:left w:val="single" w:sz="4" w:space="0" w:color="auto"/>
              <w:bottom w:val="single" w:sz="3" w:space="0" w:color="auto"/>
              <w:right w:val="single" w:sz="4" w:space="0" w:color="auto"/>
            </w:tcBorders>
          </w:tcPr>
          <w:p w14:paraId="3A0A7DE4" w14:textId="77777777" w:rsidR="0097296A" w:rsidRPr="007204D9" w:rsidRDefault="0097296A"/>
        </w:tc>
        <w:tc>
          <w:tcPr>
            <w:tcW w:w="2076" w:type="dxa"/>
            <w:vMerge/>
            <w:tcBorders>
              <w:top w:val="single" w:sz="4" w:space="0" w:color="auto"/>
              <w:left w:val="single" w:sz="4" w:space="0" w:color="auto"/>
              <w:bottom w:val="single" w:sz="3" w:space="0" w:color="auto"/>
              <w:right w:val="single" w:sz="4" w:space="0" w:color="auto"/>
            </w:tcBorders>
          </w:tcPr>
          <w:p w14:paraId="3F8C5C0F" w14:textId="77777777" w:rsidR="0097296A" w:rsidRPr="007204D9" w:rsidRDefault="0097296A"/>
        </w:tc>
        <w:tc>
          <w:tcPr>
            <w:tcW w:w="8646"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06B48930"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3B6F49B9" w14:textId="77777777">
        <w:trPr>
          <w:trHeight w:val="788"/>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2A7C584B" w14:textId="77777777" w:rsidR="0097296A" w:rsidRPr="007204D9" w:rsidRDefault="00000000">
            <w:pPr>
              <w:autoSpaceDE w:val="0"/>
              <w:autoSpaceDN w:val="0"/>
              <w:spacing w:before="1546" w:after="0" w:line="202" w:lineRule="exact"/>
              <w:jc w:val="center"/>
            </w:pPr>
            <w:r w:rsidRPr="007204D9">
              <w:rPr>
                <w:color w:val="000000"/>
                <w:sz w:val="18"/>
              </w:rPr>
              <w:t xml:space="preserve">3.12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F53F096" w14:textId="77777777" w:rsidR="0097296A" w:rsidRPr="007204D9" w:rsidRDefault="00000000">
            <w:pPr>
              <w:autoSpaceDE w:val="0"/>
              <w:autoSpaceDN w:val="0"/>
              <w:spacing w:before="1546" w:after="0" w:line="202" w:lineRule="exact"/>
              <w:jc w:val="center"/>
            </w:pPr>
            <w:r w:rsidRPr="007204D9">
              <w:rPr>
                <w:color w:val="000000"/>
                <w:sz w:val="18"/>
              </w:rPr>
              <w:t xml:space="preserve">2 </w:t>
            </w:r>
          </w:p>
        </w:tc>
        <w:tc>
          <w:tcPr>
            <w:tcW w:w="864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5241A54D" w14:textId="77777777" w:rsidR="0097296A" w:rsidRPr="007204D9" w:rsidRDefault="00000000">
            <w:pPr>
              <w:autoSpaceDE w:val="0"/>
              <w:autoSpaceDN w:val="0"/>
              <w:spacing w:before="172" w:after="0" w:line="206" w:lineRule="exact"/>
              <w:ind w:left="74"/>
            </w:pPr>
            <w:r w:rsidRPr="007204D9">
              <w:rPr>
                <w:b/>
                <w:color w:val="000000"/>
                <w:sz w:val="18"/>
              </w:rPr>
              <w:t xml:space="preserve">As lixeiras no interior do estabelecimento comportam a utilização de saco plástico e possuem tampa sem acionamento manual? </w:t>
            </w:r>
            <w:r w:rsidRPr="007204D9">
              <w:rPr>
                <w:b/>
                <w:color w:val="000000"/>
                <w:sz w:val="18"/>
              </w:rPr>
              <w:t xml:space="preserve">(Doc. Ref.: Resolução RDC n° 216/2004 da ANVISA). </w:t>
            </w:r>
          </w:p>
        </w:tc>
      </w:tr>
      <w:tr w:rsidR="0097296A" w:rsidRPr="007204D9" w14:paraId="16AC39B4" w14:textId="77777777" w:rsidTr="005E5D07">
        <w:trPr>
          <w:trHeight w:val="396"/>
        </w:trPr>
        <w:tc>
          <w:tcPr>
            <w:tcW w:w="2076" w:type="dxa"/>
            <w:vMerge/>
            <w:tcBorders>
              <w:top w:val="single" w:sz="3" w:space="0" w:color="auto"/>
              <w:left w:val="single" w:sz="4" w:space="0" w:color="auto"/>
              <w:bottom w:val="single" w:sz="4" w:space="0" w:color="auto"/>
              <w:right w:val="single" w:sz="4" w:space="0" w:color="auto"/>
            </w:tcBorders>
          </w:tcPr>
          <w:p w14:paraId="376C1460"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48567C5E"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38EE05A7" w14:textId="77777777" w:rsidR="0097296A" w:rsidRPr="007204D9" w:rsidRDefault="00000000">
            <w:pPr>
              <w:autoSpaceDE w:val="0"/>
              <w:autoSpaceDN w:val="0"/>
              <w:spacing w:before="96" w:after="0" w:line="202" w:lineRule="exact"/>
              <w:ind w:left="74"/>
            </w:pPr>
            <w:r w:rsidRPr="007204D9">
              <w:rPr>
                <w:color w:val="000000"/>
                <w:sz w:val="18"/>
              </w:rPr>
              <w:t xml:space="preserve">Sim.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E5BB9E7"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85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3FF78B6A" w14:textId="3173B8DF" w:rsidR="0097296A" w:rsidRPr="007204D9" w:rsidRDefault="005E5D07" w:rsidP="005E5D07">
            <w:pPr>
              <w:tabs>
                <w:tab w:val="left" w:pos="285"/>
                <w:tab w:val="center" w:pos="421"/>
              </w:tabs>
              <w:autoSpaceDE w:val="0"/>
              <w:autoSpaceDN w:val="0"/>
              <w:spacing w:before="96" w:after="0" w:line="202" w:lineRule="exact"/>
            </w:pPr>
            <w:r>
              <w:rPr>
                <w:color w:val="000000"/>
                <w:sz w:val="18"/>
              </w:rPr>
              <w:tab/>
            </w:r>
            <w:r>
              <w:rPr>
                <w:color w:val="000000"/>
                <w:sz w:val="18"/>
              </w:rPr>
              <w:tab/>
            </w:r>
            <w:r w:rsidR="00000000" w:rsidRPr="007204D9">
              <w:rPr>
                <w:color w:val="000000"/>
                <w:sz w:val="18"/>
              </w:rPr>
              <w:t xml:space="preserve">1 </w:t>
            </w:r>
          </w:p>
        </w:tc>
      </w:tr>
      <w:tr w:rsidR="0097296A" w:rsidRPr="007204D9" w14:paraId="0051A08B" w14:textId="77777777" w:rsidTr="005E5D07">
        <w:trPr>
          <w:trHeight w:val="404"/>
        </w:trPr>
        <w:tc>
          <w:tcPr>
            <w:tcW w:w="2076" w:type="dxa"/>
            <w:vMerge/>
            <w:tcBorders>
              <w:top w:val="single" w:sz="3" w:space="0" w:color="auto"/>
              <w:left w:val="single" w:sz="4" w:space="0" w:color="auto"/>
              <w:bottom w:val="single" w:sz="4" w:space="0" w:color="auto"/>
              <w:right w:val="single" w:sz="4" w:space="0" w:color="auto"/>
            </w:tcBorders>
          </w:tcPr>
          <w:p w14:paraId="682E59D9"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5539C128"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23B407E1" w14:textId="77777777" w:rsidR="0097296A" w:rsidRPr="007204D9" w:rsidRDefault="00000000">
            <w:pPr>
              <w:autoSpaceDE w:val="0"/>
              <w:autoSpaceDN w:val="0"/>
              <w:spacing w:before="102" w:after="0" w:line="200" w:lineRule="exact"/>
              <w:ind w:left="74"/>
            </w:pPr>
            <w:r w:rsidRPr="007204D9">
              <w:rPr>
                <w:color w:val="000000"/>
                <w:sz w:val="18"/>
              </w:rPr>
              <w:t xml:space="preserve">Não.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C9F0F3D" w14:textId="77777777" w:rsidR="0097296A" w:rsidRPr="007204D9" w:rsidRDefault="00000000">
            <w:pPr>
              <w:autoSpaceDE w:val="0"/>
              <w:autoSpaceDN w:val="0"/>
              <w:spacing w:before="102" w:after="0" w:line="200" w:lineRule="exact"/>
              <w:jc w:val="center"/>
            </w:pPr>
            <w:r w:rsidRPr="007204D9">
              <w:rPr>
                <w:color w:val="000000"/>
                <w:sz w:val="18"/>
              </w:rPr>
              <w:t>NAT</w:t>
            </w:r>
          </w:p>
        </w:tc>
        <w:tc>
          <w:tcPr>
            <w:tcW w:w="850"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0D188276" w14:textId="77777777" w:rsidR="0097296A" w:rsidRPr="007204D9" w:rsidRDefault="00000000">
            <w:pPr>
              <w:autoSpaceDE w:val="0"/>
              <w:autoSpaceDN w:val="0"/>
              <w:spacing w:before="102" w:after="0" w:line="200" w:lineRule="exact"/>
              <w:jc w:val="center"/>
            </w:pPr>
            <w:r w:rsidRPr="007204D9">
              <w:rPr>
                <w:color w:val="000000"/>
                <w:sz w:val="18"/>
              </w:rPr>
              <w:t xml:space="preserve">3 </w:t>
            </w:r>
          </w:p>
        </w:tc>
      </w:tr>
      <w:tr w:rsidR="0097296A" w:rsidRPr="007204D9" w14:paraId="4250FC6C" w14:textId="77777777">
        <w:trPr>
          <w:trHeight w:val="396"/>
        </w:trPr>
        <w:tc>
          <w:tcPr>
            <w:tcW w:w="2076" w:type="dxa"/>
            <w:vMerge/>
            <w:tcBorders>
              <w:top w:val="single" w:sz="3" w:space="0" w:color="auto"/>
              <w:left w:val="single" w:sz="4" w:space="0" w:color="auto"/>
              <w:bottom w:val="single" w:sz="4" w:space="0" w:color="auto"/>
              <w:right w:val="single" w:sz="4" w:space="0" w:color="auto"/>
            </w:tcBorders>
          </w:tcPr>
          <w:p w14:paraId="5688A666"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53646FD8"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4F23A30F" w14:textId="77777777" w:rsidR="0097296A" w:rsidRPr="007204D9" w:rsidRDefault="00000000">
            <w:pPr>
              <w:autoSpaceDE w:val="0"/>
              <w:autoSpaceDN w:val="0"/>
              <w:spacing w:before="96" w:after="0" w:line="200" w:lineRule="exact"/>
              <w:ind w:left="74"/>
            </w:pPr>
            <w:r w:rsidRPr="007204D9">
              <w:rPr>
                <w:color w:val="000000"/>
                <w:sz w:val="18"/>
              </w:rPr>
              <w:t xml:space="preserve">Não se aplica. Não há áreas de venda e manipulação de alimentos.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5335E60"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3EB8603E"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630174F4" w14:textId="77777777">
        <w:trPr>
          <w:trHeight w:val="396"/>
        </w:trPr>
        <w:tc>
          <w:tcPr>
            <w:tcW w:w="2076" w:type="dxa"/>
            <w:vMerge/>
            <w:tcBorders>
              <w:top w:val="single" w:sz="3" w:space="0" w:color="auto"/>
              <w:left w:val="single" w:sz="4" w:space="0" w:color="auto"/>
              <w:bottom w:val="single" w:sz="4" w:space="0" w:color="auto"/>
              <w:right w:val="single" w:sz="4" w:space="0" w:color="auto"/>
            </w:tcBorders>
          </w:tcPr>
          <w:p w14:paraId="37F0832B"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20E4CA7C"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0438C3ED"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0C11C83"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5B6F9705"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4DF78154" w14:textId="77777777">
        <w:trPr>
          <w:trHeight w:val="918"/>
        </w:trPr>
        <w:tc>
          <w:tcPr>
            <w:tcW w:w="2076" w:type="dxa"/>
            <w:vMerge/>
            <w:tcBorders>
              <w:top w:val="single" w:sz="3" w:space="0" w:color="auto"/>
              <w:left w:val="single" w:sz="4" w:space="0" w:color="auto"/>
              <w:bottom w:val="single" w:sz="4" w:space="0" w:color="auto"/>
              <w:right w:val="single" w:sz="4" w:space="0" w:color="auto"/>
            </w:tcBorders>
          </w:tcPr>
          <w:p w14:paraId="49F0A22F" w14:textId="77777777" w:rsidR="0097296A" w:rsidRPr="007204D9" w:rsidRDefault="0097296A"/>
        </w:tc>
        <w:tc>
          <w:tcPr>
            <w:tcW w:w="2076" w:type="dxa"/>
            <w:vMerge/>
            <w:tcBorders>
              <w:top w:val="single" w:sz="3" w:space="0" w:color="auto"/>
              <w:left w:val="single" w:sz="4" w:space="0" w:color="auto"/>
              <w:bottom w:val="single" w:sz="4" w:space="0" w:color="auto"/>
              <w:right w:val="single" w:sz="4" w:space="0" w:color="auto"/>
            </w:tcBorders>
          </w:tcPr>
          <w:p w14:paraId="2F8AD458" w14:textId="77777777" w:rsidR="0097296A" w:rsidRPr="007204D9" w:rsidRDefault="0097296A"/>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C0103B0" w14:textId="77777777" w:rsidR="0097296A" w:rsidRPr="007204D9" w:rsidRDefault="00000000">
            <w:pPr>
              <w:autoSpaceDE w:val="0"/>
              <w:autoSpaceDN w:val="0"/>
              <w:spacing w:before="10" w:after="0" w:line="200" w:lineRule="exact"/>
              <w:ind w:left="74"/>
            </w:pPr>
            <w:r w:rsidRPr="007204D9">
              <w:rPr>
                <w:color w:val="000000"/>
                <w:sz w:val="18"/>
              </w:rPr>
              <w:t xml:space="preserve">Comentário: </w:t>
            </w:r>
          </w:p>
        </w:tc>
      </w:tr>
      <w:tr w:rsidR="0097296A" w:rsidRPr="007204D9" w14:paraId="378AC98D" w14:textId="77777777">
        <w:trPr>
          <w:trHeight w:val="1072"/>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29603D" w14:textId="77777777" w:rsidR="0097296A" w:rsidRPr="007204D9" w:rsidRDefault="00000000">
            <w:pPr>
              <w:autoSpaceDE w:val="0"/>
              <w:autoSpaceDN w:val="0"/>
              <w:spacing w:before="1692" w:after="0" w:line="202" w:lineRule="exact"/>
              <w:jc w:val="center"/>
            </w:pPr>
            <w:r w:rsidRPr="007204D9">
              <w:rPr>
                <w:color w:val="000000"/>
                <w:sz w:val="18"/>
              </w:rPr>
              <w:t xml:space="preserve">3.13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D5DCD23" w14:textId="77777777" w:rsidR="0097296A" w:rsidRPr="007204D9" w:rsidRDefault="00000000">
            <w:pPr>
              <w:autoSpaceDE w:val="0"/>
              <w:autoSpaceDN w:val="0"/>
              <w:spacing w:before="1692" w:after="0" w:line="202" w:lineRule="exact"/>
              <w:jc w:val="center"/>
            </w:pPr>
            <w:r w:rsidRPr="007204D9">
              <w:rPr>
                <w:color w:val="000000"/>
                <w:sz w:val="18"/>
              </w:rPr>
              <w:t xml:space="preserve">3 </w:t>
            </w:r>
          </w:p>
        </w:tc>
        <w:tc>
          <w:tcPr>
            <w:tcW w:w="864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293B4C5" w14:textId="77777777" w:rsidR="0097296A" w:rsidRPr="007204D9" w:rsidRDefault="00000000">
            <w:pPr>
              <w:autoSpaceDE w:val="0"/>
              <w:autoSpaceDN w:val="0"/>
              <w:spacing w:before="104" w:after="0" w:line="208" w:lineRule="exact"/>
              <w:ind w:left="74" w:right="2"/>
              <w:jc w:val="both"/>
            </w:pPr>
            <w:r w:rsidRPr="007204D9">
              <w:rPr>
                <w:b/>
                <w:color w:val="000000"/>
                <w:sz w:val="18"/>
              </w:rPr>
              <w:t xml:space="preserve">As superfícies dos móveis e utensílios utilizados na preparação, embalagem, armazenamento, transporte, distribuição e/ou exposição à venda de alimentos são de material liso, impermeável, lavável e isentas de rugosidade, frestas e imperfeições que comprometam a higienização? </w:t>
            </w:r>
            <w:r w:rsidRPr="007204D9">
              <w:rPr>
                <w:b/>
                <w:color w:val="000000"/>
                <w:sz w:val="18"/>
              </w:rPr>
              <w:t xml:space="preserve">(Doc. Ref.: Resolução RDC n° 216/2004 da ANVISA). </w:t>
            </w:r>
          </w:p>
        </w:tc>
      </w:tr>
      <w:tr w:rsidR="0097296A" w:rsidRPr="007204D9" w14:paraId="28D22A12" w14:textId="77777777" w:rsidTr="005E5D07">
        <w:trPr>
          <w:trHeight w:val="400"/>
        </w:trPr>
        <w:tc>
          <w:tcPr>
            <w:tcW w:w="2076" w:type="dxa"/>
            <w:vMerge/>
            <w:tcBorders>
              <w:top w:val="single" w:sz="4" w:space="0" w:color="auto"/>
              <w:left w:val="single" w:sz="4" w:space="0" w:color="auto"/>
              <w:bottom w:val="single" w:sz="4" w:space="0" w:color="auto"/>
              <w:right w:val="single" w:sz="4" w:space="0" w:color="auto"/>
            </w:tcBorders>
          </w:tcPr>
          <w:p w14:paraId="6262F3D9"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0931AC9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1B5FD42" w14:textId="77777777" w:rsidR="0097296A" w:rsidRPr="007204D9" w:rsidRDefault="00000000">
            <w:pPr>
              <w:autoSpaceDE w:val="0"/>
              <w:autoSpaceDN w:val="0"/>
              <w:spacing w:before="96" w:after="0" w:line="200" w:lineRule="exact"/>
              <w:ind w:left="74"/>
            </w:pPr>
            <w:r w:rsidRPr="007204D9">
              <w:rPr>
                <w:color w:val="000000"/>
                <w:sz w:val="18"/>
              </w:rPr>
              <w:t xml:space="preserve">Sim.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DC1AADC"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85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19C4AA9E"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2AD67EF3" w14:textId="77777777" w:rsidTr="005E5D07">
        <w:trPr>
          <w:trHeight w:val="400"/>
        </w:trPr>
        <w:tc>
          <w:tcPr>
            <w:tcW w:w="2076" w:type="dxa"/>
            <w:vMerge/>
            <w:tcBorders>
              <w:top w:val="single" w:sz="4" w:space="0" w:color="auto"/>
              <w:left w:val="single" w:sz="4" w:space="0" w:color="auto"/>
              <w:bottom w:val="single" w:sz="4" w:space="0" w:color="auto"/>
              <w:right w:val="single" w:sz="4" w:space="0" w:color="auto"/>
            </w:tcBorders>
          </w:tcPr>
          <w:p w14:paraId="21A4B0A2"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4619044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48C4FD71" w14:textId="77777777" w:rsidR="0097296A" w:rsidRPr="007204D9" w:rsidRDefault="00000000">
            <w:pPr>
              <w:autoSpaceDE w:val="0"/>
              <w:autoSpaceDN w:val="0"/>
              <w:spacing w:before="96" w:after="0" w:line="202" w:lineRule="exact"/>
              <w:ind w:left="74"/>
            </w:pPr>
            <w:r w:rsidRPr="007204D9">
              <w:rPr>
                <w:color w:val="000000"/>
                <w:sz w:val="18"/>
              </w:rPr>
              <w:t xml:space="preserve">Não.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83BAAFF" w14:textId="77777777" w:rsidR="0097296A" w:rsidRPr="007204D9" w:rsidRDefault="00000000">
            <w:pPr>
              <w:autoSpaceDE w:val="0"/>
              <w:autoSpaceDN w:val="0"/>
              <w:spacing w:before="96" w:after="0" w:line="202" w:lineRule="exact"/>
              <w:jc w:val="center"/>
            </w:pPr>
            <w:r w:rsidRPr="007204D9">
              <w:rPr>
                <w:color w:val="000000"/>
                <w:sz w:val="18"/>
              </w:rPr>
              <w:t>NAT</w:t>
            </w:r>
          </w:p>
        </w:tc>
        <w:tc>
          <w:tcPr>
            <w:tcW w:w="850"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341BD566"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2B006BDA" w14:textId="77777777">
        <w:trPr>
          <w:trHeight w:val="394"/>
        </w:trPr>
        <w:tc>
          <w:tcPr>
            <w:tcW w:w="2076" w:type="dxa"/>
            <w:vMerge/>
            <w:tcBorders>
              <w:top w:val="single" w:sz="4" w:space="0" w:color="auto"/>
              <w:left w:val="single" w:sz="4" w:space="0" w:color="auto"/>
              <w:bottom w:val="single" w:sz="4" w:space="0" w:color="auto"/>
              <w:right w:val="single" w:sz="4" w:space="0" w:color="auto"/>
            </w:tcBorders>
          </w:tcPr>
          <w:p w14:paraId="01D10267"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4A55DFE4"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B7B09B1" w14:textId="77777777" w:rsidR="0097296A" w:rsidRPr="007204D9" w:rsidRDefault="00000000">
            <w:pPr>
              <w:autoSpaceDE w:val="0"/>
              <w:autoSpaceDN w:val="0"/>
              <w:spacing w:before="90" w:after="0" w:line="200" w:lineRule="exact"/>
              <w:ind w:left="74"/>
            </w:pPr>
            <w:r w:rsidRPr="007204D9">
              <w:rPr>
                <w:color w:val="000000"/>
                <w:sz w:val="18"/>
              </w:rPr>
              <w:t xml:space="preserve">Não se aplica. Não há áreas de venda e manipulação de alimentos.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A2FB04F" w14:textId="77777777" w:rsidR="0097296A" w:rsidRPr="007204D9" w:rsidRDefault="00000000">
            <w:pPr>
              <w:autoSpaceDE w:val="0"/>
              <w:autoSpaceDN w:val="0"/>
              <w:spacing w:before="90" w:after="0" w:line="200" w:lineRule="exact"/>
              <w:jc w:val="center"/>
            </w:pPr>
            <w:r w:rsidRPr="007204D9">
              <w:rPr>
                <w:color w:val="000000"/>
                <w:sz w:val="18"/>
              </w:rPr>
              <w:t>NAP</w:t>
            </w:r>
          </w:p>
        </w:tc>
        <w:tc>
          <w:tcPr>
            <w:tcW w:w="850" w:type="dxa"/>
            <w:tcBorders>
              <w:top w:val="single" w:sz="4" w:space="0" w:color="auto"/>
              <w:left w:val="single" w:sz="3" w:space="0" w:color="auto"/>
              <w:bottom w:val="single" w:sz="4" w:space="0" w:color="auto"/>
              <w:right w:val="single" w:sz="4" w:space="0" w:color="auto"/>
            </w:tcBorders>
            <w:tcMar>
              <w:left w:w="0" w:type="dxa"/>
              <w:right w:w="0" w:type="dxa"/>
            </w:tcMar>
          </w:tcPr>
          <w:p w14:paraId="328B747B" w14:textId="77777777" w:rsidR="0097296A" w:rsidRPr="007204D9" w:rsidRDefault="00000000">
            <w:pPr>
              <w:autoSpaceDE w:val="0"/>
              <w:autoSpaceDN w:val="0"/>
              <w:spacing w:before="90" w:after="0" w:line="200" w:lineRule="exact"/>
              <w:jc w:val="center"/>
            </w:pPr>
            <w:r w:rsidRPr="007204D9">
              <w:rPr>
                <w:color w:val="000000"/>
                <w:sz w:val="18"/>
              </w:rPr>
              <w:t xml:space="preserve">0 </w:t>
            </w:r>
          </w:p>
        </w:tc>
      </w:tr>
      <w:tr w:rsidR="0097296A" w:rsidRPr="007204D9" w14:paraId="0CEDBFF2" w14:textId="77777777">
        <w:trPr>
          <w:trHeight w:val="400"/>
        </w:trPr>
        <w:tc>
          <w:tcPr>
            <w:tcW w:w="2076" w:type="dxa"/>
            <w:vMerge/>
            <w:tcBorders>
              <w:top w:val="single" w:sz="4" w:space="0" w:color="auto"/>
              <w:left w:val="single" w:sz="4" w:space="0" w:color="auto"/>
              <w:bottom w:val="single" w:sz="4" w:space="0" w:color="auto"/>
              <w:right w:val="single" w:sz="4" w:space="0" w:color="auto"/>
            </w:tcBorders>
          </w:tcPr>
          <w:p w14:paraId="4A364384"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1EC8F712"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1EBB3865"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0F6F3FC7"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850" w:type="dxa"/>
            <w:tcBorders>
              <w:top w:val="single" w:sz="4" w:space="0" w:color="auto"/>
              <w:left w:val="single" w:sz="3" w:space="0" w:color="auto"/>
              <w:bottom w:val="single" w:sz="3" w:space="0" w:color="auto"/>
              <w:right w:val="single" w:sz="4" w:space="0" w:color="auto"/>
            </w:tcBorders>
            <w:tcMar>
              <w:left w:w="0" w:type="dxa"/>
              <w:right w:w="0" w:type="dxa"/>
            </w:tcMar>
          </w:tcPr>
          <w:p w14:paraId="39EE7AE7"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3F94DED1" w14:textId="77777777">
        <w:trPr>
          <w:trHeight w:val="918"/>
        </w:trPr>
        <w:tc>
          <w:tcPr>
            <w:tcW w:w="2076" w:type="dxa"/>
            <w:vMerge/>
            <w:tcBorders>
              <w:top w:val="single" w:sz="4" w:space="0" w:color="auto"/>
              <w:left w:val="single" w:sz="4" w:space="0" w:color="auto"/>
              <w:bottom w:val="single" w:sz="4" w:space="0" w:color="auto"/>
              <w:right w:val="single" w:sz="4" w:space="0" w:color="auto"/>
            </w:tcBorders>
          </w:tcPr>
          <w:p w14:paraId="17E95A18" w14:textId="77777777" w:rsidR="0097296A" w:rsidRPr="007204D9" w:rsidRDefault="0097296A"/>
        </w:tc>
        <w:tc>
          <w:tcPr>
            <w:tcW w:w="2076" w:type="dxa"/>
            <w:vMerge/>
            <w:tcBorders>
              <w:top w:val="single" w:sz="4" w:space="0" w:color="auto"/>
              <w:left w:val="single" w:sz="4" w:space="0" w:color="auto"/>
              <w:bottom w:val="single" w:sz="4" w:space="0" w:color="auto"/>
              <w:right w:val="single" w:sz="4" w:space="0" w:color="auto"/>
            </w:tcBorders>
          </w:tcPr>
          <w:p w14:paraId="6E320084" w14:textId="77777777" w:rsidR="0097296A" w:rsidRPr="007204D9" w:rsidRDefault="0097296A"/>
        </w:tc>
        <w:tc>
          <w:tcPr>
            <w:tcW w:w="864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0F4AB1D5" w14:textId="77777777" w:rsidR="0097296A" w:rsidRPr="007204D9" w:rsidRDefault="00000000">
            <w:pPr>
              <w:autoSpaceDE w:val="0"/>
              <w:autoSpaceDN w:val="0"/>
              <w:spacing w:before="8" w:after="0" w:line="202" w:lineRule="exact"/>
              <w:ind w:left="74"/>
            </w:pPr>
            <w:r w:rsidRPr="007204D9">
              <w:rPr>
                <w:color w:val="000000"/>
                <w:sz w:val="18"/>
              </w:rPr>
              <w:t xml:space="preserve">Comentário: </w:t>
            </w:r>
          </w:p>
        </w:tc>
      </w:tr>
    </w:tbl>
    <w:p w14:paraId="4D34D8BC" w14:textId="77777777" w:rsidR="0097296A" w:rsidRPr="007204D9" w:rsidRDefault="00000000">
      <w:pPr>
        <w:autoSpaceDE w:val="0"/>
        <w:autoSpaceDN w:val="0"/>
        <w:spacing w:before="240" w:after="0" w:line="266" w:lineRule="exact"/>
        <w:ind w:right="68"/>
        <w:jc w:val="right"/>
      </w:pPr>
      <w:r w:rsidRPr="007204D9">
        <w:rPr>
          <w:color w:val="000000"/>
          <w:sz w:val="24"/>
        </w:rPr>
        <w:t>15</w:t>
      </w:r>
    </w:p>
    <w:p w14:paraId="7F6B71D8" w14:textId="77777777" w:rsidR="0097296A" w:rsidRPr="007204D9" w:rsidRDefault="0097296A">
      <w:pPr>
        <w:sectPr w:rsidR="0097296A" w:rsidRPr="007204D9">
          <w:pgSz w:w="11906" w:h="16838"/>
          <w:pgMar w:top="340" w:right="652" w:bottom="340" w:left="876" w:header="720" w:footer="720" w:gutter="0"/>
          <w:cols w:space="720"/>
          <w:docGrid w:linePitch="360"/>
        </w:sectPr>
      </w:pPr>
    </w:p>
    <w:p w14:paraId="57FB6B98"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128"/>
        <w:gridCol w:w="530"/>
        <w:gridCol w:w="998"/>
      </w:tblGrid>
      <w:tr w:rsidR="0097296A" w:rsidRPr="007204D9" w14:paraId="08613329" w14:textId="77777777">
        <w:trPr>
          <w:trHeight w:val="864"/>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35B976F" w14:textId="77777777" w:rsidR="0097296A" w:rsidRPr="007204D9" w:rsidRDefault="00000000">
            <w:pPr>
              <w:autoSpaceDE w:val="0"/>
              <w:autoSpaceDN w:val="0"/>
              <w:spacing w:before="1590" w:after="0" w:line="200" w:lineRule="exact"/>
              <w:jc w:val="center"/>
            </w:pPr>
            <w:r w:rsidRPr="007204D9">
              <w:rPr>
                <w:color w:val="000000"/>
                <w:sz w:val="18"/>
              </w:rPr>
              <w:t xml:space="preserve">3.14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BCD68C5" w14:textId="77777777" w:rsidR="0097296A" w:rsidRPr="007204D9" w:rsidRDefault="00000000">
            <w:pPr>
              <w:autoSpaceDE w:val="0"/>
              <w:autoSpaceDN w:val="0"/>
              <w:spacing w:before="1590" w:after="0" w:line="200" w:lineRule="exact"/>
              <w:jc w:val="center"/>
            </w:pPr>
            <w:r w:rsidRPr="007204D9">
              <w:rPr>
                <w:color w:val="000000"/>
                <w:sz w:val="18"/>
              </w:rPr>
              <w:t xml:space="preserve">2 </w:t>
            </w:r>
          </w:p>
        </w:tc>
        <w:tc>
          <w:tcPr>
            <w:tcW w:w="8656" w:type="dxa"/>
            <w:gridSpan w:val="3"/>
            <w:tcBorders>
              <w:top w:val="single" w:sz="3" w:space="0" w:color="auto"/>
              <w:left w:val="single" w:sz="4" w:space="0" w:color="auto"/>
              <w:bottom w:val="single" w:sz="3" w:space="0" w:color="auto"/>
              <w:right w:val="single" w:sz="4" w:space="0" w:color="auto"/>
            </w:tcBorders>
            <w:tcMar>
              <w:left w:w="0" w:type="dxa"/>
              <w:right w:w="0" w:type="dxa"/>
            </w:tcMar>
          </w:tcPr>
          <w:p w14:paraId="2239398A" w14:textId="77777777" w:rsidR="0097296A" w:rsidRPr="007204D9" w:rsidRDefault="00000000">
            <w:pPr>
              <w:autoSpaceDE w:val="0"/>
              <w:autoSpaceDN w:val="0"/>
              <w:spacing w:before="104" w:after="0" w:line="208" w:lineRule="exact"/>
              <w:ind w:left="74" w:right="6"/>
              <w:jc w:val="both"/>
            </w:pPr>
            <w:r w:rsidRPr="007204D9">
              <w:rPr>
                <w:b/>
                <w:color w:val="000000"/>
                <w:sz w:val="18"/>
              </w:rPr>
              <w:t xml:space="preserve">As embalagens, ingredientes e/ou matérias primas armazenados encontram-se sobre bases ou prateleiras de material liso, resistente, impermeável e lavável? </w:t>
            </w:r>
            <w:r w:rsidRPr="007204D9">
              <w:rPr>
                <w:b/>
                <w:color w:val="000000"/>
                <w:sz w:val="18"/>
              </w:rPr>
              <w:t xml:space="preserve">(Doc. Ref.: Resolução RDC n° 216/2004 da ANVISA). </w:t>
            </w:r>
          </w:p>
        </w:tc>
      </w:tr>
      <w:tr w:rsidR="0097296A" w:rsidRPr="007204D9" w14:paraId="1C9AF855" w14:textId="77777777" w:rsidTr="005E5D07">
        <w:trPr>
          <w:trHeight w:val="398"/>
        </w:trPr>
        <w:tc>
          <w:tcPr>
            <w:tcW w:w="2078" w:type="dxa"/>
            <w:vMerge/>
            <w:tcBorders>
              <w:top w:val="single" w:sz="3" w:space="0" w:color="auto"/>
              <w:left w:val="single" w:sz="4" w:space="0" w:color="auto"/>
              <w:bottom w:val="single" w:sz="4" w:space="0" w:color="auto"/>
              <w:right w:val="single" w:sz="4" w:space="0" w:color="auto"/>
            </w:tcBorders>
          </w:tcPr>
          <w:p w14:paraId="13F45F13" w14:textId="77777777" w:rsidR="0097296A" w:rsidRPr="007204D9" w:rsidRDefault="0097296A"/>
        </w:tc>
        <w:tc>
          <w:tcPr>
            <w:tcW w:w="2078" w:type="dxa"/>
            <w:vMerge/>
            <w:tcBorders>
              <w:top w:val="single" w:sz="3" w:space="0" w:color="auto"/>
              <w:left w:val="single" w:sz="4" w:space="0" w:color="auto"/>
              <w:bottom w:val="single" w:sz="4" w:space="0" w:color="auto"/>
              <w:right w:val="single" w:sz="4" w:space="0" w:color="auto"/>
            </w:tcBorders>
          </w:tcPr>
          <w:p w14:paraId="20F011B4" w14:textId="77777777" w:rsidR="0097296A" w:rsidRPr="007204D9" w:rsidRDefault="0097296A"/>
        </w:tc>
        <w:tc>
          <w:tcPr>
            <w:tcW w:w="7128" w:type="dxa"/>
            <w:tcBorders>
              <w:top w:val="single" w:sz="3" w:space="0" w:color="auto"/>
              <w:left w:val="single" w:sz="4" w:space="0" w:color="auto"/>
              <w:bottom w:val="single" w:sz="4" w:space="0" w:color="auto"/>
              <w:right w:val="single" w:sz="4" w:space="0" w:color="auto"/>
            </w:tcBorders>
            <w:tcMar>
              <w:left w:w="0" w:type="dxa"/>
              <w:right w:w="0" w:type="dxa"/>
            </w:tcMar>
          </w:tcPr>
          <w:p w14:paraId="34E3E9E7" w14:textId="77777777" w:rsidR="0097296A" w:rsidRPr="007204D9" w:rsidRDefault="00000000">
            <w:pPr>
              <w:autoSpaceDE w:val="0"/>
              <w:autoSpaceDN w:val="0"/>
              <w:spacing w:before="98" w:after="0" w:line="200" w:lineRule="exact"/>
              <w:ind w:left="74"/>
            </w:pPr>
            <w:r w:rsidRPr="007204D9">
              <w:rPr>
                <w:color w:val="000000"/>
                <w:sz w:val="18"/>
              </w:rPr>
              <w:t xml:space="preserve">Sim. </w:t>
            </w:r>
          </w:p>
        </w:tc>
        <w:tc>
          <w:tcPr>
            <w:tcW w:w="530" w:type="dxa"/>
            <w:tcBorders>
              <w:top w:val="single" w:sz="3" w:space="0" w:color="auto"/>
              <w:left w:val="single" w:sz="4" w:space="0" w:color="auto"/>
              <w:bottom w:val="single" w:sz="4" w:space="0" w:color="auto"/>
              <w:right w:val="single" w:sz="4" w:space="0" w:color="auto"/>
            </w:tcBorders>
            <w:tcMar>
              <w:left w:w="0" w:type="dxa"/>
              <w:right w:w="0" w:type="dxa"/>
            </w:tcMar>
          </w:tcPr>
          <w:p w14:paraId="26910FA5" w14:textId="77777777" w:rsidR="0097296A" w:rsidRPr="007204D9" w:rsidRDefault="00000000">
            <w:pPr>
              <w:autoSpaceDE w:val="0"/>
              <w:autoSpaceDN w:val="0"/>
              <w:spacing w:before="98" w:after="0" w:line="200" w:lineRule="exact"/>
              <w:jc w:val="center"/>
            </w:pPr>
            <w:r w:rsidRPr="007204D9">
              <w:rPr>
                <w:color w:val="000000"/>
                <w:sz w:val="18"/>
              </w:rPr>
              <w:t xml:space="preserve">AT </w:t>
            </w:r>
          </w:p>
        </w:tc>
        <w:tc>
          <w:tcPr>
            <w:tcW w:w="998" w:type="dxa"/>
            <w:tcBorders>
              <w:top w:val="single" w:sz="3" w:space="0" w:color="auto"/>
              <w:left w:val="single" w:sz="4" w:space="0" w:color="auto"/>
              <w:bottom w:val="single" w:sz="4" w:space="0" w:color="auto"/>
              <w:right w:val="single" w:sz="4" w:space="0" w:color="auto"/>
            </w:tcBorders>
            <w:shd w:val="clear" w:color="auto" w:fill="92D050"/>
            <w:tcMar>
              <w:left w:w="0" w:type="dxa"/>
              <w:right w:w="0" w:type="dxa"/>
            </w:tcMar>
          </w:tcPr>
          <w:p w14:paraId="261206C8" w14:textId="77777777" w:rsidR="0097296A" w:rsidRPr="007204D9" w:rsidRDefault="00000000">
            <w:pPr>
              <w:autoSpaceDE w:val="0"/>
              <w:autoSpaceDN w:val="0"/>
              <w:spacing w:before="98" w:after="0" w:line="200" w:lineRule="exact"/>
              <w:jc w:val="center"/>
            </w:pPr>
            <w:r w:rsidRPr="007204D9">
              <w:rPr>
                <w:color w:val="000000"/>
                <w:sz w:val="18"/>
              </w:rPr>
              <w:t xml:space="preserve">1 </w:t>
            </w:r>
          </w:p>
        </w:tc>
      </w:tr>
      <w:tr w:rsidR="0097296A" w:rsidRPr="007204D9" w14:paraId="2A579E90" w14:textId="77777777" w:rsidTr="005E5D07">
        <w:trPr>
          <w:trHeight w:val="398"/>
        </w:trPr>
        <w:tc>
          <w:tcPr>
            <w:tcW w:w="2078" w:type="dxa"/>
            <w:vMerge/>
            <w:tcBorders>
              <w:top w:val="single" w:sz="3" w:space="0" w:color="auto"/>
              <w:left w:val="single" w:sz="4" w:space="0" w:color="auto"/>
              <w:bottom w:val="single" w:sz="4" w:space="0" w:color="auto"/>
              <w:right w:val="single" w:sz="4" w:space="0" w:color="auto"/>
            </w:tcBorders>
          </w:tcPr>
          <w:p w14:paraId="003587E9" w14:textId="77777777" w:rsidR="0097296A" w:rsidRPr="007204D9" w:rsidRDefault="0097296A"/>
        </w:tc>
        <w:tc>
          <w:tcPr>
            <w:tcW w:w="2078" w:type="dxa"/>
            <w:vMerge/>
            <w:tcBorders>
              <w:top w:val="single" w:sz="3" w:space="0" w:color="auto"/>
              <w:left w:val="single" w:sz="4" w:space="0" w:color="auto"/>
              <w:bottom w:val="single" w:sz="4" w:space="0" w:color="auto"/>
              <w:right w:val="single" w:sz="4" w:space="0" w:color="auto"/>
            </w:tcBorders>
          </w:tcPr>
          <w:p w14:paraId="20AB9D82"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72C64FFA" w14:textId="77777777" w:rsidR="0097296A" w:rsidRPr="007204D9" w:rsidRDefault="00000000">
            <w:pPr>
              <w:autoSpaceDE w:val="0"/>
              <w:autoSpaceDN w:val="0"/>
              <w:spacing w:before="98" w:after="0" w:line="200"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3CF72A8C" w14:textId="77777777" w:rsidR="0097296A" w:rsidRPr="007204D9" w:rsidRDefault="00000000">
            <w:pPr>
              <w:autoSpaceDE w:val="0"/>
              <w:autoSpaceDN w:val="0"/>
              <w:spacing w:before="98" w:after="0" w:line="200" w:lineRule="exact"/>
              <w:jc w:val="center"/>
            </w:pPr>
            <w:r w:rsidRPr="007204D9">
              <w:rPr>
                <w:color w:val="000000"/>
                <w:sz w:val="18"/>
              </w:rPr>
              <w:t>NAT</w:t>
            </w:r>
          </w:p>
        </w:tc>
        <w:tc>
          <w:tcPr>
            <w:tcW w:w="998"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71281918" w14:textId="77777777" w:rsidR="0097296A" w:rsidRPr="007204D9" w:rsidRDefault="00000000">
            <w:pPr>
              <w:autoSpaceDE w:val="0"/>
              <w:autoSpaceDN w:val="0"/>
              <w:spacing w:before="98" w:after="0" w:line="200" w:lineRule="exact"/>
              <w:jc w:val="center"/>
            </w:pPr>
            <w:r w:rsidRPr="007204D9">
              <w:rPr>
                <w:color w:val="000000"/>
                <w:sz w:val="18"/>
              </w:rPr>
              <w:t xml:space="preserve">3 </w:t>
            </w:r>
          </w:p>
        </w:tc>
      </w:tr>
      <w:tr w:rsidR="0097296A" w:rsidRPr="007204D9" w14:paraId="7F160AD8" w14:textId="77777777">
        <w:trPr>
          <w:trHeight w:val="400"/>
        </w:trPr>
        <w:tc>
          <w:tcPr>
            <w:tcW w:w="2078" w:type="dxa"/>
            <w:vMerge/>
            <w:tcBorders>
              <w:top w:val="single" w:sz="3" w:space="0" w:color="auto"/>
              <w:left w:val="single" w:sz="4" w:space="0" w:color="auto"/>
              <w:bottom w:val="single" w:sz="4" w:space="0" w:color="auto"/>
              <w:right w:val="single" w:sz="4" w:space="0" w:color="auto"/>
            </w:tcBorders>
          </w:tcPr>
          <w:p w14:paraId="7E6AC310" w14:textId="77777777" w:rsidR="0097296A" w:rsidRPr="007204D9" w:rsidRDefault="0097296A"/>
        </w:tc>
        <w:tc>
          <w:tcPr>
            <w:tcW w:w="2078" w:type="dxa"/>
            <w:vMerge/>
            <w:tcBorders>
              <w:top w:val="single" w:sz="3" w:space="0" w:color="auto"/>
              <w:left w:val="single" w:sz="4" w:space="0" w:color="auto"/>
              <w:bottom w:val="single" w:sz="4" w:space="0" w:color="auto"/>
              <w:right w:val="single" w:sz="4" w:space="0" w:color="auto"/>
            </w:tcBorders>
          </w:tcPr>
          <w:p w14:paraId="60CA4B53"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4BB89B93" w14:textId="77777777" w:rsidR="0097296A" w:rsidRPr="007204D9" w:rsidRDefault="00000000">
            <w:pPr>
              <w:autoSpaceDE w:val="0"/>
              <w:autoSpaceDN w:val="0"/>
              <w:spacing w:before="96" w:after="0" w:line="200" w:lineRule="exact"/>
              <w:ind w:left="74"/>
            </w:pPr>
            <w:r w:rsidRPr="007204D9">
              <w:rPr>
                <w:color w:val="000000"/>
                <w:sz w:val="18"/>
              </w:rPr>
              <w:t xml:space="preserve">Não se aplica. Não há áreas de venda e manipulação de alimentos.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043529E0"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998" w:type="dxa"/>
            <w:tcBorders>
              <w:top w:val="single" w:sz="4" w:space="0" w:color="auto"/>
              <w:left w:val="single" w:sz="4" w:space="0" w:color="auto"/>
              <w:bottom w:val="single" w:sz="4" w:space="0" w:color="auto"/>
              <w:right w:val="single" w:sz="4" w:space="0" w:color="auto"/>
            </w:tcBorders>
            <w:tcMar>
              <w:left w:w="0" w:type="dxa"/>
              <w:right w:w="0" w:type="dxa"/>
            </w:tcMar>
          </w:tcPr>
          <w:p w14:paraId="06943731"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2B88F5F9" w14:textId="77777777">
        <w:trPr>
          <w:trHeight w:val="398"/>
        </w:trPr>
        <w:tc>
          <w:tcPr>
            <w:tcW w:w="2078" w:type="dxa"/>
            <w:vMerge/>
            <w:tcBorders>
              <w:top w:val="single" w:sz="3" w:space="0" w:color="auto"/>
              <w:left w:val="single" w:sz="4" w:space="0" w:color="auto"/>
              <w:bottom w:val="single" w:sz="4" w:space="0" w:color="auto"/>
              <w:right w:val="single" w:sz="4" w:space="0" w:color="auto"/>
            </w:tcBorders>
          </w:tcPr>
          <w:p w14:paraId="0BAAFB94" w14:textId="77777777" w:rsidR="0097296A" w:rsidRPr="007204D9" w:rsidRDefault="0097296A"/>
        </w:tc>
        <w:tc>
          <w:tcPr>
            <w:tcW w:w="2078" w:type="dxa"/>
            <w:vMerge/>
            <w:tcBorders>
              <w:top w:val="single" w:sz="3" w:space="0" w:color="auto"/>
              <w:left w:val="single" w:sz="4" w:space="0" w:color="auto"/>
              <w:bottom w:val="single" w:sz="4" w:space="0" w:color="auto"/>
              <w:right w:val="single" w:sz="4" w:space="0" w:color="auto"/>
            </w:tcBorders>
          </w:tcPr>
          <w:p w14:paraId="39822107"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5039CF3A" w14:textId="77777777" w:rsidR="0097296A" w:rsidRPr="007204D9" w:rsidRDefault="00000000">
            <w:pPr>
              <w:autoSpaceDE w:val="0"/>
              <w:autoSpaceDN w:val="0"/>
              <w:spacing w:before="98" w:after="0" w:line="202" w:lineRule="exact"/>
              <w:ind w:left="74"/>
            </w:pPr>
            <w:r w:rsidRPr="007204D9">
              <w:rPr>
                <w:color w:val="000000"/>
                <w:sz w:val="18"/>
              </w:rPr>
              <w:t xml:space="preserve">Não observado. (Especificar no comentário o motivo da não observação)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54CFBB10" w14:textId="77777777" w:rsidR="0097296A" w:rsidRPr="007204D9" w:rsidRDefault="00000000">
            <w:pPr>
              <w:autoSpaceDE w:val="0"/>
              <w:autoSpaceDN w:val="0"/>
              <w:spacing w:before="98" w:after="0" w:line="202" w:lineRule="exact"/>
              <w:jc w:val="center"/>
            </w:pPr>
            <w:r w:rsidRPr="007204D9">
              <w:rPr>
                <w:color w:val="000000"/>
                <w:sz w:val="18"/>
              </w:rPr>
              <w:t xml:space="preserve">NO </w:t>
            </w:r>
          </w:p>
        </w:tc>
        <w:tc>
          <w:tcPr>
            <w:tcW w:w="998" w:type="dxa"/>
            <w:tcBorders>
              <w:top w:val="single" w:sz="4" w:space="0" w:color="auto"/>
              <w:left w:val="single" w:sz="4" w:space="0" w:color="auto"/>
              <w:bottom w:val="single" w:sz="4" w:space="0" w:color="auto"/>
              <w:right w:val="single" w:sz="4" w:space="0" w:color="auto"/>
            </w:tcBorders>
            <w:tcMar>
              <w:left w:w="0" w:type="dxa"/>
              <w:right w:w="0" w:type="dxa"/>
            </w:tcMar>
          </w:tcPr>
          <w:p w14:paraId="40482A3B"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4F625E21" w14:textId="77777777">
        <w:trPr>
          <w:trHeight w:val="916"/>
        </w:trPr>
        <w:tc>
          <w:tcPr>
            <w:tcW w:w="2078" w:type="dxa"/>
            <w:vMerge/>
            <w:tcBorders>
              <w:top w:val="single" w:sz="3" w:space="0" w:color="auto"/>
              <w:left w:val="single" w:sz="4" w:space="0" w:color="auto"/>
              <w:bottom w:val="single" w:sz="4" w:space="0" w:color="auto"/>
              <w:right w:val="single" w:sz="4" w:space="0" w:color="auto"/>
            </w:tcBorders>
          </w:tcPr>
          <w:p w14:paraId="40511172" w14:textId="77777777" w:rsidR="0097296A" w:rsidRPr="007204D9" w:rsidRDefault="0097296A"/>
        </w:tc>
        <w:tc>
          <w:tcPr>
            <w:tcW w:w="2078" w:type="dxa"/>
            <w:vMerge/>
            <w:tcBorders>
              <w:top w:val="single" w:sz="3" w:space="0" w:color="auto"/>
              <w:left w:val="single" w:sz="4" w:space="0" w:color="auto"/>
              <w:bottom w:val="single" w:sz="4" w:space="0" w:color="auto"/>
              <w:right w:val="single" w:sz="4" w:space="0" w:color="auto"/>
            </w:tcBorders>
          </w:tcPr>
          <w:p w14:paraId="011720E7" w14:textId="77777777" w:rsidR="0097296A" w:rsidRPr="007204D9" w:rsidRDefault="0097296A"/>
        </w:tc>
        <w:tc>
          <w:tcPr>
            <w:tcW w:w="865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F55F344"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5609B399" w14:textId="77777777">
        <w:trPr>
          <w:trHeight w:val="108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BC2090F" w14:textId="77777777" w:rsidR="0097296A" w:rsidRPr="007204D9" w:rsidRDefault="00000000">
            <w:pPr>
              <w:autoSpaceDE w:val="0"/>
              <w:autoSpaceDN w:val="0"/>
              <w:spacing w:before="1702" w:after="0" w:line="200" w:lineRule="exact"/>
              <w:jc w:val="center"/>
            </w:pPr>
            <w:r w:rsidRPr="007204D9">
              <w:rPr>
                <w:color w:val="000000"/>
                <w:sz w:val="18"/>
              </w:rPr>
              <w:t xml:space="preserve">3.15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DE23B99" w14:textId="77777777" w:rsidR="0097296A" w:rsidRPr="007204D9" w:rsidRDefault="00000000">
            <w:pPr>
              <w:autoSpaceDE w:val="0"/>
              <w:autoSpaceDN w:val="0"/>
              <w:spacing w:before="1702" w:after="0" w:line="200" w:lineRule="exact"/>
              <w:jc w:val="center"/>
            </w:pPr>
            <w:r w:rsidRPr="007204D9">
              <w:rPr>
                <w:color w:val="000000"/>
                <w:sz w:val="18"/>
              </w:rPr>
              <w:t xml:space="preserve">1 </w:t>
            </w:r>
          </w:p>
        </w:tc>
        <w:tc>
          <w:tcPr>
            <w:tcW w:w="865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B152A6E" w14:textId="77777777" w:rsidR="0097296A" w:rsidRPr="007204D9" w:rsidRDefault="00000000">
            <w:pPr>
              <w:autoSpaceDE w:val="0"/>
              <w:autoSpaceDN w:val="0"/>
              <w:spacing w:before="116" w:after="0" w:line="206" w:lineRule="exact"/>
              <w:ind w:left="74" w:right="6"/>
              <w:jc w:val="both"/>
            </w:pPr>
            <w:r w:rsidRPr="007204D9">
              <w:rPr>
                <w:b/>
                <w:color w:val="000000"/>
                <w:sz w:val="18"/>
              </w:rPr>
              <w:t xml:space="preserve">Os equipamentos de conservação dos alimentos (refrigeradores, câmaras frigoríficas e congeladores) e os de processamento térmico dos alimentos possuem termômetro (analógico, digital ou a laser) em local visível e em bom funcionamento? </w:t>
            </w:r>
            <w:r w:rsidRPr="007204D9">
              <w:rPr>
                <w:b/>
                <w:color w:val="000000"/>
                <w:sz w:val="18"/>
              </w:rPr>
              <w:t xml:space="preserve">(Doc. Ref.: Resolução RDC n°216/2004 da ANVISA). </w:t>
            </w:r>
          </w:p>
        </w:tc>
      </w:tr>
      <w:tr w:rsidR="0097296A" w:rsidRPr="007204D9" w14:paraId="76ACE4A4" w14:textId="77777777" w:rsidTr="005E5D07">
        <w:trPr>
          <w:trHeight w:val="404"/>
        </w:trPr>
        <w:tc>
          <w:tcPr>
            <w:tcW w:w="2078" w:type="dxa"/>
            <w:vMerge/>
            <w:tcBorders>
              <w:top w:val="single" w:sz="4" w:space="0" w:color="auto"/>
              <w:left w:val="single" w:sz="4" w:space="0" w:color="auto"/>
              <w:bottom w:val="single" w:sz="4" w:space="0" w:color="auto"/>
              <w:right w:val="single" w:sz="4" w:space="0" w:color="auto"/>
            </w:tcBorders>
          </w:tcPr>
          <w:p w14:paraId="4D3BD52A"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0B6D8B45"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048495D6" w14:textId="77777777" w:rsidR="0097296A" w:rsidRPr="007204D9" w:rsidRDefault="00000000">
            <w:pPr>
              <w:autoSpaceDE w:val="0"/>
              <w:autoSpaceDN w:val="0"/>
              <w:spacing w:before="104" w:after="0" w:line="200" w:lineRule="exact"/>
              <w:ind w:left="74"/>
            </w:pPr>
            <w:r w:rsidRPr="007204D9">
              <w:rPr>
                <w:color w:val="000000"/>
                <w:sz w:val="18"/>
              </w:rPr>
              <w:t xml:space="preserve">Sim.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6D74D5F5" w14:textId="77777777" w:rsidR="0097296A" w:rsidRPr="007204D9" w:rsidRDefault="00000000">
            <w:pPr>
              <w:autoSpaceDE w:val="0"/>
              <w:autoSpaceDN w:val="0"/>
              <w:spacing w:before="104" w:after="0" w:line="200" w:lineRule="exact"/>
              <w:jc w:val="center"/>
            </w:pPr>
            <w:r w:rsidRPr="007204D9">
              <w:rPr>
                <w:color w:val="000000"/>
                <w:sz w:val="18"/>
              </w:rPr>
              <w:t xml:space="preserve">AT </w:t>
            </w:r>
          </w:p>
        </w:tc>
        <w:tc>
          <w:tcPr>
            <w:tcW w:w="998"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36410015" w14:textId="77777777" w:rsidR="0097296A" w:rsidRPr="007204D9" w:rsidRDefault="00000000">
            <w:pPr>
              <w:autoSpaceDE w:val="0"/>
              <w:autoSpaceDN w:val="0"/>
              <w:spacing w:before="104" w:after="0" w:line="200" w:lineRule="exact"/>
              <w:jc w:val="center"/>
            </w:pPr>
            <w:r w:rsidRPr="007204D9">
              <w:rPr>
                <w:color w:val="000000"/>
                <w:sz w:val="18"/>
              </w:rPr>
              <w:t xml:space="preserve">1 </w:t>
            </w:r>
          </w:p>
        </w:tc>
      </w:tr>
      <w:tr w:rsidR="0097296A" w:rsidRPr="007204D9" w14:paraId="69299773" w14:textId="77777777" w:rsidTr="005E5D07">
        <w:trPr>
          <w:trHeight w:val="400"/>
        </w:trPr>
        <w:tc>
          <w:tcPr>
            <w:tcW w:w="2078" w:type="dxa"/>
            <w:vMerge/>
            <w:tcBorders>
              <w:top w:val="single" w:sz="4" w:space="0" w:color="auto"/>
              <w:left w:val="single" w:sz="4" w:space="0" w:color="auto"/>
              <w:bottom w:val="single" w:sz="4" w:space="0" w:color="auto"/>
              <w:right w:val="single" w:sz="4" w:space="0" w:color="auto"/>
            </w:tcBorders>
          </w:tcPr>
          <w:p w14:paraId="61CC5E90"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7854A53B"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6253D05A" w14:textId="77777777" w:rsidR="0097296A" w:rsidRPr="007204D9" w:rsidRDefault="00000000">
            <w:pPr>
              <w:autoSpaceDE w:val="0"/>
              <w:autoSpaceDN w:val="0"/>
              <w:spacing w:before="96" w:after="0" w:line="200"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446CF9B7" w14:textId="77777777" w:rsidR="0097296A" w:rsidRPr="007204D9" w:rsidRDefault="00000000">
            <w:pPr>
              <w:autoSpaceDE w:val="0"/>
              <w:autoSpaceDN w:val="0"/>
              <w:spacing w:before="96" w:after="0" w:line="200" w:lineRule="exact"/>
              <w:jc w:val="center"/>
            </w:pPr>
            <w:r w:rsidRPr="007204D9">
              <w:rPr>
                <w:color w:val="000000"/>
                <w:sz w:val="18"/>
              </w:rPr>
              <w:t>NAT</w:t>
            </w:r>
          </w:p>
        </w:tc>
        <w:tc>
          <w:tcPr>
            <w:tcW w:w="998"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23B4C656" w14:textId="77777777" w:rsidR="0097296A" w:rsidRPr="007204D9" w:rsidRDefault="00000000">
            <w:pPr>
              <w:autoSpaceDE w:val="0"/>
              <w:autoSpaceDN w:val="0"/>
              <w:spacing w:before="96" w:after="0" w:line="200" w:lineRule="exact"/>
              <w:jc w:val="center"/>
            </w:pPr>
            <w:r w:rsidRPr="007204D9">
              <w:rPr>
                <w:color w:val="000000"/>
                <w:sz w:val="18"/>
              </w:rPr>
              <w:t xml:space="preserve">3 </w:t>
            </w:r>
          </w:p>
        </w:tc>
      </w:tr>
      <w:tr w:rsidR="0097296A" w:rsidRPr="007204D9" w14:paraId="75DE7507" w14:textId="77777777">
        <w:trPr>
          <w:trHeight w:val="394"/>
        </w:trPr>
        <w:tc>
          <w:tcPr>
            <w:tcW w:w="2078" w:type="dxa"/>
            <w:vMerge/>
            <w:tcBorders>
              <w:top w:val="single" w:sz="4" w:space="0" w:color="auto"/>
              <w:left w:val="single" w:sz="4" w:space="0" w:color="auto"/>
              <w:bottom w:val="single" w:sz="4" w:space="0" w:color="auto"/>
              <w:right w:val="single" w:sz="4" w:space="0" w:color="auto"/>
            </w:tcBorders>
          </w:tcPr>
          <w:p w14:paraId="7BA3F82E"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5C750202"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0FDAE5F7" w14:textId="77777777" w:rsidR="0097296A" w:rsidRPr="007204D9" w:rsidRDefault="00000000">
            <w:pPr>
              <w:autoSpaceDE w:val="0"/>
              <w:autoSpaceDN w:val="0"/>
              <w:spacing w:before="96" w:after="0" w:line="202" w:lineRule="exact"/>
              <w:ind w:left="74"/>
            </w:pPr>
            <w:r w:rsidRPr="007204D9">
              <w:rPr>
                <w:color w:val="000000"/>
                <w:sz w:val="18"/>
              </w:rPr>
              <w:t xml:space="preserve">Não se aplica. Não há áreas de venda e manipulação de alimentos.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5BB4E309" w14:textId="77777777" w:rsidR="0097296A" w:rsidRPr="007204D9" w:rsidRDefault="00000000">
            <w:pPr>
              <w:autoSpaceDE w:val="0"/>
              <w:autoSpaceDN w:val="0"/>
              <w:spacing w:before="96" w:after="0" w:line="202" w:lineRule="exact"/>
              <w:jc w:val="center"/>
            </w:pPr>
            <w:r w:rsidRPr="007204D9">
              <w:rPr>
                <w:color w:val="000000"/>
                <w:sz w:val="18"/>
              </w:rPr>
              <w:t>NAP</w:t>
            </w:r>
          </w:p>
        </w:tc>
        <w:tc>
          <w:tcPr>
            <w:tcW w:w="998" w:type="dxa"/>
            <w:tcBorders>
              <w:top w:val="single" w:sz="4" w:space="0" w:color="auto"/>
              <w:left w:val="single" w:sz="4" w:space="0" w:color="auto"/>
              <w:bottom w:val="single" w:sz="4" w:space="0" w:color="auto"/>
              <w:right w:val="single" w:sz="4" w:space="0" w:color="auto"/>
            </w:tcBorders>
            <w:tcMar>
              <w:left w:w="0" w:type="dxa"/>
              <w:right w:w="0" w:type="dxa"/>
            </w:tcMar>
          </w:tcPr>
          <w:p w14:paraId="4576B3D9"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5D0DBD47" w14:textId="77777777">
        <w:trPr>
          <w:trHeight w:val="402"/>
        </w:trPr>
        <w:tc>
          <w:tcPr>
            <w:tcW w:w="2078" w:type="dxa"/>
            <w:vMerge/>
            <w:tcBorders>
              <w:top w:val="single" w:sz="4" w:space="0" w:color="auto"/>
              <w:left w:val="single" w:sz="4" w:space="0" w:color="auto"/>
              <w:bottom w:val="single" w:sz="4" w:space="0" w:color="auto"/>
              <w:right w:val="single" w:sz="4" w:space="0" w:color="auto"/>
            </w:tcBorders>
          </w:tcPr>
          <w:p w14:paraId="723C8EA4"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18392896" w14:textId="77777777" w:rsidR="0097296A" w:rsidRPr="007204D9" w:rsidRDefault="0097296A"/>
        </w:tc>
        <w:tc>
          <w:tcPr>
            <w:tcW w:w="7128" w:type="dxa"/>
            <w:tcBorders>
              <w:top w:val="single" w:sz="4" w:space="0" w:color="auto"/>
              <w:left w:val="single" w:sz="4" w:space="0" w:color="auto"/>
              <w:bottom w:val="single" w:sz="3" w:space="0" w:color="auto"/>
              <w:right w:val="single" w:sz="4" w:space="0" w:color="auto"/>
            </w:tcBorders>
            <w:tcMar>
              <w:left w:w="0" w:type="dxa"/>
              <w:right w:w="0" w:type="dxa"/>
            </w:tcMar>
          </w:tcPr>
          <w:p w14:paraId="63D6B178" w14:textId="77777777" w:rsidR="0097296A" w:rsidRPr="007204D9" w:rsidRDefault="00000000">
            <w:pPr>
              <w:autoSpaceDE w:val="0"/>
              <w:autoSpaceDN w:val="0"/>
              <w:spacing w:before="98" w:after="0" w:line="202" w:lineRule="exact"/>
              <w:ind w:left="74"/>
            </w:pPr>
            <w:r w:rsidRPr="007204D9">
              <w:rPr>
                <w:color w:val="000000"/>
                <w:sz w:val="18"/>
              </w:rPr>
              <w:t xml:space="preserve">Não observado. (Especificar no comentário o motivo da não observação) </w:t>
            </w:r>
          </w:p>
        </w:tc>
        <w:tc>
          <w:tcPr>
            <w:tcW w:w="530" w:type="dxa"/>
            <w:tcBorders>
              <w:top w:val="single" w:sz="4" w:space="0" w:color="auto"/>
              <w:left w:val="single" w:sz="4" w:space="0" w:color="auto"/>
              <w:bottom w:val="single" w:sz="3" w:space="0" w:color="auto"/>
              <w:right w:val="single" w:sz="4" w:space="0" w:color="auto"/>
            </w:tcBorders>
            <w:tcMar>
              <w:left w:w="0" w:type="dxa"/>
              <w:right w:w="0" w:type="dxa"/>
            </w:tcMar>
          </w:tcPr>
          <w:p w14:paraId="3E634487" w14:textId="77777777" w:rsidR="0097296A" w:rsidRPr="007204D9" w:rsidRDefault="00000000">
            <w:pPr>
              <w:autoSpaceDE w:val="0"/>
              <w:autoSpaceDN w:val="0"/>
              <w:spacing w:before="98" w:after="0" w:line="202" w:lineRule="exact"/>
              <w:jc w:val="center"/>
            </w:pPr>
            <w:r w:rsidRPr="007204D9">
              <w:rPr>
                <w:color w:val="000000"/>
                <w:sz w:val="18"/>
              </w:rPr>
              <w:t xml:space="preserve">NO </w:t>
            </w:r>
          </w:p>
        </w:tc>
        <w:tc>
          <w:tcPr>
            <w:tcW w:w="998" w:type="dxa"/>
            <w:tcBorders>
              <w:top w:val="single" w:sz="4" w:space="0" w:color="auto"/>
              <w:left w:val="single" w:sz="4" w:space="0" w:color="auto"/>
              <w:bottom w:val="single" w:sz="3" w:space="0" w:color="auto"/>
              <w:right w:val="single" w:sz="4" w:space="0" w:color="auto"/>
            </w:tcBorders>
            <w:tcMar>
              <w:left w:w="0" w:type="dxa"/>
              <w:right w:w="0" w:type="dxa"/>
            </w:tcMar>
          </w:tcPr>
          <w:p w14:paraId="0148B328"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51204481" w14:textId="77777777">
        <w:trPr>
          <w:trHeight w:val="918"/>
        </w:trPr>
        <w:tc>
          <w:tcPr>
            <w:tcW w:w="2078" w:type="dxa"/>
            <w:vMerge/>
            <w:tcBorders>
              <w:top w:val="single" w:sz="4" w:space="0" w:color="auto"/>
              <w:left w:val="single" w:sz="4" w:space="0" w:color="auto"/>
              <w:bottom w:val="single" w:sz="4" w:space="0" w:color="auto"/>
              <w:right w:val="single" w:sz="4" w:space="0" w:color="auto"/>
            </w:tcBorders>
          </w:tcPr>
          <w:p w14:paraId="73232C06"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275CE8AE" w14:textId="77777777" w:rsidR="0097296A" w:rsidRPr="007204D9" w:rsidRDefault="0097296A"/>
        </w:tc>
        <w:tc>
          <w:tcPr>
            <w:tcW w:w="865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3257107C"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r w:rsidR="0097296A" w:rsidRPr="007204D9" w14:paraId="5BF413C5" w14:textId="77777777">
        <w:trPr>
          <w:trHeight w:val="78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DF0F270" w14:textId="77777777" w:rsidR="0097296A" w:rsidRPr="007204D9" w:rsidRDefault="00000000">
            <w:pPr>
              <w:autoSpaceDE w:val="0"/>
              <w:autoSpaceDN w:val="0"/>
              <w:spacing w:before="1546" w:after="0" w:line="200" w:lineRule="exact"/>
              <w:jc w:val="center"/>
            </w:pPr>
            <w:r w:rsidRPr="007204D9">
              <w:rPr>
                <w:color w:val="000000"/>
                <w:sz w:val="18"/>
              </w:rPr>
              <w:t xml:space="preserve">3.16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F9189E7" w14:textId="77777777" w:rsidR="0097296A" w:rsidRPr="007204D9" w:rsidRDefault="00000000">
            <w:pPr>
              <w:autoSpaceDE w:val="0"/>
              <w:autoSpaceDN w:val="0"/>
              <w:spacing w:before="1546" w:after="0" w:line="200" w:lineRule="exact"/>
              <w:jc w:val="center"/>
            </w:pPr>
            <w:r w:rsidRPr="007204D9">
              <w:rPr>
                <w:color w:val="000000"/>
                <w:sz w:val="18"/>
              </w:rPr>
              <w:t xml:space="preserve">3 </w:t>
            </w:r>
          </w:p>
        </w:tc>
        <w:tc>
          <w:tcPr>
            <w:tcW w:w="8656"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0D644D3F" w14:textId="77777777" w:rsidR="0097296A" w:rsidRPr="007204D9" w:rsidRDefault="00000000">
            <w:pPr>
              <w:autoSpaceDE w:val="0"/>
              <w:autoSpaceDN w:val="0"/>
              <w:spacing w:before="62" w:after="0" w:line="208" w:lineRule="exact"/>
              <w:ind w:left="74" w:right="6"/>
              <w:jc w:val="both"/>
            </w:pPr>
            <w:r w:rsidRPr="007204D9">
              <w:rPr>
                <w:b/>
                <w:color w:val="000000"/>
                <w:sz w:val="18"/>
              </w:rPr>
              <w:t xml:space="preserve">Os equipamentos de exposição do alimento preparado possuem barreiras que evitem a contaminação dos alimentos pela proximidade e ação do consumidor? </w:t>
            </w:r>
            <w:r w:rsidRPr="007204D9">
              <w:rPr>
                <w:b/>
                <w:color w:val="000000"/>
                <w:sz w:val="18"/>
              </w:rPr>
              <w:t xml:space="preserve">(Doc. Ref.: Resolução RDC n° 216/2004 da ANVISA). </w:t>
            </w:r>
          </w:p>
        </w:tc>
      </w:tr>
      <w:tr w:rsidR="0097296A" w:rsidRPr="007204D9" w14:paraId="5176628E" w14:textId="77777777" w:rsidTr="005E5D07">
        <w:trPr>
          <w:trHeight w:val="400"/>
        </w:trPr>
        <w:tc>
          <w:tcPr>
            <w:tcW w:w="2078" w:type="dxa"/>
            <w:vMerge/>
            <w:tcBorders>
              <w:top w:val="single" w:sz="4" w:space="0" w:color="auto"/>
              <w:left w:val="single" w:sz="4" w:space="0" w:color="auto"/>
              <w:bottom w:val="single" w:sz="4" w:space="0" w:color="auto"/>
              <w:right w:val="single" w:sz="4" w:space="0" w:color="auto"/>
            </w:tcBorders>
          </w:tcPr>
          <w:p w14:paraId="3DA75B03"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585B51E3" w14:textId="77777777" w:rsidR="0097296A" w:rsidRPr="007204D9" w:rsidRDefault="0097296A"/>
        </w:tc>
        <w:tc>
          <w:tcPr>
            <w:tcW w:w="7128" w:type="dxa"/>
            <w:tcBorders>
              <w:top w:val="single" w:sz="3" w:space="0" w:color="auto"/>
              <w:left w:val="single" w:sz="4" w:space="0" w:color="auto"/>
              <w:bottom w:val="single" w:sz="4" w:space="0" w:color="auto"/>
              <w:right w:val="single" w:sz="4" w:space="0" w:color="auto"/>
            </w:tcBorders>
            <w:tcMar>
              <w:left w:w="0" w:type="dxa"/>
              <w:right w:w="0" w:type="dxa"/>
            </w:tcMar>
          </w:tcPr>
          <w:p w14:paraId="42615C76" w14:textId="77777777" w:rsidR="0097296A" w:rsidRPr="007204D9" w:rsidRDefault="00000000">
            <w:pPr>
              <w:autoSpaceDE w:val="0"/>
              <w:autoSpaceDN w:val="0"/>
              <w:spacing w:before="100" w:after="0" w:line="200" w:lineRule="exact"/>
              <w:ind w:left="74"/>
            </w:pPr>
            <w:r w:rsidRPr="007204D9">
              <w:rPr>
                <w:color w:val="000000"/>
                <w:sz w:val="18"/>
              </w:rPr>
              <w:t xml:space="preserve">Sim. </w:t>
            </w:r>
          </w:p>
        </w:tc>
        <w:tc>
          <w:tcPr>
            <w:tcW w:w="530" w:type="dxa"/>
            <w:tcBorders>
              <w:top w:val="single" w:sz="3" w:space="0" w:color="auto"/>
              <w:left w:val="single" w:sz="4" w:space="0" w:color="auto"/>
              <w:bottom w:val="single" w:sz="4" w:space="0" w:color="auto"/>
              <w:right w:val="single" w:sz="4" w:space="0" w:color="auto"/>
            </w:tcBorders>
            <w:tcMar>
              <w:left w:w="0" w:type="dxa"/>
              <w:right w:w="0" w:type="dxa"/>
            </w:tcMar>
          </w:tcPr>
          <w:p w14:paraId="2C250365" w14:textId="77777777" w:rsidR="0097296A" w:rsidRPr="007204D9" w:rsidRDefault="00000000">
            <w:pPr>
              <w:autoSpaceDE w:val="0"/>
              <w:autoSpaceDN w:val="0"/>
              <w:spacing w:before="100" w:after="0" w:line="200" w:lineRule="exact"/>
              <w:jc w:val="center"/>
            </w:pPr>
            <w:r w:rsidRPr="007204D9">
              <w:rPr>
                <w:color w:val="000000"/>
                <w:sz w:val="18"/>
              </w:rPr>
              <w:t xml:space="preserve">AT </w:t>
            </w:r>
          </w:p>
        </w:tc>
        <w:tc>
          <w:tcPr>
            <w:tcW w:w="998" w:type="dxa"/>
            <w:tcBorders>
              <w:top w:val="single" w:sz="3" w:space="0" w:color="auto"/>
              <w:left w:val="single" w:sz="4" w:space="0" w:color="auto"/>
              <w:bottom w:val="single" w:sz="4" w:space="0" w:color="auto"/>
              <w:right w:val="single" w:sz="4" w:space="0" w:color="auto"/>
            </w:tcBorders>
            <w:shd w:val="clear" w:color="auto" w:fill="92D050"/>
            <w:tcMar>
              <w:left w:w="0" w:type="dxa"/>
              <w:right w:w="0" w:type="dxa"/>
            </w:tcMar>
          </w:tcPr>
          <w:p w14:paraId="22FFFC14" w14:textId="77777777" w:rsidR="0097296A" w:rsidRPr="007204D9" w:rsidRDefault="00000000">
            <w:pPr>
              <w:autoSpaceDE w:val="0"/>
              <w:autoSpaceDN w:val="0"/>
              <w:spacing w:before="100" w:after="0" w:line="200" w:lineRule="exact"/>
              <w:jc w:val="center"/>
            </w:pPr>
            <w:r w:rsidRPr="007204D9">
              <w:rPr>
                <w:color w:val="000000"/>
                <w:sz w:val="18"/>
              </w:rPr>
              <w:t xml:space="preserve">1 </w:t>
            </w:r>
          </w:p>
        </w:tc>
      </w:tr>
      <w:tr w:rsidR="0097296A" w:rsidRPr="007204D9" w14:paraId="04CE52A2" w14:textId="77777777" w:rsidTr="005E5D07">
        <w:trPr>
          <w:trHeight w:val="400"/>
        </w:trPr>
        <w:tc>
          <w:tcPr>
            <w:tcW w:w="2078" w:type="dxa"/>
            <w:vMerge/>
            <w:tcBorders>
              <w:top w:val="single" w:sz="4" w:space="0" w:color="auto"/>
              <w:left w:val="single" w:sz="4" w:space="0" w:color="auto"/>
              <w:bottom w:val="single" w:sz="4" w:space="0" w:color="auto"/>
              <w:right w:val="single" w:sz="4" w:space="0" w:color="auto"/>
            </w:tcBorders>
          </w:tcPr>
          <w:p w14:paraId="45AFD2E1"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0539CDCB"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1598A63D" w14:textId="77777777" w:rsidR="0097296A" w:rsidRPr="007204D9" w:rsidRDefault="00000000">
            <w:pPr>
              <w:autoSpaceDE w:val="0"/>
              <w:autoSpaceDN w:val="0"/>
              <w:spacing w:before="98" w:after="0" w:line="200"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1C2E1C33" w14:textId="77777777" w:rsidR="0097296A" w:rsidRPr="007204D9" w:rsidRDefault="00000000">
            <w:pPr>
              <w:autoSpaceDE w:val="0"/>
              <w:autoSpaceDN w:val="0"/>
              <w:spacing w:before="98" w:after="0" w:line="200" w:lineRule="exact"/>
              <w:jc w:val="center"/>
            </w:pPr>
            <w:r w:rsidRPr="007204D9">
              <w:rPr>
                <w:color w:val="000000"/>
                <w:sz w:val="18"/>
              </w:rPr>
              <w:t>NAT</w:t>
            </w:r>
          </w:p>
        </w:tc>
        <w:tc>
          <w:tcPr>
            <w:tcW w:w="998"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FFC802F" w14:textId="77777777" w:rsidR="0097296A" w:rsidRPr="007204D9" w:rsidRDefault="00000000">
            <w:pPr>
              <w:autoSpaceDE w:val="0"/>
              <w:autoSpaceDN w:val="0"/>
              <w:spacing w:before="98" w:after="0" w:line="200" w:lineRule="exact"/>
              <w:jc w:val="center"/>
            </w:pPr>
            <w:r w:rsidRPr="007204D9">
              <w:rPr>
                <w:color w:val="000000"/>
                <w:sz w:val="18"/>
              </w:rPr>
              <w:t xml:space="preserve">3 </w:t>
            </w:r>
          </w:p>
        </w:tc>
      </w:tr>
      <w:tr w:rsidR="0097296A" w:rsidRPr="007204D9" w14:paraId="6F102D9C" w14:textId="77777777">
        <w:trPr>
          <w:trHeight w:val="396"/>
        </w:trPr>
        <w:tc>
          <w:tcPr>
            <w:tcW w:w="2078" w:type="dxa"/>
            <w:vMerge/>
            <w:tcBorders>
              <w:top w:val="single" w:sz="4" w:space="0" w:color="auto"/>
              <w:left w:val="single" w:sz="4" w:space="0" w:color="auto"/>
              <w:bottom w:val="single" w:sz="4" w:space="0" w:color="auto"/>
              <w:right w:val="single" w:sz="4" w:space="0" w:color="auto"/>
            </w:tcBorders>
          </w:tcPr>
          <w:p w14:paraId="7A44D63B"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3DDB9D47"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2D2D92C6" w14:textId="77777777" w:rsidR="0097296A" w:rsidRPr="007204D9" w:rsidRDefault="00000000">
            <w:pPr>
              <w:autoSpaceDE w:val="0"/>
              <w:autoSpaceDN w:val="0"/>
              <w:spacing w:before="96" w:after="0" w:line="202" w:lineRule="exact"/>
              <w:ind w:left="74"/>
            </w:pPr>
            <w:r w:rsidRPr="007204D9">
              <w:rPr>
                <w:color w:val="000000"/>
                <w:sz w:val="18"/>
              </w:rPr>
              <w:t xml:space="preserve">Não há alimentos perecíveis no estabelecimento.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48647193" w14:textId="77777777" w:rsidR="0097296A" w:rsidRPr="007204D9" w:rsidRDefault="00000000">
            <w:pPr>
              <w:autoSpaceDE w:val="0"/>
              <w:autoSpaceDN w:val="0"/>
              <w:spacing w:before="96" w:after="0" w:line="202" w:lineRule="exact"/>
              <w:jc w:val="center"/>
            </w:pPr>
            <w:r w:rsidRPr="007204D9">
              <w:rPr>
                <w:color w:val="000000"/>
                <w:sz w:val="18"/>
              </w:rPr>
              <w:t>NAP</w:t>
            </w:r>
          </w:p>
        </w:tc>
        <w:tc>
          <w:tcPr>
            <w:tcW w:w="998" w:type="dxa"/>
            <w:tcBorders>
              <w:top w:val="single" w:sz="4" w:space="0" w:color="auto"/>
              <w:left w:val="single" w:sz="4" w:space="0" w:color="auto"/>
              <w:bottom w:val="single" w:sz="4" w:space="0" w:color="auto"/>
              <w:right w:val="single" w:sz="4" w:space="0" w:color="auto"/>
            </w:tcBorders>
            <w:tcMar>
              <w:left w:w="0" w:type="dxa"/>
              <w:right w:w="0" w:type="dxa"/>
            </w:tcMar>
          </w:tcPr>
          <w:p w14:paraId="5065DE5B"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517A5E08" w14:textId="77777777">
        <w:trPr>
          <w:trHeight w:val="404"/>
        </w:trPr>
        <w:tc>
          <w:tcPr>
            <w:tcW w:w="2078" w:type="dxa"/>
            <w:vMerge/>
            <w:tcBorders>
              <w:top w:val="single" w:sz="4" w:space="0" w:color="auto"/>
              <w:left w:val="single" w:sz="4" w:space="0" w:color="auto"/>
              <w:bottom w:val="single" w:sz="4" w:space="0" w:color="auto"/>
              <w:right w:val="single" w:sz="4" w:space="0" w:color="auto"/>
            </w:tcBorders>
          </w:tcPr>
          <w:p w14:paraId="5AB2B0BB"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1432E7E7"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7FF746F4" w14:textId="77777777" w:rsidR="0097296A" w:rsidRPr="007204D9" w:rsidRDefault="00000000">
            <w:pPr>
              <w:autoSpaceDE w:val="0"/>
              <w:autoSpaceDN w:val="0"/>
              <w:spacing w:before="102" w:after="0" w:line="200" w:lineRule="exact"/>
              <w:ind w:left="74"/>
            </w:pPr>
            <w:r w:rsidRPr="007204D9">
              <w:rPr>
                <w:color w:val="000000"/>
                <w:sz w:val="18"/>
              </w:rPr>
              <w:t xml:space="preserve">Não observado. (Especificar no comentário o motivo da não observação)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4C6A0E21" w14:textId="77777777" w:rsidR="0097296A" w:rsidRPr="007204D9" w:rsidRDefault="00000000">
            <w:pPr>
              <w:autoSpaceDE w:val="0"/>
              <w:autoSpaceDN w:val="0"/>
              <w:spacing w:before="102" w:after="0" w:line="200" w:lineRule="exact"/>
              <w:jc w:val="center"/>
            </w:pPr>
            <w:r w:rsidRPr="007204D9">
              <w:rPr>
                <w:color w:val="000000"/>
                <w:sz w:val="18"/>
              </w:rPr>
              <w:t xml:space="preserve">NO </w:t>
            </w:r>
          </w:p>
        </w:tc>
        <w:tc>
          <w:tcPr>
            <w:tcW w:w="998" w:type="dxa"/>
            <w:tcBorders>
              <w:top w:val="single" w:sz="4" w:space="0" w:color="auto"/>
              <w:left w:val="single" w:sz="4" w:space="0" w:color="auto"/>
              <w:bottom w:val="single" w:sz="4" w:space="0" w:color="auto"/>
              <w:right w:val="single" w:sz="4" w:space="0" w:color="auto"/>
            </w:tcBorders>
            <w:tcMar>
              <w:left w:w="0" w:type="dxa"/>
              <w:right w:w="0" w:type="dxa"/>
            </w:tcMar>
          </w:tcPr>
          <w:p w14:paraId="1BACDBD6" w14:textId="77777777" w:rsidR="0097296A" w:rsidRPr="007204D9" w:rsidRDefault="00000000">
            <w:pPr>
              <w:autoSpaceDE w:val="0"/>
              <w:autoSpaceDN w:val="0"/>
              <w:spacing w:before="102" w:after="0" w:line="200" w:lineRule="exact"/>
              <w:jc w:val="center"/>
            </w:pPr>
            <w:r w:rsidRPr="007204D9">
              <w:rPr>
                <w:color w:val="000000"/>
                <w:sz w:val="18"/>
              </w:rPr>
              <w:t xml:space="preserve">0 </w:t>
            </w:r>
          </w:p>
        </w:tc>
      </w:tr>
      <w:tr w:rsidR="0097296A" w:rsidRPr="007204D9" w14:paraId="2463CDD5" w14:textId="77777777">
        <w:trPr>
          <w:trHeight w:val="912"/>
        </w:trPr>
        <w:tc>
          <w:tcPr>
            <w:tcW w:w="2078" w:type="dxa"/>
            <w:vMerge/>
            <w:tcBorders>
              <w:top w:val="single" w:sz="4" w:space="0" w:color="auto"/>
              <w:left w:val="single" w:sz="4" w:space="0" w:color="auto"/>
              <w:bottom w:val="single" w:sz="4" w:space="0" w:color="auto"/>
              <w:right w:val="single" w:sz="4" w:space="0" w:color="auto"/>
            </w:tcBorders>
          </w:tcPr>
          <w:p w14:paraId="5E764913"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7ADE3484" w14:textId="77777777" w:rsidR="0097296A" w:rsidRPr="007204D9" w:rsidRDefault="0097296A"/>
        </w:tc>
        <w:tc>
          <w:tcPr>
            <w:tcW w:w="8656" w:type="dxa"/>
            <w:gridSpan w:val="3"/>
            <w:tcBorders>
              <w:top w:val="single" w:sz="4" w:space="0" w:color="auto"/>
              <w:left w:val="single" w:sz="4" w:space="0" w:color="auto"/>
              <w:bottom w:val="single" w:sz="4" w:space="0" w:color="auto"/>
            </w:tcBorders>
            <w:tcMar>
              <w:left w:w="0" w:type="dxa"/>
              <w:right w:w="0" w:type="dxa"/>
            </w:tcMar>
          </w:tcPr>
          <w:p w14:paraId="3991AB42"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r w:rsidR="0097296A" w:rsidRPr="007204D9" w14:paraId="70AB6A86" w14:textId="77777777">
        <w:trPr>
          <w:trHeight w:val="109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3DC2977" w14:textId="77777777" w:rsidR="0097296A" w:rsidRPr="007204D9" w:rsidRDefault="00000000">
            <w:pPr>
              <w:autoSpaceDE w:val="0"/>
              <w:autoSpaceDN w:val="0"/>
              <w:spacing w:before="1702" w:after="0" w:line="200" w:lineRule="exact"/>
              <w:jc w:val="center"/>
            </w:pPr>
            <w:r w:rsidRPr="007204D9">
              <w:rPr>
                <w:color w:val="000000"/>
                <w:sz w:val="18"/>
              </w:rPr>
              <w:t xml:space="preserve">3.17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02F7FD7" w14:textId="77777777" w:rsidR="0097296A" w:rsidRPr="007204D9" w:rsidRDefault="00000000">
            <w:pPr>
              <w:autoSpaceDE w:val="0"/>
              <w:autoSpaceDN w:val="0"/>
              <w:spacing w:before="1702" w:after="0" w:line="200" w:lineRule="exact"/>
              <w:jc w:val="center"/>
            </w:pPr>
            <w:r w:rsidRPr="007204D9">
              <w:rPr>
                <w:color w:val="000000"/>
                <w:sz w:val="18"/>
              </w:rPr>
              <w:t xml:space="preserve">3 </w:t>
            </w:r>
          </w:p>
        </w:tc>
        <w:tc>
          <w:tcPr>
            <w:tcW w:w="865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9482B21" w14:textId="77777777" w:rsidR="0097296A" w:rsidRPr="007204D9" w:rsidRDefault="00000000">
            <w:pPr>
              <w:autoSpaceDE w:val="0"/>
              <w:autoSpaceDN w:val="0"/>
              <w:spacing w:before="218" w:after="0" w:line="208" w:lineRule="exact"/>
              <w:ind w:left="74" w:right="4"/>
              <w:jc w:val="both"/>
            </w:pPr>
            <w:r w:rsidRPr="007204D9">
              <w:rPr>
                <w:b/>
                <w:color w:val="000000"/>
                <w:sz w:val="18"/>
              </w:rPr>
              <w:t xml:space="preserve">Para áreas de cozinha: O local de produção e/ou armazenamento de alimentos é provido de entradas de ventilação com barreiras que impeçam a entrada de </w:t>
            </w:r>
            <w:proofErr w:type="gramStart"/>
            <w:r w:rsidRPr="007204D9">
              <w:rPr>
                <w:b/>
                <w:color w:val="000000"/>
                <w:sz w:val="18"/>
              </w:rPr>
              <w:t>vetores</w:t>
            </w:r>
            <w:proofErr w:type="gramEnd"/>
            <w:r w:rsidRPr="007204D9">
              <w:rPr>
                <w:b/>
                <w:color w:val="000000"/>
                <w:sz w:val="18"/>
              </w:rPr>
              <w:t xml:space="preserve"> mas permitam a renovação de ar? </w:t>
            </w:r>
            <w:r w:rsidRPr="007204D9">
              <w:rPr>
                <w:b/>
                <w:color w:val="000000"/>
                <w:sz w:val="18"/>
              </w:rPr>
              <w:t xml:space="preserve">(Doc. Ref.: Resolução RDC n° 216/2004 da ANVISA). </w:t>
            </w:r>
          </w:p>
        </w:tc>
      </w:tr>
      <w:tr w:rsidR="0097296A" w:rsidRPr="007204D9" w14:paraId="76021F4F" w14:textId="77777777" w:rsidTr="005E5D07">
        <w:trPr>
          <w:trHeight w:val="400"/>
        </w:trPr>
        <w:tc>
          <w:tcPr>
            <w:tcW w:w="2078" w:type="dxa"/>
            <w:vMerge/>
            <w:tcBorders>
              <w:top w:val="single" w:sz="4" w:space="0" w:color="auto"/>
              <w:left w:val="single" w:sz="4" w:space="0" w:color="auto"/>
              <w:bottom w:val="single" w:sz="4" w:space="0" w:color="auto"/>
              <w:right w:val="single" w:sz="4" w:space="0" w:color="auto"/>
            </w:tcBorders>
          </w:tcPr>
          <w:p w14:paraId="7B229934"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795C49E9"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648C70BE" w14:textId="77777777" w:rsidR="0097296A" w:rsidRPr="007204D9" w:rsidRDefault="00000000">
            <w:pPr>
              <w:autoSpaceDE w:val="0"/>
              <w:autoSpaceDN w:val="0"/>
              <w:spacing w:before="96" w:after="0" w:line="200" w:lineRule="exact"/>
              <w:ind w:left="74"/>
            </w:pPr>
            <w:r w:rsidRPr="007204D9">
              <w:rPr>
                <w:color w:val="000000"/>
                <w:sz w:val="18"/>
              </w:rPr>
              <w:t xml:space="preserve">Sim.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7ACE2806"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998"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51E269D0"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51CF47F7" w14:textId="77777777" w:rsidTr="005E5D07">
        <w:trPr>
          <w:trHeight w:val="400"/>
        </w:trPr>
        <w:tc>
          <w:tcPr>
            <w:tcW w:w="2078" w:type="dxa"/>
            <w:vMerge/>
            <w:tcBorders>
              <w:top w:val="single" w:sz="4" w:space="0" w:color="auto"/>
              <w:left w:val="single" w:sz="4" w:space="0" w:color="auto"/>
              <w:bottom w:val="single" w:sz="4" w:space="0" w:color="auto"/>
              <w:right w:val="single" w:sz="4" w:space="0" w:color="auto"/>
            </w:tcBorders>
          </w:tcPr>
          <w:p w14:paraId="4A78163B"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7BF9AB13" w14:textId="77777777" w:rsidR="0097296A" w:rsidRPr="007204D9" w:rsidRDefault="0097296A"/>
        </w:tc>
        <w:tc>
          <w:tcPr>
            <w:tcW w:w="7128" w:type="dxa"/>
            <w:tcBorders>
              <w:top w:val="single" w:sz="4" w:space="0" w:color="auto"/>
              <w:left w:val="single" w:sz="4" w:space="0" w:color="auto"/>
              <w:bottom w:val="single" w:sz="4" w:space="0" w:color="auto"/>
              <w:right w:val="single" w:sz="4" w:space="0" w:color="auto"/>
            </w:tcBorders>
            <w:tcMar>
              <w:left w:w="0" w:type="dxa"/>
              <w:right w:w="0" w:type="dxa"/>
            </w:tcMar>
          </w:tcPr>
          <w:p w14:paraId="3424E958" w14:textId="77777777" w:rsidR="0097296A" w:rsidRPr="007204D9" w:rsidRDefault="00000000">
            <w:pPr>
              <w:autoSpaceDE w:val="0"/>
              <w:autoSpaceDN w:val="0"/>
              <w:spacing w:before="94" w:after="0" w:line="200" w:lineRule="exact"/>
              <w:ind w:left="74"/>
            </w:pPr>
            <w:r w:rsidRPr="007204D9">
              <w:rPr>
                <w:color w:val="000000"/>
                <w:sz w:val="18"/>
              </w:rPr>
              <w:t xml:space="preserve">Não. </w:t>
            </w:r>
          </w:p>
        </w:tc>
        <w:tc>
          <w:tcPr>
            <w:tcW w:w="530" w:type="dxa"/>
            <w:tcBorders>
              <w:top w:val="single" w:sz="4" w:space="0" w:color="auto"/>
              <w:left w:val="single" w:sz="4" w:space="0" w:color="auto"/>
              <w:bottom w:val="single" w:sz="4" w:space="0" w:color="auto"/>
              <w:right w:val="single" w:sz="4" w:space="0" w:color="auto"/>
            </w:tcBorders>
            <w:tcMar>
              <w:left w:w="0" w:type="dxa"/>
              <w:right w:w="0" w:type="dxa"/>
            </w:tcMar>
          </w:tcPr>
          <w:p w14:paraId="0718AF1C" w14:textId="77777777" w:rsidR="0097296A" w:rsidRPr="007204D9" w:rsidRDefault="00000000">
            <w:pPr>
              <w:autoSpaceDE w:val="0"/>
              <w:autoSpaceDN w:val="0"/>
              <w:spacing w:before="94" w:after="0" w:line="200" w:lineRule="exact"/>
              <w:jc w:val="center"/>
            </w:pPr>
            <w:r w:rsidRPr="007204D9">
              <w:rPr>
                <w:color w:val="000000"/>
                <w:sz w:val="18"/>
              </w:rPr>
              <w:t>NAT</w:t>
            </w:r>
          </w:p>
        </w:tc>
        <w:tc>
          <w:tcPr>
            <w:tcW w:w="998"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59028C5A" w14:textId="77777777" w:rsidR="0097296A" w:rsidRPr="007204D9" w:rsidRDefault="00000000">
            <w:pPr>
              <w:autoSpaceDE w:val="0"/>
              <w:autoSpaceDN w:val="0"/>
              <w:spacing w:before="94" w:after="0" w:line="200" w:lineRule="exact"/>
              <w:jc w:val="center"/>
            </w:pPr>
            <w:r w:rsidRPr="007204D9">
              <w:rPr>
                <w:color w:val="000000"/>
                <w:sz w:val="18"/>
              </w:rPr>
              <w:t xml:space="preserve">3 </w:t>
            </w:r>
          </w:p>
        </w:tc>
      </w:tr>
      <w:tr w:rsidR="0097296A" w:rsidRPr="007204D9" w14:paraId="7079F3CC" w14:textId="77777777">
        <w:trPr>
          <w:trHeight w:val="398"/>
        </w:trPr>
        <w:tc>
          <w:tcPr>
            <w:tcW w:w="2078" w:type="dxa"/>
            <w:vMerge/>
            <w:tcBorders>
              <w:top w:val="single" w:sz="4" w:space="0" w:color="auto"/>
              <w:left w:val="single" w:sz="4" w:space="0" w:color="auto"/>
              <w:bottom w:val="single" w:sz="4" w:space="0" w:color="auto"/>
              <w:right w:val="single" w:sz="4" w:space="0" w:color="auto"/>
            </w:tcBorders>
          </w:tcPr>
          <w:p w14:paraId="18089E75"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1DB3AC2C" w14:textId="77777777" w:rsidR="0097296A" w:rsidRPr="007204D9" w:rsidRDefault="0097296A"/>
        </w:tc>
        <w:tc>
          <w:tcPr>
            <w:tcW w:w="7128" w:type="dxa"/>
            <w:tcBorders>
              <w:top w:val="single" w:sz="4" w:space="0" w:color="auto"/>
              <w:left w:val="single" w:sz="4" w:space="0" w:color="auto"/>
              <w:bottom w:val="single" w:sz="3" w:space="0" w:color="auto"/>
              <w:right w:val="single" w:sz="4" w:space="0" w:color="auto"/>
            </w:tcBorders>
            <w:tcMar>
              <w:left w:w="0" w:type="dxa"/>
              <w:right w:w="0" w:type="dxa"/>
            </w:tcMar>
          </w:tcPr>
          <w:p w14:paraId="10E0DA45" w14:textId="77777777" w:rsidR="0097296A" w:rsidRPr="007204D9" w:rsidRDefault="00000000">
            <w:pPr>
              <w:autoSpaceDE w:val="0"/>
              <w:autoSpaceDN w:val="0"/>
              <w:spacing w:before="94" w:after="0" w:line="202" w:lineRule="exact"/>
              <w:ind w:left="74"/>
            </w:pPr>
            <w:r w:rsidRPr="007204D9">
              <w:rPr>
                <w:color w:val="000000"/>
                <w:sz w:val="18"/>
              </w:rPr>
              <w:t xml:space="preserve">Não se aplica. Não há cozinha. </w:t>
            </w:r>
          </w:p>
        </w:tc>
        <w:tc>
          <w:tcPr>
            <w:tcW w:w="530" w:type="dxa"/>
            <w:tcBorders>
              <w:top w:val="single" w:sz="4" w:space="0" w:color="auto"/>
              <w:left w:val="single" w:sz="4" w:space="0" w:color="auto"/>
              <w:bottom w:val="single" w:sz="3" w:space="0" w:color="auto"/>
              <w:right w:val="single" w:sz="4" w:space="0" w:color="auto"/>
            </w:tcBorders>
            <w:tcMar>
              <w:left w:w="0" w:type="dxa"/>
              <w:right w:w="0" w:type="dxa"/>
            </w:tcMar>
          </w:tcPr>
          <w:p w14:paraId="1D224B15" w14:textId="77777777" w:rsidR="0097296A" w:rsidRPr="007204D9" w:rsidRDefault="00000000">
            <w:pPr>
              <w:autoSpaceDE w:val="0"/>
              <w:autoSpaceDN w:val="0"/>
              <w:spacing w:before="94" w:after="0" w:line="202" w:lineRule="exact"/>
              <w:jc w:val="center"/>
            </w:pPr>
            <w:r w:rsidRPr="007204D9">
              <w:rPr>
                <w:color w:val="000000"/>
                <w:sz w:val="18"/>
              </w:rPr>
              <w:t>NAP</w:t>
            </w:r>
          </w:p>
        </w:tc>
        <w:tc>
          <w:tcPr>
            <w:tcW w:w="998" w:type="dxa"/>
            <w:tcBorders>
              <w:top w:val="single" w:sz="4" w:space="0" w:color="auto"/>
              <w:left w:val="single" w:sz="4" w:space="0" w:color="auto"/>
              <w:bottom w:val="single" w:sz="3" w:space="0" w:color="auto"/>
              <w:right w:val="single" w:sz="4" w:space="0" w:color="auto"/>
            </w:tcBorders>
            <w:tcMar>
              <w:left w:w="0" w:type="dxa"/>
              <w:right w:w="0" w:type="dxa"/>
            </w:tcMar>
          </w:tcPr>
          <w:p w14:paraId="47A71914" w14:textId="77777777" w:rsidR="0097296A" w:rsidRPr="007204D9" w:rsidRDefault="00000000">
            <w:pPr>
              <w:autoSpaceDE w:val="0"/>
              <w:autoSpaceDN w:val="0"/>
              <w:spacing w:before="94" w:after="0" w:line="202" w:lineRule="exact"/>
              <w:jc w:val="center"/>
            </w:pPr>
            <w:r w:rsidRPr="007204D9">
              <w:rPr>
                <w:color w:val="000000"/>
                <w:sz w:val="18"/>
              </w:rPr>
              <w:t xml:space="preserve">0 </w:t>
            </w:r>
          </w:p>
        </w:tc>
      </w:tr>
      <w:tr w:rsidR="0097296A" w:rsidRPr="007204D9" w14:paraId="08A2F35D" w14:textId="77777777">
        <w:trPr>
          <w:trHeight w:val="400"/>
        </w:trPr>
        <w:tc>
          <w:tcPr>
            <w:tcW w:w="2078" w:type="dxa"/>
            <w:vMerge/>
            <w:tcBorders>
              <w:top w:val="single" w:sz="4" w:space="0" w:color="auto"/>
              <w:left w:val="single" w:sz="4" w:space="0" w:color="auto"/>
              <w:bottom w:val="single" w:sz="4" w:space="0" w:color="auto"/>
              <w:right w:val="single" w:sz="4" w:space="0" w:color="auto"/>
            </w:tcBorders>
          </w:tcPr>
          <w:p w14:paraId="118AC9A8"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1466DEEB" w14:textId="77777777" w:rsidR="0097296A" w:rsidRPr="007204D9" w:rsidRDefault="0097296A"/>
        </w:tc>
        <w:tc>
          <w:tcPr>
            <w:tcW w:w="7128" w:type="dxa"/>
            <w:tcBorders>
              <w:top w:val="single" w:sz="3" w:space="0" w:color="auto"/>
              <w:left w:val="single" w:sz="4" w:space="0" w:color="auto"/>
              <w:bottom w:val="single" w:sz="4" w:space="0" w:color="auto"/>
              <w:right w:val="single" w:sz="4" w:space="0" w:color="auto"/>
            </w:tcBorders>
            <w:tcMar>
              <w:left w:w="0" w:type="dxa"/>
              <w:right w:w="0" w:type="dxa"/>
            </w:tcMar>
          </w:tcPr>
          <w:p w14:paraId="49828947" w14:textId="77777777" w:rsidR="0097296A" w:rsidRPr="007204D9" w:rsidRDefault="00000000">
            <w:pPr>
              <w:autoSpaceDE w:val="0"/>
              <w:autoSpaceDN w:val="0"/>
              <w:spacing w:before="98" w:after="0" w:line="200" w:lineRule="exact"/>
              <w:ind w:left="74"/>
            </w:pPr>
            <w:r w:rsidRPr="007204D9">
              <w:rPr>
                <w:color w:val="000000"/>
                <w:sz w:val="18"/>
              </w:rPr>
              <w:t xml:space="preserve">Não observado. (Especificar no comentário o motivo da não observação) </w:t>
            </w:r>
          </w:p>
        </w:tc>
        <w:tc>
          <w:tcPr>
            <w:tcW w:w="530" w:type="dxa"/>
            <w:tcBorders>
              <w:top w:val="single" w:sz="3" w:space="0" w:color="auto"/>
              <w:left w:val="single" w:sz="4" w:space="0" w:color="auto"/>
              <w:bottom w:val="single" w:sz="4" w:space="0" w:color="auto"/>
              <w:right w:val="single" w:sz="4" w:space="0" w:color="auto"/>
            </w:tcBorders>
            <w:tcMar>
              <w:left w:w="0" w:type="dxa"/>
              <w:right w:w="0" w:type="dxa"/>
            </w:tcMar>
          </w:tcPr>
          <w:p w14:paraId="2FD95391"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998" w:type="dxa"/>
            <w:tcBorders>
              <w:top w:val="single" w:sz="3" w:space="0" w:color="auto"/>
              <w:left w:val="single" w:sz="4" w:space="0" w:color="auto"/>
              <w:bottom w:val="single" w:sz="4" w:space="0" w:color="auto"/>
              <w:right w:val="single" w:sz="4" w:space="0" w:color="auto"/>
            </w:tcBorders>
            <w:tcMar>
              <w:left w:w="0" w:type="dxa"/>
              <w:right w:w="0" w:type="dxa"/>
            </w:tcMar>
          </w:tcPr>
          <w:p w14:paraId="3F67B54C"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3CACACD8" w14:textId="77777777">
        <w:trPr>
          <w:trHeight w:val="916"/>
        </w:trPr>
        <w:tc>
          <w:tcPr>
            <w:tcW w:w="2078" w:type="dxa"/>
            <w:vMerge/>
            <w:tcBorders>
              <w:top w:val="single" w:sz="4" w:space="0" w:color="auto"/>
              <w:left w:val="single" w:sz="4" w:space="0" w:color="auto"/>
              <w:bottom w:val="single" w:sz="4" w:space="0" w:color="auto"/>
              <w:right w:val="single" w:sz="4" w:space="0" w:color="auto"/>
            </w:tcBorders>
          </w:tcPr>
          <w:p w14:paraId="6E5EE696" w14:textId="77777777" w:rsidR="0097296A" w:rsidRPr="007204D9" w:rsidRDefault="0097296A"/>
        </w:tc>
        <w:tc>
          <w:tcPr>
            <w:tcW w:w="2078" w:type="dxa"/>
            <w:vMerge/>
            <w:tcBorders>
              <w:top w:val="single" w:sz="4" w:space="0" w:color="auto"/>
              <w:left w:val="single" w:sz="4" w:space="0" w:color="auto"/>
              <w:bottom w:val="single" w:sz="4" w:space="0" w:color="auto"/>
              <w:right w:val="single" w:sz="4" w:space="0" w:color="auto"/>
            </w:tcBorders>
          </w:tcPr>
          <w:p w14:paraId="49C10459" w14:textId="77777777" w:rsidR="0097296A" w:rsidRPr="007204D9" w:rsidRDefault="0097296A"/>
        </w:tc>
        <w:tc>
          <w:tcPr>
            <w:tcW w:w="865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CD0ADEA"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bl>
    <w:p w14:paraId="476FB535" w14:textId="77777777" w:rsidR="0097296A" w:rsidRPr="007204D9" w:rsidRDefault="00000000">
      <w:pPr>
        <w:autoSpaceDE w:val="0"/>
        <w:autoSpaceDN w:val="0"/>
        <w:spacing w:before="898" w:after="0" w:line="266" w:lineRule="exact"/>
        <w:ind w:right="80"/>
        <w:jc w:val="right"/>
      </w:pPr>
      <w:r w:rsidRPr="007204D9">
        <w:rPr>
          <w:color w:val="000000"/>
          <w:sz w:val="24"/>
        </w:rPr>
        <w:t>16</w:t>
      </w:r>
    </w:p>
    <w:p w14:paraId="23878AD2" w14:textId="77777777" w:rsidR="0097296A" w:rsidRPr="007204D9" w:rsidRDefault="0097296A">
      <w:pPr>
        <w:sectPr w:rsidR="0097296A" w:rsidRPr="007204D9">
          <w:pgSz w:w="11906" w:h="16838"/>
          <w:pgMar w:top="340" w:right="640" w:bottom="340" w:left="876" w:header="720" w:footer="720" w:gutter="0"/>
          <w:cols w:space="720"/>
          <w:docGrid w:linePitch="360"/>
        </w:sectPr>
      </w:pPr>
    </w:p>
    <w:p w14:paraId="21E56897"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8"/>
        <w:gridCol w:w="1132"/>
        <w:gridCol w:w="7228"/>
        <w:gridCol w:w="564"/>
        <w:gridCol w:w="1012"/>
      </w:tblGrid>
      <w:tr w:rsidR="0097296A" w:rsidRPr="007204D9" w14:paraId="4E42B5AF" w14:textId="77777777">
        <w:trPr>
          <w:trHeight w:val="1092"/>
        </w:trPr>
        <w:tc>
          <w:tcPr>
            <w:tcW w:w="568" w:type="dxa"/>
            <w:vMerge w:val="restart"/>
            <w:tcBorders>
              <w:top w:val="single" w:sz="3" w:space="0" w:color="auto"/>
              <w:left w:val="single" w:sz="3" w:space="0" w:color="auto"/>
              <w:bottom w:val="single" w:sz="3" w:space="0" w:color="auto"/>
              <w:right w:val="single" w:sz="4" w:space="0" w:color="auto"/>
            </w:tcBorders>
            <w:tcMar>
              <w:left w:w="0" w:type="dxa"/>
              <w:right w:w="0" w:type="dxa"/>
            </w:tcMar>
          </w:tcPr>
          <w:p w14:paraId="78EA3B93" w14:textId="77777777" w:rsidR="0097296A" w:rsidRPr="007204D9" w:rsidRDefault="00000000">
            <w:pPr>
              <w:autoSpaceDE w:val="0"/>
              <w:autoSpaceDN w:val="0"/>
              <w:spacing w:before="1698" w:after="0" w:line="200" w:lineRule="exact"/>
              <w:jc w:val="center"/>
            </w:pPr>
            <w:r w:rsidRPr="007204D9">
              <w:rPr>
                <w:color w:val="000000"/>
                <w:sz w:val="18"/>
              </w:rPr>
              <w:t xml:space="preserve">3.18 </w:t>
            </w:r>
          </w:p>
        </w:tc>
        <w:tc>
          <w:tcPr>
            <w:tcW w:w="1132" w:type="dxa"/>
            <w:vMerge w:val="restart"/>
            <w:tcBorders>
              <w:top w:val="single" w:sz="3" w:space="0" w:color="auto"/>
              <w:left w:val="single" w:sz="4" w:space="0" w:color="auto"/>
              <w:bottom w:val="single" w:sz="3" w:space="0" w:color="auto"/>
              <w:right w:val="single" w:sz="4" w:space="0" w:color="auto"/>
            </w:tcBorders>
            <w:tcMar>
              <w:left w:w="0" w:type="dxa"/>
              <w:right w:w="0" w:type="dxa"/>
            </w:tcMar>
          </w:tcPr>
          <w:p w14:paraId="4CFC649F" w14:textId="77777777" w:rsidR="0097296A" w:rsidRPr="007204D9" w:rsidRDefault="00000000">
            <w:pPr>
              <w:autoSpaceDE w:val="0"/>
              <w:autoSpaceDN w:val="0"/>
              <w:spacing w:before="1698" w:after="0" w:line="200" w:lineRule="exact"/>
              <w:jc w:val="center"/>
            </w:pPr>
            <w:r w:rsidRPr="007204D9">
              <w:rPr>
                <w:color w:val="000000"/>
                <w:sz w:val="18"/>
              </w:rPr>
              <w:t xml:space="preserve">3 </w:t>
            </w:r>
          </w:p>
        </w:tc>
        <w:tc>
          <w:tcPr>
            <w:tcW w:w="8804" w:type="dxa"/>
            <w:gridSpan w:val="3"/>
            <w:tcBorders>
              <w:top w:val="single" w:sz="3" w:space="0" w:color="auto"/>
              <w:left w:val="single" w:sz="4" w:space="0" w:color="auto"/>
              <w:bottom w:val="single" w:sz="3" w:space="0" w:color="auto"/>
              <w:right w:val="single" w:sz="4" w:space="0" w:color="auto"/>
            </w:tcBorders>
            <w:tcMar>
              <w:left w:w="0" w:type="dxa"/>
              <w:right w:w="0" w:type="dxa"/>
            </w:tcMar>
          </w:tcPr>
          <w:p w14:paraId="09AD0919" w14:textId="77777777" w:rsidR="0097296A" w:rsidRPr="007204D9" w:rsidRDefault="00000000">
            <w:pPr>
              <w:autoSpaceDE w:val="0"/>
              <w:autoSpaceDN w:val="0"/>
              <w:spacing w:before="220" w:after="0" w:line="206" w:lineRule="exact"/>
              <w:ind w:left="80" w:right="2"/>
              <w:jc w:val="both"/>
            </w:pPr>
            <w:r w:rsidRPr="007204D9">
              <w:rPr>
                <w:b/>
                <w:color w:val="000000"/>
                <w:sz w:val="18"/>
              </w:rPr>
              <w:t xml:space="preserve">Para áreas de cozinha: As portas da área da cozinha são lisas, de fácil higienização, possuindo fechamento eficiente que propicie boa vedação para impedir entrada de vetores e outros animais? </w:t>
            </w:r>
            <w:r w:rsidRPr="007204D9">
              <w:rPr>
                <w:b/>
                <w:color w:val="000000"/>
                <w:sz w:val="18"/>
              </w:rPr>
              <w:t xml:space="preserve">(Doc. Ref.: Resolução RDC n° 216/2004 da ANVISA). </w:t>
            </w:r>
          </w:p>
        </w:tc>
      </w:tr>
      <w:tr w:rsidR="0097296A" w:rsidRPr="007204D9" w14:paraId="51BF6159" w14:textId="77777777" w:rsidTr="005E5D07">
        <w:trPr>
          <w:trHeight w:val="400"/>
        </w:trPr>
        <w:tc>
          <w:tcPr>
            <w:tcW w:w="2108" w:type="dxa"/>
            <w:vMerge/>
            <w:tcBorders>
              <w:top w:val="single" w:sz="3" w:space="0" w:color="auto"/>
              <w:left w:val="single" w:sz="3" w:space="0" w:color="auto"/>
              <w:bottom w:val="single" w:sz="3" w:space="0" w:color="auto"/>
              <w:right w:val="single" w:sz="4" w:space="0" w:color="auto"/>
            </w:tcBorders>
          </w:tcPr>
          <w:p w14:paraId="7040DDDA" w14:textId="77777777" w:rsidR="0097296A" w:rsidRPr="007204D9" w:rsidRDefault="0097296A"/>
        </w:tc>
        <w:tc>
          <w:tcPr>
            <w:tcW w:w="2108" w:type="dxa"/>
            <w:vMerge/>
            <w:tcBorders>
              <w:top w:val="single" w:sz="3" w:space="0" w:color="auto"/>
              <w:left w:val="single" w:sz="4" w:space="0" w:color="auto"/>
              <w:bottom w:val="single" w:sz="3" w:space="0" w:color="auto"/>
              <w:right w:val="single" w:sz="4" w:space="0" w:color="auto"/>
            </w:tcBorders>
          </w:tcPr>
          <w:p w14:paraId="038BE7E3" w14:textId="77777777" w:rsidR="0097296A" w:rsidRPr="007204D9" w:rsidRDefault="0097296A"/>
        </w:tc>
        <w:tc>
          <w:tcPr>
            <w:tcW w:w="7228" w:type="dxa"/>
            <w:tcBorders>
              <w:top w:val="single" w:sz="3" w:space="0" w:color="auto"/>
              <w:left w:val="single" w:sz="4" w:space="0" w:color="auto"/>
              <w:bottom w:val="single" w:sz="4" w:space="0" w:color="auto"/>
              <w:right w:val="single" w:sz="3" w:space="0" w:color="auto"/>
            </w:tcBorders>
            <w:tcMar>
              <w:left w:w="0" w:type="dxa"/>
              <w:right w:w="0" w:type="dxa"/>
            </w:tcMar>
          </w:tcPr>
          <w:p w14:paraId="294BB453" w14:textId="77777777" w:rsidR="0097296A" w:rsidRPr="007204D9" w:rsidRDefault="00000000">
            <w:pPr>
              <w:autoSpaceDE w:val="0"/>
              <w:autoSpaceDN w:val="0"/>
              <w:spacing w:before="94" w:after="0" w:line="202" w:lineRule="exact"/>
              <w:ind w:left="80"/>
            </w:pPr>
            <w:r w:rsidRPr="007204D9">
              <w:rPr>
                <w:color w:val="000000"/>
                <w:sz w:val="18"/>
              </w:rPr>
              <w:t xml:space="preserve">Sim. </w:t>
            </w:r>
          </w:p>
        </w:tc>
        <w:tc>
          <w:tcPr>
            <w:tcW w:w="564" w:type="dxa"/>
            <w:tcBorders>
              <w:top w:val="single" w:sz="3" w:space="0" w:color="auto"/>
              <w:left w:val="single" w:sz="3" w:space="0" w:color="auto"/>
              <w:bottom w:val="single" w:sz="4" w:space="0" w:color="auto"/>
              <w:right w:val="single" w:sz="3" w:space="0" w:color="auto"/>
            </w:tcBorders>
            <w:tcMar>
              <w:left w:w="0" w:type="dxa"/>
              <w:right w:w="0" w:type="dxa"/>
            </w:tcMar>
          </w:tcPr>
          <w:p w14:paraId="5851AB38" w14:textId="77777777" w:rsidR="0097296A" w:rsidRPr="007204D9" w:rsidRDefault="00000000">
            <w:pPr>
              <w:autoSpaceDE w:val="0"/>
              <w:autoSpaceDN w:val="0"/>
              <w:spacing w:before="94" w:after="0" w:line="202" w:lineRule="exact"/>
              <w:ind w:right="100"/>
              <w:jc w:val="right"/>
            </w:pPr>
            <w:r w:rsidRPr="007204D9">
              <w:rPr>
                <w:color w:val="000000"/>
                <w:sz w:val="18"/>
              </w:rPr>
              <w:t xml:space="preserve">AT </w:t>
            </w:r>
          </w:p>
        </w:tc>
        <w:tc>
          <w:tcPr>
            <w:tcW w:w="1012" w:type="dxa"/>
            <w:tcBorders>
              <w:top w:val="single" w:sz="3" w:space="0" w:color="auto"/>
              <w:left w:val="single" w:sz="3" w:space="0" w:color="auto"/>
              <w:bottom w:val="single" w:sz="4" w:space="0" w:color="auto"/>
              <w:right w:val="single" w:sz="4" w:space="0" w:color="auto"/>
            </w:tcBorders>
            <w:shd w:val="clear" w:color="auto" w:fill="92D050"/>
            <w:tcMar>
              <w:left w:w="0" w:type="dxa"/>
              <w:right w:w="0" w:type="dxa"/>
            </w:tcMar>
          </w:tcPr>
          <w:p w14:paraId="50225FBB" w14:textId="77777777" w:rsidR="0097296A" w:rsidRPr="007204D9" w:rsidRDefault="00000000">
            <w:pPr>
              <w:autoSpaceDE w:val="0"/>
              <w:autoSpaceDN w:val="0"/>
              <w:spacing w:before="94" w:after="0" w:line="202" w:lineRule="exact"/>
              <w:ind w:right="386"/>
              <w:jc w:val="right"/>
            </w:pPr>
            <w:r w:rsidRPr="007204D9">
              <w:rPr>
                <w:color w:val="000000"/>
                <w:sz w:val="18"/>
              </w:rPr>
              <w:t xml:space="preserve">1 </w:t>
            </w:r>
          </w:p>
        </w:tc>
      </w:tr>
      <w:tr w:rsidR="0097296A" w:rsidRPr="007204D9" w14:paraId="1E184AA6" w14:textId="77777777" w:rsidTr="005E5D07">
        <w:trPr>
          <w:trHeight w:val="398"/>
        </w:trPr>
        <w:tc>
          <w:tcPr>
            <w:tcW w:w="2108" w:type="dxa"/>
            <w:vMerge/>
            <w:tcBorders>
              <w:top w:val="single" w:sz="3" w:space="0" w:color="auto"/>
              <w:left w:val="single" w:sz="3" w:space="0" w:color="auto"/>
              <w:bottom w:val="single" w:sz="3" w:space="0" w:color="auto"/>
              <w:right w:val="single" w:sz="4" w:space="0" w:color="auto"/>
            </w:tcBorders>
          </w:tcPr>
          <w:p w14:paraId="36067A0F" w14:textId="77777777" w:rsidR="0097296A" w:rsidRPr="007204D9" w:rsidRDefault="0097296A"/>
        </w:tc>
        <w:tc>
          <w:tcPr>
            <w:tcW w:w="2108" w:type="dxa"/>
            <w:vMerge/>
            <w:tcBorders>
              <w:top w:val="single" w:sz="3" w:space="0" w:color="auto"/>
              <w:left w:val="single" w:sz="4" w:space="0" w:color="auto"/>
              <w:bottom w:val="single" w:sz="3" w:space="0" w:color="auto"/>
              <w:right w:val="single" w:sz="4" w:space="0" w:color="auto"/>
            </w:tcBorders>
          </w:tcPr>
          <w:p w14:paraId="31856C6A" w14:textId="77777777" w:rsidR="0097296A" w:rsidRPr="007204D9" w:rsidRDefault="0097296A"/>
        </w:tc>
        <w:tc>
          <w:tcPr>
            <w:tcW w:w="7228" w:type="dxa"/>
            <w:tcBorders>
              <w:top w:val="single" w:sz="4" w:space="0" w:color="auto"/>
              <w:left w:val="single" w:sz="4" w:space="0" w:color="auto"/>
              <w:bottom w:val="single" w:sz="4" w:space="0" w:color="auto"/>
              <w:right w:val="single" w:sz="3" w:space="0" w:color="auto"/>
            </w:tcBorders>
            <w:tcMar>
              <w:left w:w="0" w:type="dxa"/>
              <w:right w:w="0" w:type="dxa"/>
            </w:tcMar>
          </w:tcPr>
          <w:p w14:paraId="669CE59D" w14:textId="77777777" w:rsidR="0097296A" w:rsidRPr="007204D9" w:rsidRDefault="00000000">
            <w:pPr>
              <w:autoSpaceDE w:val="0"/>
              <w:autoSpaceDN w:val="0"/>
              <w:spacing w:before="90" w:after="0" w:line="202" w:lineRule="exact"/>
              <w:ind w:left="80"/>
            </w:pPr>
            <w:r w:rsidRPr="007204D9">
              <w:rPr>
                <w:color w:val="000000"/>
                <w:sz w:val="18"/>
              </w:rPr>
              <w:t xml:space="preserve">Não. </w:t>
            </w:r>
          </w:p>
        </w:tc>
        <w:tc>
          <w:tcPr>
            <w:tcW w:w="564" w:type="dxa"/>
            <w:tcBorders>
              <w:top w:val="single" w:sz="4" w:space="0" w:color="auto"/>
              <w:left w:val="single" w:sz="3" w:space="0" w:color="auto"/>
              <w:bottom w:val="single" w:sz="4" w:space="0" w:color="auto"/>
              <w:right w:val="single" w:sz="3" w:space="0" w:color="auto"/>
            </w:tcBorders>
            <w:tcMar>
              <w:left w:w="0" w:type="dxa"/>
              <w:right w:w="0" w:type="dxa"/>
            </w:tcMar>
          </w:tcPr>
          <w:p w14:paraId="2C21A056" w14:textId="77777777" w:rsidR="0097296A" w:rsidRPr="007204D9" w:rsidRDefault="00000000">
            <w:pPr>
              <w:autoSpaceDE w:val="0"/>
              <w:autoSpaceDN w:val="0"/>
              <w:spacing w:before="90" w:after="0" w:line="202" w:lineRule="exact"/>
              <w:jc w:val="center"/>
            </w:pPr>
            <w:r w:rsidRPr="007204D9">
              <w:rPr>
                <w:color w:val="000000"/>
                <w:sz w:val="18"/>
              </w:rPr>
              <w:t>NAT</w:t>
            </w:r>
          </w:p>
        </w:tc>
        <w:tc>
          <w:tcPr>
            <w:tcW w:w="1012"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2110D717" w14:textId="77777777" w:rsidR="0097296A" w:rsidRPr="007204D9" w:rsidRDefault="00000000">
            <w:pPr>
              <w:autoSpaceDE w:val="0"/>
              <w:autoSpaceDN w:val="0"/>
              <w:spacing w:before="90" w:after="0" w:line="202" w:lineRule="exact"/>
              <w:ind w:right="386"/>
              <w:jc w:val="right"/>
            </w:pPr>
            <w:r w:rsidRPr="007204D9">
              <w:rPr>
                <w:color w:val="000000"/>
                <w:sz w:val="18"/>
              </w:rPr>
              <w:t xml:space="preserve">3 </w:t>
            </w:r>
          </w:p>
        </w:tc>
      </w:tr>
      <w:tr w:rsidR="0097296A" w:rsidRPr="007204D9" w14:paraId="372B8106" w14:textId="77777777">
        <w:trPr>
          <w:trHeight w:val="398"/>
        </w:trPr>
        <w:tc>
          <w:tcPr>
            <w:tcW w:w="2108" w:type="dxa"/>
            <w:vMerge/>
            <w:tcBorders>
              <w:top w:val="single" w:sz="3" w:space="0" w:color="auto"/>
              <w:left w:val="single" w:sz="3" w:space="0" w:color="auto"/>
              <w:bottom w:val="single" w:sz="3" w:space="0" w:color="auto"/>
              <w:right w:val="single" w:sz="4" w:space="0" w:color="auto"/>
            </w:tcBorders>
          </w:tcPr>
          <w:p w14:paraId="24F48C1C" w14:textId="77777777" w:rsidR="0097296A" w:rsidRPr="007204D9" w:rsidRDefault="0097296A"/>
        </w:tc>
        <w:tc>
          <w:tcPr>
            <w:tcW w:w="2108" w:type="dxa"/>
            <w:vMerge/>
            <w:tcBorders>
              <w:top w:val="single" w:sz="3" w:space="0" w:color="auto"/>
              <w:left w:val="single" w:sz="4" w:space="0" w:color="auto"/>
              <w:bottom w:val="single" w:sz="3" w:space="0" w:color="auto"/>
              <w:right w:val="single" w:sz="4" w:space="0" w:color="auto"/>
            </w:tcBorders>
          </w:tcPr>
          <w:p w14:paraId="54AFE4CA" w14:textId="77777777" w:rsidR="0097296A" w:rsidRPr="007204D9" w:rsidRDefault="0097296A"/>
        </w:tc>
        <w:tc>
          <w:tcPr>
            <w:tcW w:w="7228" w:type="dxa"/>
            <w:tcBorders>
              <w:top w:val="single" w:sz="4" w:space="0" w:color="auto"/>
              <w:left w:val="single" w:sz="4" w:space="0" w:color="auto"/>
              <w:bottom w:val="single" w:sz="4" w:space="0" w:color="auto"/>
              <w:right w:val="single" w:sz="3" w:space="0" w:color="auto"/>
            </w:tcBorders>
            <w:tcMar>
              <w:left w:w="0" w:type="dxa"/>
              <w:right w:w="0" w:type="dxa"/>
            </w:tcMar>
          </w:tcPr>
          <w:p w14:paraId="7AE8F252" w14:textId="77777777" w:rsidR="0097296A" w:rsidRPr="007204D9" w:rsidRDefault="00000000">
            <w:pPr>
              <w:autoSpaceDE w:val="0"/>
              <w:autoSpaceDN w:val="0"/>
              <w:spacing w:before="96" w:after="0" w:line="200" w:lineRule="exact"/>
              <w:ind w:left="80"/>
            </w:pPr>
            <w:r w:rsidRPr="007204D9">
              <w:rPr>
                <w:color w:val="000000"/>
                <w:sz w:val="18"/>
              </w:rPr>
              <w:t xml:space="preserve">Não se aplica. Não há cozinha. </w:t>
            </w:r>
          </w:p>
        </w:tc>
        <w:tc>
          <w:tcPr>
            <w:tcW w:w="564" w:type="dxa"/>
            <w:tcBorders>
              <w:top w:val="single" w:sz="4" w:space="0" w:color="auto"/>
              <w:left w:val="single" w:sz="3" w:space="0" w:color="auto"/>
              <w:bottom w:val="single" w:sz="4" w:space="0" w:color="auto"/>
              <w:right w:val="single" w:sz="3" w:space="0" w:color="auto"/>
            </w:tcBorders>
            <w:tcMar>
              <w:left w:w="0" w:type="dxa"/>
              <w:right w:w="0" w:type="dxa"/>
            </w:tcMar>
          </w:tcPr>
          <w:p w14:paraId="55A524EE"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1012" w:type="dxa"/>
            <w:tcBorders>
              <w:top w:val="single" w:sz="4" w:space="0" w:color="auto"/>
              <w:left w:val="single" w:sz="3" w:space="0" w:color="auto"/>
              <w:bottom w:val="single" w:sz="4" w:space="0" w:color="auto"/>
              <w:right w:val="single" w:sz="4" w:space="0" w:color="auto"/>
            </w:tcBorders>
            <w:tcMar>
              <w:left w:w="0" w:type="dxa"/>
              <w:right w:w="0" w:type="dxa"/>
            </w:tcMar>
          </w:tcPr>
          <w:p w14:paraId="3B86A317" w14:textId="77777777" w:rsidR="0097296A" w:rsidRPr="007204D9" w:rsidRDefault="00000000">
            <w:pPr>
              <w:autoSpaceDE w:val="0"/>
              <w:autoSpaceDN w:val="0"/>
              <w:spacing w:before="96" w:after="0" w:line="200" w:lineRule="exact"/>
              <w:ind w:right="386"/>
              <w:jc w:val="right"/>
            </w:pPr>
            <w:r w:rsidRPr="007204D9">
              <w:rPr>
                <w:color w:val="000000"/>
                <w:sz w:val="18"/>
              </w:rPr>
              <w:t xml:space="preserve">0 </w:t>
            </w:r>
          </w:p>
        </w:tc>
      </w:tr>
      <w:tr w:rsidR="0097296A" w:rsidRPr="007204D9" w14:paraId="794BCAA6" w14:textId="77777777">
        <w:trPr>
          <w:trHeight w:val="396"/>
        </w:trPr>
        <w:tc>
          <w:tcPr>
            <w:tcW w:w="2108" w:type="dxa"/>
            <w:vMerge/>
            <w:tcBorders>
              <w:top w:val="single" w:sz="3" w:space="0" w:color="auto"/>
              <w:left w:val="single" w:sz="3" w:space="0" w:color="auto"/>
              <w:bottom w:val="single" w:sz="3" w:space="0" w:color="auto"/>
              <w:right w:val="single" w:sz="4" w:space="0" w:color="auto"/>
            </w:tcBorders>
          </w:tcPr>
          <w:p w14:paraId="1B018A97" w14:textId="77777777" w:rsidR="0097296A" w:rsidRPr="007204D9" w:rsidRDefault="0097296A"/>
        </w:tc>
        <w:tc>
          <w:tcPr>
            <w:tcW w:w="2108" w:type="dxa"/>
            <w:vMerge/>
            <w:tcBorders>
              <w:top w:val="single" w:sz="3" w:space="0" w:color="auto"/>
              <w:left w:val="single" w:sz="4" w:space="0" w:color="auto"/>
              <w:bottom w:val="single" w:sz="3" w:space="0" w:color="auto"/>
              <w:right w:val="single" w:sz="4" w:space="0" w:color="auto"/>
            </w:tcBorders>
          </w:tcPr>
          <w:p w14:paraId="252E7A4E" w14:textId="77777777" w:rsidR="0097296A" w:rsidRPr="007204D9" w:rsidRDefault="0097296A"/>
        </w:tc>
        <w:tc>
          <w:tcPr>
            <w:tcW w:w="7228" w:type="dxa"/>
            <w:tcBorders>
              <w:top w:val="single" w:sz="4" w:space="0" w:color="auto"/>
              <w:left w:val="single" w:sz="4" w:space="0" w:color="auto"/>
              <w:bottom w:val="single" w:sz="4" w:space="0" w:color="auto"/>
              <w:right w:val="single" w:sz="3" w:space="0" w:color="auto"/>
            </w:tcBorders>
            <w:tcMar>
              <w:left w:w="0" w:type="dxa"/>
              <w:right w:w="0" w:type="dxa"/>
            </w:tcMar>
          </w:tcPr>
          <w:p w14:paraId="0316C5B3" w14:textId="77777777" w:rsidR="0097296A" w:rsidRPr="007204D9" w:rsidRDefault="00000000">
            <w:pPr>
              <w:autoSpaceDE w:val="0"/>
              <w:autoSpaceDN w:val="0"/>
              <w:spacing w:before="96" w:after="0" w:line="202" w:lineRule="exact"/>
              <w:ind w:left="80"/>
            </w:pPr>
            <w:r w:rsidRPr="007204D9">
              <w:rPr>
                <w:color w:val="000000"/>
                <w:sz w:val="18"/>
              </w:rPr>
              <w:t xml:space="preserve">Não observado. (Especificar no comentário o motivo da não observação) </w:t>
            </w:r>
          </w:p>
        </w:tc>
        <w:tc>
          <w:tcPr>
            <w:tcW w:w="564" w:type="dxa"/>
            <w:tcBorders>
              <w:top w:val="single" w:sz="4" w:space="0" w:color="auto"/>
              <w:left w:val="single" w:sz="3" w:space="0" w:color="auto"/>
              <w:bottom w:val="single" w:sz="4" w:space="0" w:color="auto"/>
              <w:right w:val="single" w:sz="3" w:space="0" w:color="auto"/>
            </w:tcBorders>
            <w:tcMar>
              <w:left w:w="0" w:type="dxa"/>
              <w:right w:w="0" w:type="dxa"/>
            </w:tcMar>
          </w:tcPr>
          <w:p w14:paraId="1BAB22D2" w14:textId="77777777" w:rsidR="0097296A" w:rsidRPr="007204D9" w:rsidRDefault="00000000">
            <w:pPr>
              <w:autoSpaceDE w:val="0"/>
              <w:autoSpaceDN w:val="0"/>
              <w:spacing w:before="96" w:after="0" w:line="202" w:lineRule="exact"/>
              <w:ind w:right="82"/>
              <w:jc w:val="right"/>
            </w:pPr>
            <w:r w:rsidRPr="007204D9">
              <w:rPr>
                <w:color w:val="000000"/>
                <w:sz w:val="18"/>
              </w:rPr>
              <w:t xml:space="preserve">NO </w:t>
            </w:r>
          </w:p>
        </w:tc>
        <w:tc>
          <w:tcPr>
            <w:tcW w:w="1012" w:type="dxa"/>
            <w:tcBorders>
              <w:top w:val="single" w:sz="4" w:space="0" w:color="auto"/>
              <w:left w:val="single" w:sz="3" w:space="0" w:color="auto"/>
              <w:bottom w:val="single" w:sz="4" w:space="0" w:color="auto"/>
              <w:right w:val="single" w:sz="4" w:space="0" w:color="auto"/>
            </w:tcBorders>
            <w:tcMar>
              <w:left w:w="0" w:type="dxa"/>
              <w:right w:w="0" w:type="dxa"/>
            </w:tcMar>
          </w:tcPr>
          <w:p w14:paraId="0F638E03" w14:textId="77777777" w:rsidR="0097296A" w:rsidRPr="007204D9" w:rsidRDefault="00000000">
            <w:pPr>
              <w:autoSpaceDE w:val="0"/>
              <w:autoSpaceDN w:val="0"/>
              <w:spacing w:before="96" w:after="0" w:line="202" w:lineRule="exact"/>
              <w:ind w:right="386"/>
              <w:jc w:val="right"/>
            </w:pPr>
            <w:r w:rsidRPr="007204D9">
              <w:rPr>
                <w:color w:val="000000"/>
                <w:sz w:val="18"/>
              </w:rPr>
              <w:t xml:space="preserve">0 </w:t>
            </w:r>
          </w:p>
        </w:tc>
      </w:tr>
      <w:tr w:rsidR="0097296A" w:rsidRPr="007204D9" w14:paraId="4D55752D" w14:textId="77777777">
        <w:trPr>
          <w:trHeight w:val="916"/>
        </w:trPr>
        <w:tc>
          <w:tcPr>
            <w:tcW w:w="2108" w:type="dxa"/>
            <w:vMerge/>
            <w:tcBorders>
              <w:top w:val="single" w:sz="3" w:space="0" w:color="auto"/>
              <w:left w:val="single" w:sz="3" w:space="0" w:color="auto"/>
              <w:bottom w:val="single" w:sz="3" w:space="0" w:color="auto"/>
              <w:right w:val="single" w:sz="4" w:space="0" w:color="auto"/>
            </w:tcBorders>
          </w:tcPr>
          <w:p w14:paraId="6BAA4008" w14:textId="77777777" w:rsidR="0097296A" w:rsidRPr="007204D9" w:rsidRDefault="0097296A"/>
        </w:tc>
        <w:tc>
          <w:tcPr>
            <w:tcW w:w="2108" w:type="dxa"/>
            <w:vMerge/>
            <w:tcBorders>
              <w:top w:val="single" w:sz="3" w:space="0" w:color="auto"/>
              <w:left w:val="single" w:sz="4" w:space="0" w:color="auto"/>
              <w:bottom w:val="single" w:sz="3" w:space="0" w:color="auto"/>
              <w:right w:val="single" w:sz="4" w:space="0" w:color="auto"/>
            </w:tcBorders>
          </w:tcPr>
          <w:p w14:paraId="7D676B50" w14:textId="77777777" w:rsidR="0097296A" w:rsidRPr="007204D9" w:rsidRDefault="0097296A"/>
        </w:tc>
        <w:tc>
          <w:tcPr>
            <w:tcW w:w="8804"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038CD85F" w14:textId="77777777" w:rsidR="0097296A" w:rsidRPr="007204D9" w:rsidRDefault="00000000">
            <w:pPr>
              <w:autoSpaceDE w:val="0"/>
              <w:autoSpaceDN w:val="0"/>
              <w:spacing w:before="4" w:after="0" w:line="200" w:lineRule="exact"/>
              <w:ind w:left="80"/>
            </w:pPr>
            <w:r w:rsidRPr="007204D9">
              <w:rPr>
                <w:color w:val="000000"/>
                <w:sz w:val="18"/>
              </w:rPr>
              <w:t xml:space="preserve">Comentário: </w:t>
            </w:r>
          </w:p>
        </w:tc>
      </w:tr>
      <w:tr w:rsidR="0097296A" w:rsidRPr="007204D9" w14:paraId="64991031" w14:textId="77777777">
        <w:trPr>
          <w:trHeight w:val="984"/>
        </w:trPr>
        <w:tc>
          <w:tcPr>
            <w:tcW w:w="568" w:type="dxa"/>
            <w:vMerge w:val="restart"/>
            <w:tcBorders>
              <w:top w:val="single" w:sz="3" w:space="0" w:color="auto"/>
              <w:left w:val="single" w:sz="3" w:space="0" w:color="auto"/>
              <w:bottom w:val="single" w:sz="4" w:space="0" w:color="auto"/>
              <w:right w:val="single" w:sz="4" w:space="0" w:color="auto"/>
            </w:tcBorders>
            <w:tcMar>
              <w:left w:w="0" w:type="dxa"/>
              <w:right w:w="0" w:type="dxa"/>
            </w:tcMar>
          </w:tcPr>
          <w:p w14:paraId="627D0FD2" w14:textId="77777777" w:rsidR="0097296A" w:rsidRPr="007204D9" w:rsidRDefault="00000000">
            <w:pPr>
              <w:autoSpaceDE w:val="0"/>
              <w:autoSpaceDN w:val="0"/>
              <w:spacing w:before="1852" w:after="0" w:line="200" w:lineRule="exact"/>
              <w:jc w:val="center"/>
            </w:pPr>
            <w:r w:rsidRPr="007204D9">
              <w:rPr>
                <w:color w:val="000000"/>
                <w:sz w:val="18"/>
              </w:rPr>
              <w:t xml:space="preserve">3.19 </w:t>
            </w:r>
          </w:p>
        </w:tc>
        <w:tc>
          <w:tcPr>
            <w:tcW w:w="1132"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2D4C846" w14:textId="77777777" w:rsidR="0097296A" w:rsidRPr="007204D9" w:rsidRDefault="00000000">
            <w:pPr>
              <w:autoSpaceDE w:val="0"/>
              <w:autoSpaceDN w:val="0"/>
              <w:spacing w:before="1852" w:after="0" w:line="200" w:lineRule="exact"/>
              <w:jc w:val="center"/>
            </w:pPr>
            <w:r w:rsidRPr="007204D9">
              <w:rPr>
                <w:color w:val="000000"/>
                <w:sz w:val="18"/>
              </w:rPr>
              <w:t xml:space="preserve">1 </w:t>
            </w:r>
          </w:p>
        </w:tc>
        <w:tc>
          <w:tcPr>
            <w:tcW w:w="8804" w:type="dxa"/>
            <w:gridSpan w:val="3"/>
            <w:tcBorders>
              <w:top w:val="single" w:sz="3" w:space="0" w:color="auto"/>
              <w:left w:val="single" w:sz="4" w:space="0" w:color="auto"/>
              <w:bottom w:val="single" w:sz="3" w:space="0" w:color="auto"/>
              <w:right w:val="single" w:sz="4" w:space="0" w:color="auto"/>
            </w:tcBorders>
            <w:tcMar>
              <w:left w:w="0" w:type="dxa"/>
              <w:right w:w="0" w:type="dxa"/>
            </w:tcMar>
          </w:tcPr>
          <w:p w14:paraId="68140F3A" w14:textId="77777777" w:rsidR="0097296A" w:rsidRPr="007204D9" w:rsidRDefault="00000000">
            <w:pPr>
              <w:autoSpaceDE w:val="0"/>
              <w:autoSpaceDN w:val="0"/>
              <w:spacing w:before="164" w:after="0" w:line="206" w:lineRule="exact"/>
              <w:ind w:left="80"/>
            </w:pPr>
            <w:r w:rsidRPr="007204D9">
              <w:rPr>
                <w:b/>
                <w:color w:val="000000"/>
                <w:sz w:val="18"/>
              </w:rPr>
              <w:t xml:space="preserve">Para locais com cozinha: Há vestiários para uso exclusivo dos manipuladores que contenham bancada, armários, equipamentos de higiene, superfícies laváveis e em boas condições higiênico-sanitárias? </w:t>
            </w:r>
            <w:r w:rsidRPr="007204D9">
              <w:rPr>
                <w:b/>
                <w:color w:val="000000"/>
                <w:sz w:val="18"/>
              </w:rPr>
              <w:t xml:space="preserve">(Doc. Ref.: Resolução RDC n° 216/2004 da ANVISA). </w:t>
            </w:r>
          </w:p>
        </w:tc>
      </w:tr>
      <w:tr w:rsidR="0097296A" w:rsidRPr="007204D9" w14:paraId="32E549B0" w14:textId="77777777" w:rsidTr="005E5D07">
        <w:trPr>
          <w:trHeight w:val="400"/>
        </w:trPr>
        <w:tc>
          <w:tcPr>
            <w:tcW w:w="2108" w:type="dxa"/>
            <w:vMerge/>
            <w:tcBorders>
              <w:top w:val="single" w:sz="3" w:space="0" w:color="auto"/>
              <w:left w:val="single" w:sz="3" w:space="0" w:color="auto"/>
              <w:bottom w:val="single" w:sz="4" w:space="0" w:color="auto"/>
              <w:right w:val="single" w:sz="4" w:space="0" w:color="auto"/>
            </w:tcBorders>
          </w:tcPr>
          <w:p w14:paraId="5F0F05C2" w14:textId="77777777" w:rsidR="0097296A" w:rsidRPr="007204D9" w:rsidRDefault="0097296A"/>
        </w:tc>
        <w:tc>
          <w:tcPr>
            <w:tcW w:w="2108" w:type="dxa"/>
            <w:vMerge/>
            <w:tcBorders>
              <w:top w:val="single" w:sz="3" w:space="0" w:color="auto"/>
              <w:left w:val="single" w:sz="4" w:space="0" w:color="auto"/>
              <w:bottom w:val="single" w:sz="4" w:space="0" w:color="auto"/>
              <w:right w:val="single" w:sz="4" w:space="0" w:color="auto"/>
            </w:tcBorders>
          </w:tcPr>
          <w:p w14:paraId="5E5CDB23" w14:textId="77777777" w:rsidR="0097296A" w:rsidRPr="007204D9" w:rsidRDefault="0097296A"/>
        </w:tc>
        <w:tc>
          <w:tcPr>
            <w:tcW w:w="7228" w:type="dxa"/>
            <w:tcBorders>
              <w:top w:val="single" w:sz="3" w:space="0" w:color="auto"/>
              <w:left w:val="single" w:sz="4" w:space="0" w:color="auto"/>
              <w:bottom w:val="single" w:sz="4" w:space="0" w:color="auto"/>
              <w:right w:val="single" w:sz="3" w:space="0" w:color="auto"/>
            </w:tcBorders>
            <w:tcMar>
              <w:left w:w="0" w:type="dxa"/>
              <w:right w:w="0" w:type="dxa"/>
            </w:tcMar>
          </w:tcPr>
          <w:p w14:paraId="2B4FAAA1" w14:textId="77777777" w:rsidR="0097296A" w:rsidRPr="007204D9" w:rsidRDefault="00000000">
            <w:pPr>
              <w:autoSpaceDE w:val="0"/>
              <w:autoSpaceDN w:val="0"/>
              <w:spacing w:before="100" w:after="0" w:line="200" w:lineRule="exact"/>
              <w:ind w:left="80"/>
            </w:pPr>
            <w:r w:rsidRPr="007204D9">
              <w:rPr>
                <w:color w:val="000000"/>
                <w:sz w:val="18"/>
              </w:rPr>
              <w:t xml:space="preserve">Sim. </w:t>
            </w:r>
          </w:p>
        </w:tc>
        <w:tc>
          <w:tcPr>
            <w:tcW w:w="564" w:type="dxa"/>
            <w:tcBorders>
              <w:top w:val="single" w:sz="3" w:space="0" w:color="auto"/>
              <w:left w:val="single" w:sz="3" w:space="0" w:color="auto"/>
              <w:bottom w:val="single" w:sz="4" w:space="0" w:color="auto"/>
              <w:right w:val="single" w:sz="3" w:space="0" w:color="auto"/>
            </w:tcBorders>
            <w:tcMar>
              <w:left w:w="0" w:type="dxa"/>
              <w:right w:w="0" w:type="dxa"/>
            </w:tcMar>
          </w:tcPr>
          <w:p w14:paraId="2A519EF5" w14:textId="77777777" w:rsidR="0097296A" w:rsidRPr="007204D9" w:rsidRDefault="00000000">
            <w:pPr>
              <w:autoSpaceDE w:val="0"/>
              <w:autoSpaceDN w:val="0"/>
              <w:spacing w:before="100" w:after="0" w:line="200" w:lineRule="exact"/>
              <w:ind w:right="100"/>
              <w:jc w:val="right"/>
            </w:pPr>
            <w:r w:rsidRPr="007204D9">
              <w:rPr>
                <w:color w:val="000000"/>
                <w:sz w:val="18"/>
              </w:rPr>
              <w:t xml:space="preserve">AT </w:t>
            </w:r>
          </w:p>
        </w:tc>
        <w:tc>
          <w:tcPr>
            <w:tcW w:w="1012" w:type="dxa"/>
            <w:tcBorders>
              <w:top w:val="single" w:sz="3" w:space="0" w:color="auto"/>
              <w:left w:val="single" w:sz="3" w:space="0" w:color="auto"/>
              <w:bottom w:val="single" w:sz="4" w:space="0" w:color="auto"/>
              <w:right w:val="single" w:sz="4" w:space="0" w:color="auto"/>
            </w:tcBorders>
            <w:shd w:val="clear" w:color="auto" w:fill="92D050"/>
            <w:tcMar>
              <w:left w:w="0" w:type="dxa"/>
              <w:right w:w="0" w:type="dxa"/>
            </w:tcMar>
          </w:tcPr>
          <w:p w14:paraId="184BE6E3" w14:textId="77777777" w:rsidR="0097296A" w:rsidRPr="007204D9" w:rsidRDefault="00000000">
            <w:pPr>
              <w:autoSpaceDE w:val="0"/>
              <w:autoSpaceDN w:val="0"/>
              <w:spacing w:before="100" w:after="0" w:line="200" w:lineRule="exact"/>
              <w:ind w:right="386"/>
              <w:jc w:val="right"/>
            </w:pPr>
            <w:r w:rsidRPr="007204D9">
              <w:rPr>
                <w:color w:val="000000"/>
                <w:sz w:val="18"/>
              </w:rPr>
              <w:t xml:space="preserve">1 </w:t>
            </w:r>
          </w:p>
        </w:tc>
      </w:tr>
      <w:tr w:rsidR="0097296A" w:rsidRPr="007204D9" w14:paraId="35DA0849" w14:textId="77777777" w:rsidTr="005E5D07">
        <w:trPr>
          <w:trHeight w:val="400"/>
        </w:trPr>
        <w:tc>
          <w:tcPr>
            <w:tcW w:w="2108" w:type="dxa"/>
            <w:vMerge/>
            <w:tcBorders>
              <w:top w:val="single" w:sz="3" w:space="0" w:color="auto"/>
              <w:left w:val="single" w:sz="3" w:space="0" w:color="auto"/>
              <w:bottom w:val="single" w:sz="4" w:space="0" w:color="auto"/>
              <w:right w:val="single" w:sz="4" w:space="0" w:color="auto"/>
            </w:tcBorders>
          </w:tcPr>
          <w:p w14:paraId="2148B9C2" w14:textId="77777777" w:rsidR="0097296A" w:rsidRPr="007204D9" w:rsidRDefault="0097296A"/>
        </w:tc>
        <w:tc>
          <w:tcPr>
            <w:tcW w:w="2108" w:type="dxa"/>
            <w:vMerge/>
            <w:tcBorders>
              <w:top w:val="single" w:sz="3" w:space="0" w:color="auto"/>
              <w:left w:val="single" w:sz="4" w:space="0" w:color="auto"/>
              <w:bottom w:val="single" w:sz="4" w:space="0" w:color="auto"/>
              <w:right w:val="single" w:sz="4" w:space="0" w:color="auto"/>
            </w:tcBorders>
          </w:tcPr>
          <w:p w14:paraId="7E0B12A0" w14:textId="77777777" w:rsidR="0097296A" w:rsidRPr="007204D9" w:rsidRDefault="0097296A"/>
        </w:tc>
        <w:tc>
          <w:tcPr>
            <w:tcW w:w="7228" w:type="dxa"/>
            <w:tcBorders>
              <w:top w:val="single" w:sz="4" w:space="0" w:color="auto"/>
              <w:left w:val="single" w:sz="4" w:space="0" w:color="auto"/>
              <w:bottom w:val="single" w:sz="4" w:space="0" w:color="auto"/>
              <w:right w:val="single" w:sz="3" w:space="0" w:color="auto"/>
            </w:tcBorders>
            <w:tcMar>
              <w:left w:w="0" w:type="dxa"/>
              <w:right w:w="0" w:type="dxa"/>
            </w:tcMar>
          </w:tcPr>
          <w:p w14:paraId="09D68B73" w14:textId="77777777" w:rsidR="0097296A" w:rsidRPr="007204D9" w:rsidRDefault="00000000">
            <w:pPr>
              <w:autoSpaceDE w:val="0"/>
              <w:autoSpaceDN w:val="0"/>
              <w:spacing w:before="98" w:after="0" w:line="200" w:lineRule="exact"/>
              <w:ind w:left="80"/>
            </w:pPr>
            <w:r w:rsidRPr="007204D9">
              <w:rPr>
                <w:color w:val="000000"/>
                <w:sz w:val="18"/>
              </w:rPr>
              <w:t xml:space="preserve">Sim, mas não estão em boas condições higiênico-sanitárias. </w:t>
            </w:r>
          </w:p>
        </w:tc>
        <w:tc>
          <w:tcPr>
            <w:tcW w:w="564" w:type="dxa"/>
            <w:tcBorders>
              <w:top w:val="single" w:sz="4" w:space="0" w:color="auto"/>
              <w:left w:val="single" w:sz="3" w:space="0" w:color="auto"/>
              <w:bottom w:val="single" w:sz="4" w:space="0" w:color="auto"/>
              <w:right w:val="single" w:sz="3" w:space="0" w:color="auto"/>
            </w:tcBorders>
            <w:tcMar>
              <w:left w:w="0" w:type="dxa"/>
              <w:right w:w="0" w:type="dxa"/>
            </w:tcMar>
          </w:tcPr>
          <w:p w14:paraId="06B0700E" w14:textId="77777777" w:rsidR="0097296A" w:rsidRPr="007204D9" w:rsidRDefault="00000000">
            <w:pPr>
              <w:autoSpaceDE w:val="0"/>
              <w:autoSpaceDN w:val="0"/>
              <w:spacing w:before="98" w:after="0" w:line="200" w:lineRule="exact"/>
              <w:ind w:right="94"/>
              <w:jc w:val="right"/>
            </w:pPr>
            <w:r w:rsidRPr="007204D9">
              <w:rPr>
                <w:color w:val="000000"/>
                <w:sz w:val="18"/>
              </w:rPr>
              <w:t xml:space="preserve">AP </w:t>
            </w:r>
          </w:p>
        </w:tc>
        <w:tc>
          <w:tcPr>
            <w:tcW w:w="1012"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39C7822F" w14:textId="77777777" w:rsidR="0097296A" w:rsidRPr="007204D9" w:rsidRDefault="00000000">
            <w:pPr>
              <w:autoSpaceDE w:val="0"/>
              <w:autoSpaceDN w:val="0"/>
              <w:spacing w:before="98" w:after="0" w:line="200" w:lineRule="exact"/>
              <w:ind w:right="386"/>
              <w:jc w:val="right"/>
            </w:pPr>
            <w:r w:rsidRPr="007204D9">
              <w:rPr>
                <w:color w:val="000000"/>
                <w:sz w:val="18"/>
              </w:rPr>
              <w:t xml:space="preserve">2 </w:t>
            </w:r>
          </w:p>
        </w:tc>
      </w:tr>
      <w:tr w:rsidR="0097296A" w:rsidRPr="007204D9" w14:paraId="7C557E73" w14:textId="77777777" w:rsidTr="005E5D07">
        <w:trPr>
          <w:trHeight w:val="396"/>
        </w:trPr>
        <w:tc>
          <w:tcPr>
            <w:tcW w:w="2108" w:type="dxa"/>
            <w:vMerge/>
            <w:tcBorders>
              <w:top w:val="single" w:sz="3" w:space="0" w:color="auto"/>
              <w:left w:val="single" w:sz="3" w:space="0" w:color="auto"/>
              <w:bottom w:val="single" w:sz="4" w:space="0" w:color="auto"/>
              <w:right w:val="single" w:sz="4" w:space="0" w:color="auto"/>
            </w:tcBorders>
          </w:tcPr>
          <w:p w14:paraId="087CAFBD" w14:textId="77777777" w:rsidR="0097296A" w:rsidRPr="007204D9" w:rsidRDefault="0097296A"/>
        </w:tc>
        <w:tc>
          <w:tcPr>
            <w:tcW w:w="2108" w:type="dxa"/>
            <w:vMerge/>
            <w:tcBorders>
              <w:top w:val="single" w:sz="3" w:space="0" w:color="auto"/>
              <w:left w:val="single" w:sz="4" w:space="0" w:color="auto"/>
              <w:bottom w:val="single" w:sz="4" w:space="0" w:color="auto"/>
              <w:right w:val="single" w:sz="4" w:space="0" w:color="auto"/>
            </w:tcBorders>
          </w:tcPr>
          <w:p w14:paraId="326EA99F" w14:textId="77777777" w:rsidR="0097296A" w:rsidRPr="007204D9" w:rsidRDefault="0097296A"/>
        </w:tc>
        <w:tc>
          <w:tcPr>
            <w:tcW w:w="7228" w:type="dxa"/>
            <w:tcBorders>
              <w:top w:val="single" w:sz="4" w:space="0" w:color="auto"/>
              <w:left w:val="single" w:sz="4" w:space="0" w:color="auto"/>
              <w:bottom w:val="single" w:sz="4" w:space="0" w:color="auto"/>
              <w:right w:val="single" w:sz="3" w:space="0" w:color="auto"/>
            </w:tcBorders>
            <w:tcMar>
              <w:left w:w="0" w:type="dxa"/>
              <w:right w:w="0" w:type="dxa"/>
            </w:tcMar>
          </w:tcPr>
          <w:p w14:paraId="5A6E08EF" w14:textId="77777777" w:rsidR="0097296A" w:rsidRPr="007204D9" w:rsidRDefault="00000000">
            <w:pPr>
              <w:autoSpaceDE w:val="0"/>
              <w:autoSpaceDN w:val="0"/>
              <w:spacing w:before="98" w:after="0" w:line="202" w:lineRule="exact"/>
              <w:ind w:left="80"/>
            </w:pPr>
            <w:r w:rsidRPr="007204D9">
              <w:rPr>
                <w:color w:val="000000"/>
                <w:sz w:val="18"/>
              </w:rPr>
              <w:t xml:space="preserve">Não há vestiários para os manipuladores. </w:t>
            </w:r>
          </w:p>
        </w:tc>
        <w:tc>
          <w:tcPr>
            <w:tcW w:w="564" w:type="dxa"/>
            <w:tcBorders>
              <w:top w:val="single" w:sz="4" w:space="0" w:color="auto"/>
              <w:left w:val="single" w:sz="3" w:space="0" w:color="auto"/>
              <w:bottom w:val="single" w:sz="4" w:space="0" w:color="auto"/>
              <w:right w:val="single" w:sz="3" w:space="0" w:color="auto"/>
            </w:tcBorders>
            <w:tcMar>
              <w:left w:w="0" w:type="dxa"/>
              <w:right w:w="0" w:type="dxa"/>
            </w:tcMar>
          </w:tcPr>
          <w:p w14:paraId="4A59A04D"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1012"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6B677DE4" w14:textId="77777777" w:rsidR="0097296A" w:rsidRPr="007204D9" w:rsidRDefault="00000000">
            <w:pPr>
              <w:autoSpaceDE w:val="0"/>
              <w:autoSpaceDN w:val="0"/>
              <w:spacing w:before="98" w:after="0" w:line="202" w:lineRule="exact"/>
              <w:ind w:right="386"/>
              <w:jc w:val="right"/>
            </w:pPr>
            <w:r w:rsidRPr="007204D9">
              <w:rPr>
                <w:color w:val="000000"/>
                <w:sz w:val="18"/>
              </w:rPr>
              <w:t xml:space="preserve">3 </w:t>
            </w:r>
          </w:p>
        </w:tc>
      </w:tr>
      <w:tr w:rsidR="0097296A" w:rsidRPr="007204D9" w14:paraId="7B983B05" w14:textId="77777777">
        <w:trPr>
          <w:trHeight w:val="400"/>
        </w:trPr>
        <w:tc>
          <w:tcPr>
            <w:tcW w:w="2108" w:type="dxa"/>
            <w:vMerge/>
            <w:tcBorders>
              <w:top w:val="single" w:sz="3" w:space="0" w:color="auto"/>
              <w:left w:val="single" w:sz="3" w:space="0" w:color="auto"/>
              <w:bottom w:val="single" w:sz="4" w:space="0" w:color="auto"/>
              <w:right w:val="single" w:sz="4" w:space="0" w:color="auto"/>
            </w:tcBorders>
          </w:tcPr>
          <w:p w14:paraId="76E0EDE5" w14:textId="77777777" w:rsidR="0097296A" w:rsidRPr="007204D9" w:rsidRDefault="0097296A"/>
        </w:tc>
        <w:tc>
          <w:tcPr>
            <w:tcW w:w="2108" w:type="dxa"/>
            <w:vMerge/>
            <w:tcBorders>
              <w:top w:val="single" w:sz="3" w:space="0" w:color="auto"/>
              <w:left w:val="single" w:sz="4" w:space="0" w:color="auto"/>
              <w:bottom w:val="single" w:sz="4" w:space="0" w:color="auto"/>
              <w:right w:val="single" w:sz="4" w:space="0" w:color="auto"/>
            </w:tcBorders>
          </w:tcPr>
          <w:p w14:paraId="2E136E97" w14:textId="77777777" w:rsidR="0097296A" w:rsidRPr="007204D9" w:rsidRDefault="0097296A"/>
        </w:tc>
        <w:tc>
          <w:tcPr>
            <w:tcW w:w="7228" w:type="dxa"/>
            <w:tcBorders>
              <w:top w:val="single" w:sz="4" w:space="0" w:color="auto"/>
              <w:left w:val="single" w:sz="4" w:space="0" w:color="auto"/>
              <w:bottom w:val="single" w:sz="3" w:space="0" w:color="auto"/>
              <w:right w:val="single" w:sz="3" w:space="0" w:color="auto"/>
            </w:tcBorders>
            <w:tcMar>
              <w:left w:w="0" w:type="dxa"/>
              <w:right w:w="0" w:type="dxa"/>
            </w:tcMar>
          </w:tcPr>
          <w:p w14:paraId="3A866F32" w14:textId="77777777" w:rsidR="0097296A" w:rsidRPr="007204D9" w:rsidRDefault="00000000">
            <w:pPr>
              <w:autoSpaceDE w:val="0"/>
              <w:autoSpaceDN w:val="0"/>
              <w:spacing w:before="98" w:after="0" w:line="202" w:lineRule="exact"/>
              <w:ind w:left="80"/>
            </w:pPr>
            <w:r w:rsidRPr="007204D9">
              <w:rPr>
                <w:color w:val="000000"/>
                <w:sz w:val="18"/>
              </w:rPr>
              <w:t xml:space="preserve">Não se aplica. Não há cozinha. </w:t>
            </w:r>
          </w:p>
        </w:tc>
        <w:tc>
          <w:tcPr>
            <w:tcW w:w="564" w:type="dxa"/>
            <w:tcBorders>
              <w:top w:val="single" w:sz="4" w:space="0" w:color="auto"/>
              <w:left w:val="single" w:sz="3" w:space="0" w:color="auto"/>
              <w:bottom w:val="single" w:sz="3" w:space="0" w:color="auto"/>
              <w:right w:val="single" w:sz="3" w:space="0" w:color="auto"/>
            </w:tcBorders>
            <w:tcMar>
              <w:left w:w="0" w:type="dxa"/>
              <w:right w:w="0" w:type="dxa"/>
            </w:tcMar>
          </w:tcPr>
          <w:p w14:paraId="5264B0EC" w14:textId="77777777" w:rsidR="0097296A" w:rsidRPr="007204D9" w:rsidRDefault="00000000">
            <w:pPr>
              <w:autoSpaceDE w:val="0"/>
              <w:autoSpaceDN w:val="0"/>
              <w:spacing w:before="98" w:after="0" w:line="202" w:lineRule="exact"/>
              <w:jc w:val="center"/>
            </w:pPr>
            <w:r w:rsidRPr="007204D9">
              <w:rPr>
                <w:color w:val="000000"/>
                <w:sz w:val="18"/>
              </w:rPr>
              <w:t>NAP</w:t>
            </w:r>
          </w:p>
        </w:tc>
        <w:tc>
          <w:tcPr>
            <w:tcW w:w="1012" w:type="dxa"/>
            <w:tcBorders>
              <w:top w:val="single" w:sz="4" w:space="0" w:color="auto"/>
              <w:left w:val="single" w:sz="3" w:space="0" w:color="auto"/>
              <w:bottom w:val="single" w:sz="3" w:space="0" w:color="auto"/>
              <w:right w:val="single" w:sz="4" w:space="0" w:color="auto"/>
            </w:tcBorders>
            <w:tcMar>
              <w:left w:w="0" w:type="dxa"/>
              <w:right w:w="0" w:type="dxa"/>
            </w:tcMar>
          </w:tcPr>
          <w:p w14:paraId="7BE42CD1" w14:textId="77777777" w:rsidR="0097296A" w:rsidRPr="007204D9" w:rsidRDefault="00000000">
            <w:pPr>
              <w:autoSpaceDE w:val="0"/>
              <w:autoSpaceDN w:val="0"/>
              <w:spacing w:before="98" w:after="0" w:line="202" w:lineRule="exact"/>
              <w:ind w:right="386"/>
              <w:jc w:val="right"/>
            </w:pPr>
            <w:r w:rsidRPr="007204D9">
              <w:rPr>
                <w:color w:val="000000"/>
                <w:sz w:val="18"/>
              </w:rPr>
              <w:t xml:space="preserve">0 </w:t>
            </w:r>
          </w:p>
        </w:tc>
      </w:tr>
      <w:tr w:rsidR="0097296A" w:rsidRPr="007204D9" w14:paraId="4D47E973" w14:textId="77777777">
        <w:trPr>
          <w:trHeight w:val="400"/>
        </w:trPr>
        <w:tc>
          <w:tcPr>
            <w:tcW w:w="2108" w:type="dxa"/>
            <w:vMerge/>
            <w:tcBorders>
              <w:top w:val="single" w:sz="3" w:space="0" w:color="auto"/>
              <w:left w:val="single" w:sz="3" w:space="0" w:color="auto"/>
              <w:bottom w:val="single" w:sz="4" w:space="0" w:color="auto"/>
              <w:right w:val="single" w:sz="4" w:space="0" w:color="auto"/>
            </w:tcBorders>
          </w:tcPr>
          <w:p w14:paraId="1A1D1AA4" w14:textId="77777777" w:rsidR="0097296A" w:rsidRPr="007204D9" w:rsidRDefault="0097296A"/>
        </w:tc>
        <w:tc>
          <w:tcPr>
            <w:tcW w:w="2108" w:type="dxa"/>
            <w:vMerge/>
            <w:tcBorders>
              <w:top w:val="single" w:sz="3" w:space="0" w:color="auto"/>
              <w:left w:val="single" w:sz="4" w:space="0" w:color="auto"/>
              <w:bottom w:val="single" w:sz="4" w:space="0" w:color="auto"/>
              <w:right w:val="single" w:sz="4" w:space="0" w:color="auto"/>
            </w:tcBorders>
          </w:tcPr>
          <w:p w14:paraId="6993C7BD" w14:textId="77777777" w:rsidR="0097296A" w:rsidRPr="007204D9" w:rsidRDefault="0097296A"/>
        </w:tc>
        <w:tc>
          <w:tcPr>
            <w:tcW w:w="7228" w:type="dxa"/>
            <w:tcBorders>
              <w:top w:val="single" w:sz="3" w:space="0" w:color="auto"/>
              <w:left w:val="single" w:sz="4" w:space="0" w:color="auto"/>
              <w:bottom w:val="single" w:sz="4" w:space="0" w:color="auto"/>
              <w:right w:val="single" w:sz="3" w:space="0" w:color="auto"/>
            </w:tcBorders>
            <w:tcMar>
              <w:left w:w="0" w:type="dxa"/>
              <w:right w:w="0" w:type="dxa"/>
            </w:tcMar>
          </w:tcPr>
          <w:p w14:paraId="65628668" w14:textId="77777777" w:rsidR="0097296A" w:rsidRPr="007204D9" w:rsidRDefault="00000000">
            <w:pPr>
              <w:autoSpaceDE w:val="0"/>
              <w:autoSpaceDN w:val="0"/>
              <w:spacing w:before="98" w:after="0" w:line="200" w:lineRule="exact"/>
              <w:ind w:left="80"/>
            </w:pPr>
            <w:r w:rsidRPr="007204D9">
              <w:rPr>
                <w:color w:val="000000"/>
                <w:sz w:val="18"/>
              </w:rPr>
              <w:t xml:space="preserve">Não observado. (Especificar no comentário o motivo da não observação) </w:t>
            </w:r>
          </w:p>
        </w:tc>
        <w:tc>
          <w:tcPr>
            <w:tcW w:w="564" w:type="dxa"/>
            <w:tcBorders>
              <w:top w:val="single" w:sz="3" w:space="0" w:color="auto"/>
              <w:left w:val="single" w:sz="3" w:space="0" w:color="auto"/>
              <w:bottom w:val="single" w:sz="4" w:space="0" w:color="auto"/>
              <w:right w:val="single" w:sz="3" w:space="0" w:color="auto"/>
            </w:tcBorders>
            <w:tcMar>
              <w:left w:w="0" w:type="dxa"/>
              <w:right w:w="0" w:type="dxa"/>
            </w:tcMar>
          </w:tcPr>
          <w:p w14:paraId="0FCB4170" w14:textId="77777777" w:rsidR="0097296A" w:rsidRPr="007204D9" w:rsidRDefault="00000000">
            <w:pPr>
              <w:autoSpaceDE w:val="0"/>
              <w:autoSpaceDN w:val="0"/>
              <w:spacing w:before="98" w:after="0" w:line="200" w:lineRule="exact"/>
              <w:ind w:right="82"/>
              <w:jc w:val="right"/>
            </w:pPr>
            <w:r w:rsidRPr="007204D9">
              <w:rPr>
                <w:color w:val="000000"/>
                <w:sz w:val="18"/>
              </w:rPr>
              <w:t xml:space="preserve">NO </w:t>
            </w:r>
          </w:p>
        </w:tc>
        <w:tc>
          <w:tcPr>
            <w:tcW w:w="1012" w:type="dxa"/>
            <w:tcBorders>
              <w:top w:val="single" w:sz="3" w:space="0" w:color="auto"/>
              <w:left w:val="single" w:sz="3" w:space="0" w:color="auto"/>
              <w:bottom w:val="single" w:sz="4" w:space="0" w:color="auto"/>
              <w:right w:val="single" w:sz="4" w:space="0" w:color="auto"/>
            </w:tcBorders>
            <w:tcMar>
              <w:left w:w="0" w:type="dxa"/>
              <w:right w:w="0" w:type="dxa"/>
            </w:tcMar>
          </w:tcPr>
          <w:p w14:paraId="039A309F" w14:textId="77777777" w:rsidR="0097296A" w:rsidRPr="007204D9" w:rsidRDefault="00000000">
            <w:pPr>
              <w:autoSpaceDE w:val="0"/>
              <w:autoSpaceDN w:val="0"/>
              <w:spacing w:before="98" w:after="0" w:line="200" w:lineRule="exact"/>
              <w:ind w:right="386"/>
              <w:jc w:val="right"/>
            </w:pPr>
            <w:r w:rsidRPr="007204D9">
              <w:rPr>
                <w:color w:val="000000"/>
                <w:sz w:val="18"/>
              </w:rPr>
              <w:t xml:space="preserve">0 </w:t>
            </w:r>
          </w:p>
        </w:tc>
      </w:tr>
      <w:tr w:rsidR="0097296A" w:rsidRPr="007204D9" w14:paraId="2713E69B" w14:textId="77777777">
        <w:trPr>
          <w:trHeight w:val="918"/>
        </w:trPr>
        <w:tc>
          <w:tcPr>
            <w:tcW w:w="2108" w:type="dxa"/>
            <w:vMerge/>
            <w:tcBorders>
              <w:top w:val="single" w:sz="3" w:space="0" w:color="auto"/>
              <w:left w:val="single" w:sz="3" w:space="0" w:color="auto"/>
              <w:bottom w:val="single" w:sz="4" w:space="0" w:color="auto"/>
              <w:right w:val="single" w:sz="4" w:space="0" w:color="auto"/>
            </w:tcBorders>
          </w:tcPr>
          <w:p w14:paraId="5AD3C8A0" w14:textId="77777777" w:rsidR="0097296A" w:rsidRPr="007204D9" w:rsidRDefault="0097296A"/>
        </w:tc>
        <w:tc>
          <w:tcPr>
            <w:tcW w:w="2108" w:type="dxa"/>
            <w:vMerge/>
            <w:tcBorders>
              <w:top w:val="single" w:sz="3" w:space="0" w:color="auto"/>
              <w:left w:val="single" w:sz="4" w:space="0" w:color="auto"/>
              <w:bottom w:val="single" w:sz="4" w:space="0" w:color="auto"/>
              <w:right w:val="single" w:sz="4" w:space="0" w:color="auto"/>
            </w:tcBorders>
          </w:tcPr>
          <w:p w14:paraId="09C498E4" w14:textId="77777777" w:rsidR="0097296A" w:rsidRPr="007204D9" w:rsidRDefault="0097296A"/>
        </w:tc>
        <w:tc>
          <w:tcPr>
            <w:tcW w:w="880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62A127B" w14:textId="77777777" w:rsidR="0097296A" w:rsidRPr="007204D9" w:rsidRDefault="00000000">
            <w:pPr>
              <w:autoSpaceDE w:val="0"/>
              <w:autoSpaceDN w:val="0"/>
              <w:spacing w:before="2" w:after="0" w:line="200" w:lineRule="exact"/>
              <w:ind w:left="80"/>
            </w:pPr>
            <w:r w:rsidRPr="007204D9">
              <w:rPr>
                <w:color w:val="000000"/>
                <w:sz w:val="18"/>
              </w:rPr>
              <w:t xml:space="preserve">Comentário: </w:t>
            </w:r>
          </w:p>
        </w:tc>
      </w:tr>
      <w:tr w:rsidR="0097296A" w:rsidRPr="007204D9" w14:paraId="4882A0C8" w14:textId="77777777">
        <w:trPr>
          <w:trHeight w:val="510"/>
        </w:trPr>
        <w:tc>
          <w:tcPr>
            <w:tcW w:w="10504" w:type="dxa"/>
            <w:gridSpan w:val="5"/>
            <w:tcBorders>
              <w:top w:val="single" w:sz="4" w:space="0" w:color="auto"/>
              <w:left w:val="single" w:sz="3" w:space="0" w:color="auto"/>
              <w:bottom w:val="single" w:sz="7" w:space="0" w:color="auto"/>
              <w:right w:val="single" w:sz="7" w:space="0" w:color="auto"/>
            </w:tcBorders>
            <w:tcMar>
              <w:left w:w="0" w:type="dxa"/>
              <w:right w:w="0" w:type="dxa"/>
            </w:tcMar>
          </w:tcPr>
          <w:p w14:paraId="41828DB1" w14:textId="77777777" w:rsidR="0097296A" w:rsidRPr="007204D9" w:rsidRDefault="00000000">
            <w:pPr>
              <w:autoSpaceDE w:val="0"/>
              <w:autoSpaceDN w:val="0"/>
              <w:spacing w:before="138" w:after="0" w:line="200" w:lineRule="exact"/>
              <w:ind w:right="4626"/>
              <w:jc w:val="right"/>
            </w:pPr>
            <w:r w:rsidRPr="007204D9">
              <w:rPr>
                <w:b/>
                <w:color w:val="000000"/>
                <w:sz w:val="18"/>
              </w:rPr>
              <w:t xml:space="preserve">RESULTADO </w:t>
            </w:r>
          </w:p>
        </w:tc>
      </w:tr>
      <w:tr w:rsidR="0097296A" w:rsidRPr="007204D9" w14:paraId="15588EFD" w14:textId="77777777">
        <w:trPr>
          <w:trHeight w:val="220"/>
        </w:trPr>
        <w:tc>
          <w:tcPr>
            <w:tcW w:w="10504" w:type="dxa"/>
            <w:gridSpan w:val="5"/>
            <w:tcBorders>
              <w:top w:val="single" w:sz="7" w:space="0" w:color="auto"/>
              <w:left w:val="single" w:sz="3" w:space="0" w:color="auto"/>
              <w:bottom w:val="single" w:sz="4" w:space="0" w:color="auto"/>
              <w:right w:val="single" w:sz="4" w:space="0" w:color="auto"/>
            </w:tcBorders>
            <w:tcMar>
              <w:left w:w="0" w:type="dxa"/>
              <w:right w:w="0" w:type="dxa"/>
            </w:tcMar>
          </w:tcPr>
          <w:p w14:paraId="565EFE8F" w14:textId="77777777" w:rsidR="0097296A" w:rsidRPr="007204D9" w:rsidRDefault="0097296A"/>
        </w:tc>
      </w:tr>
      <w:tr w:rsidR="0097296A" w:rsidRPr="007204D9" w14:paraId="1A3ED126" w14:textId="77777777">
        <w:trPr>
          <w:trHeight w:val="5398"/>
        </w:trPr>
        <w:tc>
          <w:tcPr>
            <w:tcW w:w="10504" w:type="dxa"/>
            <w:gridSpan w:val="5"/>
            <w:tcBorders>
              <w:top w:val="single" w:sz="4" w:space="0" w:color="auto"/>
              <w:left w:val="single" w:sz="3" w:space="0" w:color="auto"/>
              <w:bottom w:val="single" w:sz="4" w:space="0" w:color="auto"/>
              <w:right w:val="single" w:sz="4" w:space="0" w:color="auto"/>
            </w:tcBorders>
            <w:tcMar>
              <w:left w:w="0" w:type="dxa"/>
              <w:right w:w="0" w:type="dxa"/>
            </w:tcMar>
          </w:tcPr>
          <w:p w14:paraId="01724DFD" w14:textId="77777777" w:rsidR="0097296A" w:rsidRPr="007204D9" w:rsidRDefault="00000000">
            <w:pPr>
              <w:autoSpaceDE w:val="0"/>
              <w:autoSpaceDN w:val="0"/>
              <w:spacing w:before="84" w:after="0" w:line="202" w:lineRule="exact"/>
              <w:ind w:right="3862"/>
              <w:jc w:val="right"/>
            </w:pPr>
            <w:r w:rsidRPr="007204D9">
              <w:rPr>
                <w:b/>
                <w:color w:val="000000"/>
                <w:sz w:val="18"/>
              </w:rPr>
              <w:t xml:space="preserve">DIAGNÓSTICO QUANTITATIVO </w:t>
            </w:r>
          </w:p>
          <w:p w14:paraId="1926A0BB" w14:textId="77777777" w:rsidR="0097296A" w:rsidRPr="007204D9" w:rsidRDefault="00000000">
            <w:pPr>
              <w:autoSpaceDE w:val="0"/>
              <w:autoSpaceDN w:val="0"/>
              <w:spacing w:before="382" w:after="14" w:line="200" w:lineRule="exact"/>
              <w:ind w:right="142"/>
              <w:jc w:val="right"/>
            </w:pPr>
            <w:r w:rsidRPr="007204D9">
              <w:rPr>
                <w:color w:val="000000"/>
                <w:sz w:val="18"/>
              </w:rPr>
              <w:t xml:space="preserve">Máximo possível </w:t>
            </w:r>
          </w:p>
          <w:tbl>
            <w:tblPr>
              <w:tblW w:w="0" w:type="auto"/>
              <w:tblInd w:w="20" w:type="dxa"/>
              <w:tblLayout w:type="fixed"/>
              <w:tblLook w:val="04A0" w:firstRow="1" w:lastRow="0" w:firstColumn="1" w:lastColumn="0" w:noHBand="0" w:noVBand="1"/>
            </w:tblPr>
            <w:tblGrid>
              <w:gridCol w:w="2080"/>
              <w:gridCol w:w="760"/>
              <w:gridCol w:w="1220"/>
              <w:gridCol w:w="1000"/>
              <w:gridCol w:w="3140"/>
              <w:gridCol w:w="640"/>
              <w:gridCol w:w="380"/>
              <w:gridCol w:w="940"/>
            </w:tblGrid>
            <w:tr w:rsidR="0097296A" w:rsidRPr="007204D9" w14:paraId="6F3C5CDA" w14:textId="77777777">
              <w:trPr>
                <w:trHeight w:val="200"/>
              </w:trPr>
              <w:tc>
                <w:tcPr>
                  <w:tcW w:w="4060" w:type="dxa"/>
                  <w:gridSpan w:val="3"/>
                  <w:vMerge w:val="restart"/>
                  <w:tcMar>
                    <w:left w:w="0" w:type="dxa"/>
                    <w:right w:w="0" w:type="dxa"/>
                  </w:tcMar>
                </w:tcPr>
                <w:p w14:paraId="79F0D3CA" w14:textId="77777777" w:rsidR="0097296A" w:rsidRPr="007204D9" w:rsidRDefault="00000000">
                  <w:pPr>
                    <w:autoSpaceDE w:val="0"/>
                    <w:autoSpaceDN w:val="0"/>
                    <w:spacing w:after="0" w:line="380" w:lineRule="exact"/>
                    <w:ind w:left="60" w:right="144"/>
                  </w:pPr>
                  <w:r w:rsidRPr="007204D9">
                    <w:rPr>
                      <w:b/>
                      <w:color w:val="000000"/>
                      <w:sz w:val="18"/>
                    </w:rPr>
                    <w:t xml:space="preserve">Número de questões da subárea: </w:t>
                  </w:r>
                  <w:r w:rsidRPr="007204D9">
                    <w:br/>
                  </w:r>
                  <w:r w:rsidRPr="007204D9">
                    <w:rPr>
                      <w:b/>
                      <w:color w:val="000000"/>
                      <w:sz w:val="18"/>
                    </w:rPr>
                    <w:t xml:space="preserve">Número de questões qualitativas: </w:t>
                  </w:r>
                  <w:r w:rsidRPr="007204D9">
                    <w:br/>
                  </w:r>
                  <w:r w:rsidRPr="007204D9">
                    <w:rPr>
                      <w:b/>
                      <w:color w:val="000000"/>
                      <w:sz w:val="18"/>
                    </w:rPr>
                    <w:t xml:space="preserve">Total de questões atendidas: </w:t>
                  </w:r>
                  <w:r w:rsidRPr="007204D9">
                    <w:br/>
                  </w:r>
                  <w:r w:rsidRPr="007204D9">
                    <w:rPr>
                      <w:b/>
                      <w:color w:val="000000"/>
                      <w:sz w:val="18"/>
                    </w:rPr>
                    <w:t xml:space="preserve">Total de questões não atendidas: </w:t>
                  </w:r>
                  <w:r w:rsidRPr="007204D9">
                    <w:br/>
                  </w:r>
                  <w:r w:rsidRPr="007204D9">
                    <w:rPr>
                      <w:b/>
                      <w:color w:val="000000"/>
                      <w:sz w:val="18"/>
                    </w:rPr>
                    <w:t xml:space="preserve">Total de questões não aplicáveis: </w:t>
                  </w:r>
                  <w:r w:rsidRPr="007204D9">
                    <w:br/>
                  </w:r>
                  <w:r w:rsidRPr="007204D9">
                    <w:rPr>
                      <w:b/>
                      <w:color w:val="000000"/>
                      <w:sz w:val="18"/>
                    </w:rPr>
                    <w:t xml:space="preserve">Total de questões atendidos com restrição: </w:t>
                  </w:r>
                </w:p>
                <w:p w14:paraId="26F9D805" w14:textId="77777777" w:rsidR="0097296A" w:rsidRPr="007204D9" w:rsidRDefault="00000000">
                  <w:pPr>
                    <w:autoSpaceDE w:val="0"/>
                    <w:autoSpaceDN w:val="0"/>
                    <w:spacing w:before="384" w:after="0" w:line="202" w:lineRule="exact"/>
                    <w:ind w:right="1164"/>
                    <w:jc w:val="right"/>
                  </w:pPr>
                  <w:r w:rsidRPr="007204D9">
                    <w:rPr>
                      <w:b/>
                      <w:color w:val="000000"/>
                      <w:sz w:val="18"/>
                    </w:rPr>
                    <w:t xml:space="preserve">Quantidade </w:t>
                  </w:r>
                </w:p>
              </w:tc>
              <w:tc>
                <w:tcPr>
                  <w:tcW w:w="1000" w:type="dxa"/>
                  <w:vMerge w:val="restart"/>
                  <w:tcMar>
                    <w:left w:w="0" w:type="dxa"/>
                    <w:right w:w="0" w:type="dxa"/>
                  </w:tcMar>
                </w:tcPr>
                <w:p w14:paraId="59E0FBC6" w14:textId="77777777" w:rsidR="0097296A" w:rsidRPr="007204D9" w:rsidRDefault="00000000">
                  <w:pPr>
                    <w:autoSpaceDE w:val="0"/>
                    <w:autoSpaceDN w:val="0"/>
                    <w:spacing w:before="126" w:after="0" w:line="202" w:lineRule="exact"/>
                    <w:ind w:right="196"/>
                    <w:jc w:val="right"/>
                  </w:pPr>
                  <w:r w:rsidRPr="007204D9">
                    <w:rPr>
                      <w:color w:val="000000"/>
                      <w:sz w:val="18"/>
                    </w:rPr>
                    <w:t xml:space="preserve">19 </w:t>
                  </w:r>
                </w:p>
              </w:tc>
              <w:tc>
                <w:tcPr>
                  <w:tcW w:w="3140" w:type="dxa"/>
                  <w:tcMar>
                    <w:left w:w="0" w:type="dxa"/>
                    <w:right w:w="0" w:type="dxa"/>
                  </w:tcMar>
                </w:tcPr>
                <w:p w14:paraId="2727D178" w14:textId="77777777" w:rsidR="0097296A" w:rsidRPr="007204D9" w:rsidRDefault="00000000">
                  <w:pPr>
                    <w:autoSpaceDE w:val="0"/>
                    <w:autoSpaceDN w:val="0"/>
                    <w:spacing w:after="0" w:line="200" w:lineRule="exact"/>
                    <w:ind w:left="248"/>
                  </w:pPr>
                  <w:r w:rsidRPr="007204D9">
                    <w:rPr>
                      <w:b/>
                      <w:color w:val="000000"/>
                      <w:sz w:val="18"/>
                    </w:rPr>
                    <w:t xml:space="preserve">Atendimento em relação ao total </w:t>
                  </w:r>
                </w:p>
              </w:tc>
              <w:tc>
                <w:tcPr>
                  <w:tcW w:w="640" w:type="dxa"/>
                  <w:vMerge w:val="restart"/>
                  <w:tcMar>
                    <w:left w:w="0" w:type="dxa"/>
                    <w:right w:w="0" w:type="dxa"/>
                  </w:tcMar>
                </w:tcPr>
                <w:p w14:paraId="3D9BA9B5" w14:textId="77777777" w:rsidR="0097296A" w:rsidRPr="007204D9" w:rsidRDefault="00000000">
                  <w:pPr>
                    <w:autoSpaceDE w:val="0"/>
                    <w:autoSpaceDN w:val="0"/>
                    <w:spacing w:before="118" w:after="0" w:line="200" w:lineRule="exact"/>
                    <w:jc w:val="center"/>
                  </w:pPr>
                  <w:r w:rsidRPr="007204D9">
                    <w:rPr>
                      <w:b/>
                      <w:color w:val="000000"/>
                      <w:sz w:val="18"/>
                    </w:rPr>
                    <w:t xml:space="preserve">0,0% </w:t>
                  </w:r>
                </w:p>
              </w:tc>
              <w:tc>
                <w:tcPr>
                  <w:tcW w:w="380" w:type="dxa"/>
                  <w:vMerge w:val="restart"/>
                  <w:tcMar>
                    <w:left w:w="0" w:type="dxa"/>
                    <w:right w:w="0" w:type="dxa"/>
                  </w:tcMar>
                </w:tcPr>
                <w:p w14:paraId="17CA58AD" w14:textId="77777777" w:rsidR="0097296A" w:rsidRPr="007204D9" w:rsidRDefault="00000000">
                  <w:pPr>
                    <w:autoSpaceDE w:val="0"/>
                    <w:autoSpaceDN w:val="0"/>
                    <w:spacing w:before="118" w:after="0" w:line="200" w:lineRule="exact"/>
                    <w:jc w:val="center"/>
                  </w:pPr>
                  <w:r w:rsidRPr="007204D9">
                    <w:rPr>
                      <w:b/>
                      <w:color w:val="000000"/>
                      <w:sz w:val="18"/>
                    </w:rPr>
                    <w:t>de</w:t>
                  </w:r>
                </w:p>
              </w:tc>
              <w:tc>
                <w:tcPr>
                  <w:tcW w:w="940" w:type="dxa"/>
                  <w:vMerge w:val="restart"/>
                  <w:tcMar>
                    <w:left w:w="0" w:type="dxa"/>
                    <w:right w:w="0" w:type="dxa"/>
                  </w:tcMar>
                </w:tcPr>
                <w:p w14:paraId="48B8A91B" w14:textId="77777777" w:rsidR="0097296A" w:rsidRPr="007204D9" w:rsidRDefault="00000000">
                  <w:pPr>
                    <w:autoSpaceDE w:val="0"/>
                    <w:autoSpaceDN w:val="0"/>
                    <w:spacing w:before="118" w:after="0" w:line="200" w:lineRule="exact"/>
                    <w:ind w:left="82"/>
                  </w:pPr>
                  <w:r w:rsidRPr="007204D9">
                    <w:rPr>
                      <w:b/>
                      <w:color w:val="000000"/>
                      <w:sz w:val="18"/>
                    </w:rPr>
                    <w:t xml:space="preserve">27,9% </w:t>
                  </w:r>
                </w:p>
              </w:tc>
            </w:tr>
            <w:tr w:rsidR="0097296A" w:rsidRPr="007204D9" w14:paraId="0CD3C59E" w14:textId="77777777">
              <w:trPr>
                <w:trHeight w:val="280"/>
              </w:trPr>
              <w:tc>
                <w:tcPr>
                  <w:tcW w:w="3939" w:type="dxa"/>
                  <w:gridSpan w:val="3"/>
                  <w:vMerge/>
                </w:tcPr>
                <w:p w14:paraId="79C3148C" w14:textId="77777777" w:rsidR="0097296A" w:rsidRPr="007204D9" w:rsidRDefault="0097296A"/>
              </w:tc>
              <w:tc>
                <w:tcPr>
                  <w:tcW w:w="1313" w:type="dxa"/>
                  <w:vMerge/>
                </w:tcPr>
                <w:p w14:paraId="4BF83AB7" w14:textId="77777777" w:rsidR="0097296A" w:rsidRPr="007204D9" w:rsidRDefault="0097296A"/>
              </w:tc>
              <w:tc>
                <w:tcPr>
                  <w:tcW w:w="3140" w:type="dxa"/>
                  <w:tcMar>
                    <w:left w:w="0" w:type="dxa"/>
                    <w:right w:w="0" w:type="dxa"/>
                  </w:tcMar>
                </w:tcPr>
                <w:p w14:paraId="0CF16210" w14:textId="77777777" w:rsidR="0097296A" w:rsidRPr="007204D9" w:rsidRDefault="00000000">
                  <w:pPr>
                    <w:autoSpaceDE w:val="0"/>
                    <w:autoSpaceDN w:val="0"/>
                    <w:spacing w:before="22" w:after="0" w:line="202" w:lineRule="exact"/>
                    <w:ind w:left="208"/>
                  </w:pPr>
                  <w:r w:rsidRPr="007204D9">
                    <w:rPr>
                      <w:b/>
                      <w:color w:val="000000"/>
                      <w:sz w:val="18"/>
                    </w:rPr>
                    <w:t xml:space="preserve">(ART): </w:t>
                  </w:r>
                </w:p>
              </w:tc>
              <w:tc>
                <w:tcPr>
                  <w:tcW w:w="1313" w:type="dxa"/>
                  <w:vMerge/>
                </w:tcPr>
                <w:p w14:paraId="234BC2A7" w14:textId="77777777" w:rsidR="0097296A" w:rsidRPr="007204D9" w:rsidRDefault="0097296A"/>
              </w:tc>
              <w:tc>
                <w:tcPr>
                  <w:tcW w:w="1313" w:type="dxa"/>
                  <w:vMerge/>
                </w:tcPr>
                <w:p w14:paraId="2C77350B" w14:textId="77777777" w:rsidR="0097296A" w:rsidRPr="007204D9" w:rsidRDefault="0097296A"/>
              </w:tc>
              <w:tc>
                <w:tcPr>
                  <w:tcW w:w="1313" w:type="dxa"/>
                  <w:vMerge/>
                </w:tcPr>
                <w:p w14:paraId="743ABF8F" w14:textId="77777777" w:rsidR="0097296A" w:rsidRPr="007204D9" w:rsidRDefault="0097296A"/>
              </w:tc>
            </w:tr>
            <w:tr w:rsidR="0097296A" w:rsidRPr="007204D9" w14:paraId="53ABD1E3" w14:textId="77777777">
              <w:trPr>
                <w:trHeight w:val="360"/>
              </w:trPr>
              <w:tc>
                <w:tcPr>
                  <w:tcW w:w="3939" w:type="dxa"/>
                  <w:gridSpan w:val="3"/>
                  <w:vMerge/>
                </w:tcPr>
                <w:p w14:paraId="3350EAD5" w14:textId="77777777" w:rsidR="0097296A" w:rsidRPr="007204D9" w:rsidRDefault="0097296A"/>
              </w:tc>
              <w:tc>
                <w:tcPr>
                  <w:tcW w:w="1000" w:type="dxa"/>
                  <w:tcMar>
                    <w:left w:w="0" w:type="dxa"/>
                    <w:right w:w="0" w:type="dxa"/>
                  </w:tcMar>
                </w:tcPr>
                <w:p w14:paraId="424DBC34" w14:textId="77777777" w:rsidR="0097296A" w:rsidRPr="007204D9" w:rsidRDefault="00000000">
                  <w:pPr>
                    <w:autoSpaceDE w:val="0"/>
                    <w:autoSpaceDN w:val="0"/>
                    <w:spacing w:before="70" w:after="0" w:line="200" w:lineRule="exact"/>
                    <w:ind w:right="250"/>
                    <w:jc w:val="right"/>
                  </w:pPr>
                  <w:r w:rsidRPr="007204D9">
                    <w:rPr>
                      <w:color w:val="000000"/>
                      <w:sz w:val="18"/>
                    </w:rPr>
                    <w:t xml:space="preserve">0 </w:t>
                  </w:r>
                </w:p>
              </w:tc>
              <w:tc>
                <w:tcPr>
                  <w:tcW w:w="3140" w:type="dxa"/>
                  <w:tcMar>
                    <w:left w:w="0" w:type="dxa"/>
                    <w:right w:w="0" w:type="dxa"/>
                  </w:tcMar>
                </w:tcPr>
                <w:p w14:paraId="3B39F407" w14:textId="77777777" w:rsidR="0097296A" w:rsidRPr="007204D9" w:rsidRDefault="00000000">
                  <w:pPr>
                    <w:autoSpaceDE w:val="0"/>
                    <w:autoSpaceDN w:val="0"/>
                    <w:spacing w:before="62" w:after="0" w:line="200" w:lineRule="exact"/>
                    <w:ind w:left="208"/>
                  </w:pPr>
                  <w:r w:rsidRPr="007204D9">
                    <w:rPr>
                      <w:b/>
                      <w:color w:val="000000"/>
                      <w:sz w:val="18"/>
                    </w:rPr>
                    <w:t xml:space="preserve">Atendimento subárea (AS): </w:t>
                  </w:r>
                </w:p>
              </w:tc>
              <w:tc>
                <w:tcPr>
                  <w:tcW w:w="1960" w:type="dxa"/>
                  <w:gridSpan w:val="3"/>
                  <w:tcMar>
                    <w:left w:w="0" w:type="dxa"/>
                    <w:right w:w="0" w:type="dxa"/>
                  </w:tcMar>
                </w:tcPr>
                <w:p w14:paraId="395381EA" w14:textId="77777777" w:rsidR="0097296A" w:rsidRPr="007204D9" w:rsidRDefault="00000000">
                  <w:pPr>
                    <w:autoSpaceDE w:val="0"/>
                    <w:autoSpaceDN w:val="0"/>
                    <w:spacing w:before="62" w:after="0" w:line="200" w:lineRule="exact"/>
                    <w:ind w:left="196"/>
                  </w:pPr>
                  <w:r w:rsidRPr="007204D9">
                    <w:rPr>
                      <w:b/>
                      <w:color w:val="000000"/>
                      <w:sz w:val="18"/>
                    </w:rPr>
                    <w:t xml:space="preserve">0,0% </w:t>
                  </w:r>
                </w:p>
              </w:tc>
            </w:tr>
            <w:tr w:rsidR="0097296A" w:rsidRPr="007204D9" w14:paraId="4FE70672" w14:textId="77777777">
              <w:trPr>
                <w:trHeight w:val="2120"/>
              </w:trPr>
              <w:tc>
                <w:tcPr>
                  <w:tcW w:w="3939" w:type="dxa"/>
                  <w:gridSpan w:val="3"/>
                  <w:vMerge/>
                </w:tcPr>
                <w:p w14:paraId="019FD02E" w14:textId="77777777" w:rsidR="0097296A" w:rsidRPr="007204D9" w:rsidRDefault="0097296A"/>
              </w:tc>
              <w:tc>
                <w:tcPr>
                  <w:tcW w:w="6100" w:type="dxa"/>
                  <w:gridSpan w:val="5"/>
                  <w:vMerge w:val="restart"/>
                  <w:tcMar>
                    <w:left w:w="0" w:type="dxa"/>
                    <w:right w:w="0" w:type="dxa"/>
                  </w:tcMar>
                </w:tcPr>
                <w:p w14:paraId="6B021899" w14:textId="77777777" w:rsidR="0097296A" w:rsidRPr="007204D9" w:rsidRDefault="00000000">
                  <w:pPr>
                    <w:autoSpaceDE w:val="0"/>
                    <w:autoSpaceDN w:val="0"/>
                    <w:spacing w:after="0" w:line="386" w:lineRule="exact"/>
                    <w:ind w:left="608" w:right="5350"/>
                    <w:jc w:val="both"/>
                  </w:pPr>
                  <w:r w:rsidRPr="007204D9">
                    <w:rPr>
                      <w:color w:val="000000"/>
                      <w:sz w:val="18"/>
                    </w:rPr>
                    <w:t xml:space="preserve">0 </w:t>
                  </w:r>
                  <w:r w:rsidRPr="007204D9">
                    <w:br/>
                  </w:r>
                  <w:r w:rsidRPr="007204D9">
                    <w:rPr>
                      <w:color w:val="000000"/>
                      <w:sz w:val="18"/>
                    </w:rPr>
                    <w:t xml:space="preserve">0 </w:t>
                  </w:r>
                  <w:r w:rsidRPr="007204D9">
                    <w:br/>
                  </w:r>
                  <w:r w:rsidRPr="007204D9">
                    <w:rPr>
                      <w:color w:val="000000"/>
                      <w:sz w:val="18"/>
                    </w:rPr>
                    <w:t xml:space="preserve">0 </w:t>
                  </w:r>
                  <w:r w:rsidRPr="007204D9">
                    <w:br/>
                  </w:r>
                  <w:r w:rsidRPr="007204D9">
                    <w:rPr>
                      <w:color w:val="000000"/>
                      <w:sz w:val="18"/>
                    </w:rPr>
                    <w:t xml:space="preserve">0 </w:t>
                  </w:r>
                </w:p>
                <w:p w14:paraId="4A76A603" w14:textId="77777777" w:rsidR="0097296A" w:rsidRPr="007204D9" w:rsidRDefault="00000000">
                  <w:pPr>
                    <w:autoSpaceDE w:val="0"/>
                    <w:autoSpaceDN w:val="0"/>
                    <w:spacing w:before="34" w:after="0" w:line="240" w:lineRule="auto"/>
                    <w:ind w:left="184"/>
                  </w:pPr>
                  <w:r w:rsidRPr="007204D9">
                    <w:rPr>
                      <w:noProof/>
                    </w:rPr>
                    <w:drawing>
                      <wp:inline distT="0" distB="0" distL="0" distR="0" wp14:anchorId="16C80328" wp14:editId="122DCD5B">
                        <wp:extent cx="3493769" cy="332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3493769" cy="332740"/>
                                </a:xfrm>
                                <a:prstGeom prst="rect">
                                  <a:avLst/>
                                </a:prstGeom>
                              </pic:spPr>
                            </pic:pic>
                          </a:graphicData>
                        </a:graphic>
                      </wp:inline>
                    </w:drawing>
                  </w:r>
                </w:p>
                <w:p w14:paraId="44CB8CD8" w14:textId="77777777" w:rsidR="0097296A" w:rsidRPr="007204D9" w:rsidRDefault="00000000">
                  <w:pPr>
                    <w:autoSpaceDE w:val="0"/>
                    <w:autoSpaceDN w:val="0"/>
                    <w:spacing w:before="394" w:after="0" w:line="240" w:lineRule="auto"/>
                    <w:ind w:right="992"/>
                    <w:jc w:val="right"/>
                  </w:pPr>
                  <w:r w:rsidRPr="007204D9">
                    <w:rPr>
                      <w:noProof/>
                    </w:rPr>
                    <w:drawing>
                      <wp:inline distT="0" distB="0" distL="0" distR="0" wp14:anchorId="022BDBE7" wp14:editId="679FD71A">
                        <wp:extent cx="2218690" cy="330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2218690" cy="330200"/>
                                </a:xfrm>
                                <a:prstGeom prst="rect">
                                  <a:avLst/>
                                </a:prstGeom>
                              </pic:spPr>
                            </pic:pic>
                          </a:graphicData>
                        </a:graphic>
                      </wp:inline>
                    </w:drawing>
                  </w:r>
                </w:p>
              </w:tc>
            </w:tr>
            <w:tr w:rsidR="0097296A" w:rsidRPr="007204D9" w14:paraId="780E8669" w14:textId="77777777">
              <w:trPr>
                <w:trHeight w:val="520"/>
              </w:trPr>
              <w:tc>
                <w:tcPr>
                  <w:tcW w:w="2080" w:type="dxa"/>
                  <w:vMerge w:val="restart"/>
                  <w:tcMar>
                    <w:left w:w="0" w:type="dxa"/>
                    <w:right w:w="0" w:type="dxa"/>
                  </w:tcMar>
                </w:tcPr>
                <w:p w14:paraId="6CEF244B" w14:textId="77777777" w:rsidR="0097296A" w:rsidRPr="007204D9" w:rsidRDefault="0097296A">
                  <w:pPr>
                    <w:autoSpaceDE w:val="0"/>
                    <w:autoSpaceDN w:val="0"/>
                    <w:spacing w:after="0" w:line="116" w:lineRule="exact"/>
                  </w:pPr>
                </w:p>
                <w:tbl>
                  <w:tblPr>
                    <w:tblW w:w="0" w:type="auto"/>
                    <w:tblInd w:w="760" w:type="dxa"/>
                    <w:tblLayout w:type="fixed"/>
                    <w:tblLook w:val="04A0" w:firstRow="1" w:lastRow="0" w:firstColumn="1" w:lastColumn="0" w:noHBand="0" w:noVBand="1"/>
                  </w:tblPr>
                  <w:tblGrid>
                    <w:gridCol w:w="1034"/>
                  </w:tblGrid>
                  <w:tr w:rsidR="0097296A" w:rsidRPr="007204D9" w14:paraId="7C8563A1" w14:textId="77777777" w:rsidTr="005E5D07">
                    <w:trPr>
                      <w:trHeight w:val="398"/>
                    </w:trPr>
                    <w:tc>
                      <w:tcPr>
                        <w:tcW w:w="1034"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2D504C21" w14:textId="77777777" w:rsidR="0097296A" w:rsidRPr="007204D9" w:rsidRDefault="0097296A"/>
                    </w:tc>
                  </w:tr>
                  <w:tr w:rsidR="0097296A" w:rsidRPr="007204D9" w14:paraId="13FF6C9A" w14:textId="77777777" w:rsidTr="005E5D07">
                    <w:trPr>
                      <w:trHeight w:val="402"/>
                    </w:trPr>
                    <w:tc>
                      <w:tcPr>
                        <w:tcW w:w="1034"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244C08EF" w14:textId="77777777" w:rsidR="0097296A" w:rsidRPr="007204D9" w:rsidRDefault="0097296A"/>
                    </w:tc>
                  </w:tr>
                  <w:tr w:rsidR="0097296A" w:rsidRPr="007204D9" w14:paraId="23E215E5" w14:textId="77777777" w:rsidTr="005E5D07">
                    <w:trPr>
                      <w:trHeight w:val="378"/>
                    </w:trPr>
                    <w:tc>
                      <w:tcPr>
                        <w:tcW w:w="1034"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48F61721" w14:textId="77777777" w:rsidR="0097296A" w:rsidRPr="005E5D07" w:rsidRDefault="0097296A">
                        <w:pPr>
                          <w:rPr>
                            <w:color w:val="EE0000"/>
                          </w:rPr>
                        </w:pPr>
                      </w:p>
                    </w:tc>
                  </w:tr>
                </w:tbl>
                <w:p w14:paraId="336EC1EB" w14:textId="77777777" w:rsidR="0097296A" w:rsidRPr="007204D9" w:rsidRDefault="0097296A">
                  <w:pPr>
                    <w:autoSpaceDE w:val="0"/>
                    <w:autoSpaceDN w:val="0"/>
                    <w:spacing w:after="0" w:line="14" w:lineRule="exact"/>
                  </w:pPr>
                </w:p>
              </w:tc>
              <w:tc>
                <w:tcPr>
                  <w:tcW w:w="760" w:type="dxa"/>
                  <w:tcMar>
                    <w:left w:w="0" w:type="dxa"/>
                    <w:right w:w="0" w:type="dxa"/>
                  </w:tcMar>
                </w:tcPr>
                <w:p w14:paraId="3B12120A" w14:textId="77777777" w:rsidR="0097296A" w:rsidRPr="007204D9" w:rsidRDefault="00000000">
                  <w:pPr>
                    <w:autoSpaceDE w:val="0"/>
                    <w:autoSpaceDN w:val="0"/>
                    <w:spacing w:before="224" w:after="0" w:line="202" w:lineRule="exact"/>
                    <w:jc w:val="center"/>
                  </w:pPr>
                  <w:r w:rsidRPr="007204D9">
                    <w:rPr>
                      <w:color w:val="000000"/>
                      <w:sz w:val="18"/>
                    </w:rPr>
                    <w:t xml:space="preserve">0 </w:t>
                  </w:r>
                </w:p>
              </w:tc>
              <w:tc>
                <w:tcPr>
                  <w:tcW w:w="1220" w:type="dxa"/>
                  <w:tcMar>
                    <w:left w:w="0" w:type="dxa"/>
                    <w:right w:w="0" w:type="dxa"/>
                  </w:tcMar>
                </w:tcPr>
                <w:p w14:paraId="3F4ACFEA" w14:textId="77777777" w:rsidR="0097296A" w:rsidRPr="007204D9" w:rsidRDefault="00000000">
                  <w:pPr>
                    <w:autoSpaceDE w:val="0"/>
                    <w:autoSpaceDN w:val="0"/>
                    <w:spacing w:before="224" w:after="0" w:line="202" w:lineRule="exact"/>
                    <w:ind w:right="150"/>
                    <w:jc w:val="right"/>
                  </w:pPr>
                  <w:r w:rsidRPr="007204D9">
                    <w:rPr>
                      <w:color w:val="000000"/>
                      <w:sz w:val="18"/>
                    </w:rPr>
                    <w:t xml:space="preserve">questões </w:t>
                  </w:r>
                </w:p>
              </w:tc>
              <w:tc>
                <w:tcPr>
                  <w:tcW w:w="6565" w:type="dxa"/>
                  <w:gridSpan w:val="5"/>
                  <w:vMerge/>
                </w:tcPr>
                <w:p w14:paraId="34172C62" w14:textId="77777777" w:rsidR="0097296A" w:rsidRPr="007204D9" w:rsidRDefault="0097296A"/>
              </w:tc>
            </w:tr>
            <w:tr w:rsidR="0097296A" w:rsidRPr="007204D9" w14:paraId="411830AE" w14:textId="77777777">
              <w:trPr>
                <w:trHeight w:val="400"/>
              </w:trPr>
              <w:tc>
                <w:tcPr>
                  <w:tcW w:w="1313" w:type="dxa"/>
                  <w:vMerge/>
                </w:tcPr>
                <w:p w14:paraId="6047700A" w14:textId="77777777" w:rsidR="0097296A" w:rsidRPr="007204D9" w:rsidRDefault="0097296A"/>
              </w:tc>
              <w:tc>
                <w:tcPr>
                  <w:tcW w:w="760" w:type="dxa"/>
                  <w:tcMar>
                    <w:left w:w="0" w:type="dxa"/>
                    <w:right w:w="0" w:type="dxa"/>
                  </w:tcMar>
                </w:tcPr>
                <w:p w14:paraId="2FA22040" w14:textId="77777777" w:rsidR="0097296A" w:rsidRPr="007204D9" w:rsidRDefault="00000000">
                  <w:pPr>
                    <w:autoSpaceDE w:val="0"/>
                    <w:autoSpaceDN w:val="0"/>
                    <w:spacing w:before="106" w:after="0" w:line="200" w:lineRule="exact"/>
                    <w:jc w:val="center"/>
                  </w:pPr>
                  <w:r w:rsidRPr="007204D9">
                    <w:rPr>
                      <w:color w:val="000000"/>
                      <w:sz w:val="18"/>
                    </w:rPr>
                    <w:t xml:space="preserve">0 </w:t>
                  </w:r>
                </w:p>
              </w:tc>
              <w:tc>
                <w:tcPr>
                  <w:tcW w:w="1220" w:type="dxa"/>
                  <w:tcMar>
                    <w:left w:w="0" w:type="dxa"/>
                    <w:right w:w="0" w:type="dxa"/>
                  </w:tcMar>
                </w:tcPr>
                <w:p w14:paraId="79BC1150" w14:textId="77777777" w:rsidR="0097296A" w:rsidRPr="007204D9" w:rsidRDefault="00000000">
                  <w:pPr>
                    <w:autoSpaceDE w:val="0"/>
                    <w:autoSpaceDN w:val="0"/>
                    <w:spacing w:before="106" w:after="0" w:line="200" w:lineRule="exact"/>
                    <w:ind w:right="150"/>
                    <w:jc w:val="right"/>
                  </w:pPr>
                  <w:r w:rsidRPr="007204D9">
                    <w:rPr>
                      <w:color w:val="000000"/>
                      <w:sz w:val="18"/>
                    </w:rPr>
                    <w:t xml:space="preserve">questões </w:t>
                  </w:r>
                </w:p>
              </w:tc>
              <w:tc>
                <w:tcPr>
                  <w:tcW w:w="6565" w:type="dxa"/>
                  <w:gridSpan w:val="5"/>
                  <w:vMerge/>
                </w:tcPr>
                <w:p w14:paraId="3EF110A4" w14:textId="77777777" w:rsidR="0097296A" w:rsidRPr="007204D9" w:rsidRDefault="0097296A"/>
              </w:tc>
            </w:tr>
            <w:tr w:rsidR="0097296A" w:rsidRPr="007204D9" w14:paraId="43B8F70B" w14:textId="77777777">
              <w:trPr>
                <w:trHeight w:val="444"/>
              </w:trPr>
              <w:tc>
                <w:tcPr>
                  <w:tcW w:w="1313" w:type="dxa"/>
                  <w:vMerge/>
                </w:tcPr>
                <w:p w14:paraId="58105987" w14:textId="77777777" w:rsidR="0097296A" w:rsidRPr="007204D9" w:rsidRDefault="0097296A"/>
              </w:tc>
              <w:tc>
                <w:tcPr>
                  <w:tcW w:w="760" w:type="dxa"/>
                  <w:tcMar>
                    <w:left w:w="0" w:type="dxa"/>
                    <w:right w:w="0" w:type="dxa"/>
                  </w:tcMar>
                </w:tcPr>
                <w:p w14:paraId="0647737A" w14:textId="77777777" w:rsidR="0097296A" w:rsidRPr="007204D9" w:rsidRDefault="00000000">
                  <w:pPr>
                    <w:autoSpaceDE w:val="0"/>
                    <w:autoSpaceDN w:val="0"/>
                    <w:spacing w:before="104" w:after="0" w:line="200" w:lineRule="exact"/>
                    <w:jc w:val="center"/>
                  </w:pPr>
                  <w:r w:rsidRPr="007204D9">
                    <w:rPr>
                      <w:color w:val="000000"/>
                      <w:sz w:val="18"/>
                    </w:rPr>
                    <w:t xml:space="preserve">0 </w:t>
                  </w:r>
                </w:p>
              </w:tc>
              <w:tc>
                <w:tcPr>
                  <w:tcW w:w="1220" w:type="dxa"/>
                  <w:tcMar>
                    <w:left w:w="0" w:type="dxa"/>
                    <w:right w:w="0" w:type="dxa"/>
                  </w:tcMar>
                </w:tcPr>
                <w:p w14:paraId="7E25C437" w14:textId="77777777" w:rsidR="0097296A" w:rsidRPr="007204D9" w:rsidRDefault="00000000">
                  <w:pPr>
                    <w:autoSpaceDE w:val="0"/>
                    <w:autoSpaceDN w:val="0"/>
                    <w:spacing w:before="104" w:after="0" w:line="200" w:lineRule="exact"/>
                    <w:ind w:right="150"/>
                    <w:jc w:val="right"/>
                  </w:pPr>
                  <w:r w:rsidRPr="007204D9">
                    <w:rPr>
                      <w:color w:val="000000"/>
                      <w:sz w:val="18"/>
                    </w:rPr>
                    <w:t xml:space="preserve">questões </w:t>
                  </w:r>
                </w:p>
              </w:tc>
              <w:tc>
                <w:tcPr>
                  <w:tcW w:w="6565" w:type="dxa"/>
                  <w:gridSpan w:val="5"/>
                  <w:vMerge/>
                </w:tcPr>
                <w:p w14:paraId="09E57B54" w14:textId="77777777" w:rsidR="0097296A" w:rsidRPr="007204D9" w:rsidRDefault="0097296A"/>
              </w:tc>
            </w:tr>
          </w:tbl>
          <w:p w14:paraId="29EA3D4F" w14:textId="77777777" w:rsidR="0097296A" w:rsidRPr="007204D9" w:rsidRDefault="0097296A">
            <w:pPr>
              <w:autoSpaceDE w:val="0"/>
              <w:autoSpaceDN w:val="0"/>
              <w:spacing w:after="0" w:line="14" w:lineRule="exact"/>
            </w:pPr>
          </w:p>
        </w:tc>
      </w:tr>
    </w:tbl>
    <w:p w14:paraId="76EA6349" w14:textId="77777777" w:rsidR="0097296A" w:rsidRPr="007204D9" w:rsidRDefault="00000000">
      <w:pPr>
        <w:autoSpaceDE w:val="0"/>
        <w:autoSpaceDN w:val="0"/>
        <w:spacing w:before="1152" w:after="0" w:line="266" w:lineRule="exact"/>
        <w:ind w:right="224"/>
        <w:jc w:val="right"/>
      </w:pPr>
      <w:r w:rsidRPr="007204D9">
        <w:rPr>
          <w:color w:val="000000"/>
          <w:sz w:val="24"/>
        </w:rPr>
        <w:t>17</w:t>
      </w:r>
    </w:p>
    <w:p w14:paraId="18EFE879" w14:textId="77777777" w:rsidR="0097296A" w:rsidRPr="007204D9" w:rsidRDefault="0097296A">
      <w:pPr>
        <w:sectPr w:rsidR="0097296A" w:rsidRPr="007204D9">
          <w:pgSz w:w="11906" w:h="16838"/>
          <w:pgMar w:top="340" w:right="496" w:bottom="340" w:left="872" w:header="720" w:footer="720" w:gutter="0"/>
          <w:cols w:space="720"/>
          <w:docGrid w:linePitch="360"/>
        </w:sectPr>
      </w:pPr>
    </w:p>
    <w:p w14:paraId="46B634A9"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092"/>
        <w:gridCol w:w="280"/>
        <w:gridCol w:w="284"/>
        <w:gridCol w:w="1038"/>
      </w:tblGrid>
      <w:tr w:rsidR="0097296A" w:rsidRPr="007204D9" w14:paraId="78A1D621" w14:textId="77777777">
        <w:trPr>
          <w:trHeight w:val="456"/>
        </w:trPr>
        <w:tc>
          <w:tcPr>
            <w:tcW w:w="10398" w:type="dxa"/>
            <w:gridSpan w:val="6"/>
            <w:tcBorders>
              <w:top w:val="single" w:sz="3" w:space="0" w:color="auto"/>
              <w:left w:val="single" w:sz="4" w:space="0" w:color="auto"/>
              <w:bottom w:val="single" w:sz="3" w:space="0" w:color="auto"/>
              <w:right w:val="single" w:sz="4" w:space="0" w:color="auto"/>
            </w:tcBorders>
            <w:tcMar>
              <w:left w:w="0" w:type="dxa"/>
              <w:right w:w="0" w:type="dxa"/>
            </w:tcMar>
          </w:tcPr>
          <w:p w14:paraId="570F14E7" w14:textId="77777777" w:rsidR="0097296A" w:rsidRPr="007204D9" w:rsidRDefault="00000000">
            <w:pPr>
              <w:autoSpaceDE w:val="0"/>
              <w:autoSpaceDN w:val="0"/>
              <w:spacing w:before="116" w:after="0" w:line="202" w:lineRule="exact"/>
              <w:jc w:val="center"/>
            </w:pPr>
            <w:r w:rsidRPr="007204D9">
              <w:rPr>
                <w:b/>
                <w:color w:val="000000"/>
                <w:sz w:val="18"/>
              </w:rPr>
              <w:t xml:space="preserve">4. Produção e Manipulação de Alimentos </w:t>
            </w:r>
          </w:p>
        </w:tc>
      </w:tr>
      <w:tr w:rsidR="0097296A" w:rsidRPr="007204D9" w14:paraId="325328EB" w14:textId="77777777">
        <w:trPr>
          <w:trHeight w:val="25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3A0A59F" w14:textId="77777777" w:rsidR="0097296A" w:rsidRPr="007204D9" w:rsidRDefault="00000000">
            <w:pPr>
              <w:autoSpaceDE w:val="0"/>
              <w:autoSpaceDN w:val="0"/>
              <w:spacing w:before="170" w:after="0" w:line="200" w:lineRule="exact"/>
              <w:jc w:val="center"/>
            </w:pPr>
            <w:r w:rsidRPr="007204D9">
              <w:rPr>
                <w:b/>
                <w:color w:val="000000"/>
                <w:sz w:val="18"/>
              </w:rPr>
              <w:t>Item</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4FECBDB" w14:textId="77777777" w:rsidR="0097296A" w:rsidRPr="007204D9" w:rsidRDefault="00000000">
            <w:pPr>
              <w:autoSpaceDE w:val="0"/>
              <w:autoSpaceDN w:val="0"/>
              <w:spacing w:before="170" w:after="0" w:line="200" w:lineRule="exact"/>
              <w:jc w:val="center"/>
            </w:pPr>
            <w:r w:rsidRPr="007204D9">
              <w:rPr>
                <w:b/>
                <w:color w:val="000000"/>
                <w:sz w:val="18"/>
              </w:rPr>
              <w:t xml:space="preserve">Relevância </w:t>
            </w:r>
          </w:p>
        </w:tc>
        <w:tc>
          <w:tcPr>
            <w:tcW w:w="7092"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DDF7D94" w14:textId="77777777" w:rsidR="0097296A" w:rsidRPr="007204D9" w:rsidRDefault="00000000">
            <w:pPr>
              <w:autoSpaceDE w:val="0"/>
              <w:autoSpaceDN w:val="0"/>
              <w:spacing w:before="170" w:after="0" w:line="200" w:lineRule="exact"/>
              <w:jc w:val="center"/>
            </w:pPr>
            <w:r w:rsidRPr="007204D9">
              <w:rPr>
                <w:b/>
                <w:color w:val="000000"/>
                <w:sz w:val="18"/>
              </w:rPr>
              <w:t xml:space="preserve">Descrição </w:t>
            </w:r>
          </w:p>
        </w:tc>
        <w:tc>
          <w:tcPr>
            <w:tcW w:w="1602"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31E17BB2" w14:textId="77777777" w:rsidR="0097296A" w:rsidRPr="007204D9" w:rsidRDefault="00000000">
            <w:pPr>
              <w:autoSpaceDE w:val="0"/>
              <w:autoSpaceDN w:val="0"/>
              <w:spacing w:before="14" w:after="0" w:line="200" w:lineRule="exact"/>
              <w:jc w:val="center"/>
            </w:pPr>
            <w:r w:rsidRPr="007204D9">
              <w:rPr>
                <w:b/>
                <w:color w:val="000000"/>
                <w:sz w:val="18"/>
              </w:rPr>
              <w:t xml:space="preserve">Resultado </w:t>
            </w:r>
          </w:p>
        </w:tc>
      </w:tr>
      <w:tr w:rsidR="0097296A" w:rsidRPr="007204D9" w14:paraId="03D2F7E6" w14:textId="77777777">
        <w:trPr>
          <w:trHeight w:val="300"/>
        </w:trPr>
        <w:tc>
          <w:tcPr>
            <w:tcW w:w="1738" w:type="dxa"/>
            <w:vMerge/>
            <w:tcBorders>
              <w:top w:val="single" w:sz="3" w:space="0" w:color="auto"/>
              <w:left w:val="single" w:sz="4" w:space="0" w:color="auto"/>
              <w:bottom w:val="single" w:sz="4" w:space="0" w:color="auto"/>
              <w:right w:val="single" w:sz="4" w:space="0" w:color="auto"/>
            </w:tcBorders>
          </w:tcPr>
          <w:p w14:paraId="3B557D43"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59B34E87"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4ED86D0E" w14:textId="77777777" w:rsidR="0097296A" w:rsidRPr="007204D9" w:rsidRDefault="0097296A"/>
        </w:tc>
        <w:tc>
          <w:tcPr>
            <w:tcW w:w="280" w:type="dxa"/>
            <w:tcBorders>
              <w:top w:val="single" w:sz="4" w:space="0" w:color="auto"/>
              <w:left w:val="single" w:sz="4" w:space="0" w:color="auto"/>
              <w:bottom w:val="single" w:sz="4" w:space="0" w:color="auto"/>
              <w:right w:val="single" w:sz="4" w:space="0" w:color="auto"/>
            </w:tcBorders>
            <w:tcMar>
              <w:left w:w="0" w:type="dxa"/>
              <w:right w:w="0" w:type="dxa"/>
            </w:tcMar>
          </w:tcPr>
          <w:p w14:paraId="5FDC8E05" w14:textId="77777777" w:rsidR="0097296A" w:rsidRPr="007204D9" w:rsidRDefault="00000000">
            <w:pPr>
              <w:autoSpaceDE w:val="0"/>
              <w:autoSpaceDN w:val="0"/>
              <w:spacing w:before="38" w:after="0" w:line="200" w:lineRule="exact"/>
              <w:jc w:val="center"/>
            </w:pPr>
            <w:r w:rsidRPr="007204D9">
              <w:rPr>
                <w:b/>
                <w:color w:val="000000"/>
                <w:sz w:val="18"/>
              </w:rPr>
              <w:t>X</w:t>
            </w:r>
          </w:p>
        </w:tc>
        <w:tc>
          <w:tcPr>
            <w:tcW w:w="132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B415126" w14:textId="77777777" w:rsidR="0097296A" w:rsidRPr="007204D9" w:rsidRDefault="00000000">
            <w:pPr>
              <w:autoSpaceDE w:val="0"/>
              <w:autoSpaceDN w:val="0"/>
              <w:spacing w:before="38" w:after="0" w:line="200" w:lineRule="exact"/>
              <w:jc w:val="center"/>
            </w:pPr>
            <w:r w:rsidRPr="007204D9">
              <w:rPr>
                <w:b/>
                <w:color w:val="000000"/>
                <w:sz w:val="18"/>
              </w:rPr>
              <w:t xml:space="preserve">Impacto </w:t>
            </w:r>
          </w:p>
        </w:tc>
      </w:tr>
      <w:tr w:rsidR="0097296A" w:rsidRPr="007204D9" w14:paraId="3E7346B7" w14:textId="77777777">
        <w:trPr>
          <w:trHeight w:val="53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F7CE4E8" w14:textId="77777777" w:rsidR="0097296A" w:rsidRPr="007204D9" w:rsidRDefault="00000000">
            <w:pPr>
              <w:autoSpaceDE w:val="0"/>
              <w:autoSpaceDN w:val="0"/>
              <w:spacing w:before="1422" w:after="0" w:line="202" w:lineRule="exact"/>
              <w:jc w:val="center"/>
            </w:pPr>
            <w:r w:rsidRPr="007204D9">
              <w:rPr>
                <w:color w:val="000000"/>
                <w:sz w:val="18"/>
              </w:rPr>
              <w:t xml:space="preserve">4.1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5667486" w14:textId="77777777" w:rsidR="0097296A" w:rsidRPr="007204D9" w:rsidRDefault="00000000">
            <w:pPr>
              <w:autoSpaceDE w:val="0"/>
              <w:autoSpaceDN w:val="0"/>
              <w:spacing w:before="1422" w:after="0" w:line="202" w:lineRule="exact"/>
              <w:jc w:val="center"/>
            </w:pPr>
            <w:r w:rsidRPr="007204D9">
              <w:rPr>
                <w:color w:val="000000"/>
                <w:sz w:val="18"/>
              </w:rPr>
              <w:t xml:space="preserve">3 </w:t>
            </w:r>
          </w:p>
        </w:tc>
        <w:tc>
          <w:tcPr>
            <w:tcW w:w="8694"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4690DCCC" w14:textId="77777777" w:rsidR="0097296A" w:rsidRPr="007204D9" w:rsidRDefault="00000000">
            <w:pPr>
              <w:autoSpaceDE w:val="0"/>
              <w:autoSpaceDN w:val="0"/>
              <w:spacing w:before="42" w:after="0" w:line="208" w:lineRule="exact"/>
              <w:ind w:left="74" w:right="144"/>
            </w:pPr>
            <w:r w:rsidRPr="007204D9">
              <w:rPr>
                <w:b/>
                <w:color w:val="000000"/>
                <w:sz w:val="18"/>
              </w:rPr>
              <w:t xml:space="preserve">As matérias-primas como verduras, frutas e legumes passam pelos processos de higienização e desinfecção durante o preparo do alimento? </w:t>
            </w:r>
            <w:r w:rsidRPr="007204D9">
              <w:rPr>
                <w:b/>
                <w:color w:val="000000"/>
                <w:sz w:val="18"/>
              </w:rPr>
              <w:t xml:space="preserve">(Doc. Ref.: Resolução RDC n° 216/2004 da ANVISA). </w:t>
            </w:r>
          </w:p>
        </w:tc>
      </w:tr>
      <w:tr w:rsidR="0097296A" w:rsidRPr="007204D9" w14:paraId="3D266B74" w14:textId="77777777" w:rsidTr="005E5D07">
        <w:trPr>
          <w:trHeight w:val="398"/>
        </w:trPr>
        <w:tc>
          <w:tcPr>
            <w:tcW w:w="1738" w:type="dxa"/>
            <w:vMerge/>
            <w:tcBorders>
              <w:top w:val="single" w:sz="4" w:space="0" w:color="auto"/>
              <w:left w:val="single" w:sz="4" w:space="0" w:color="auto"/>
              <w:bottom w:val="single" w:sz="4" w:space="0" w:color="auto"/>
              <w:right w:val="single" w:sz="4" w:space="0" w:color="auto"/>
            </w:tcBorders>
          </w:tcPr>
          <w:p w14:paraId="676CB4B1" w14:textId="77777777" w:rsidR="0097296A" w:rsidRPr="007204D9" w:rsidRDefault="0097296A"/>
        </w:tc>
        <w:tc>
          <w:tcPr>
            <w:tcW w:w="1738" w:type="dxa"/>
            <w:vMerge/>
            <w:tcBorders>
              <w:top w:val="single" w:sz="4" w:space="0" w:color="auto"/>
              <w:left w:val="single" w:sz="4" w:space="0" w:color="auto"/>
              <w:bottom w:val="single" w:sz="4" w:space="0" w:color="auto"/>
              <w:right w:val="single" w:sz="4" w:space="0" w:color="auto"/>
            </w:tcBorders>
          </w:tcPr>
          <w:p w14:paraId="505CDED0"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15DCBCB6" w14:textId="77777777" w:rsidR="0097296A" w:rsidRPr="007204D9" w:rsidRDefault="00000000">
            <w:pPr>
              <w:autoSpaceDE w:val="0"/>
              <w:autoSpaceDN w:val="0"/>
              <w:spacing w:before="98" w:after="0" w:line="202" w:lineRule="exact"/>
              <w:ind w:left="74"/>
            </w:pPr>
            <w:r w:rsidRPr="007204D9">
              <w:rPr>
                <w:color w:val="000000"/>
                <w:sz w:val="18"/>
              </w:rPr>
              <w:t xml:space="preserve">Sim.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0406237"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1038"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5104B87D"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15A5AFCB" w14:textId="77777777" w:rsidTr="005E5D07">
        <w:trPr>
          <w:trHeight w:val="400"/>
        </w:trPr>
        <w:tc>
          <w:tcPr>
            <w:tcW w:w="1738" w:type="dxa"/>
            <w:vMerge/>
            <w:tcBorders>
              <w:top w:val="single" w:sz="4" w:space="0" w:color="auto"/>
              <w:left w:val="single" w:sz="4" w:space="0" w:color="auto"/>
              <w:bottom w:val="single" w:sz="4" w:space="0" w:color="auto"/>
              <w:right w:val="single" w:sz="4" w:space="0" w:color="auto"/>
            </w:tcBorders>
          </w:tcPr>
          <w:p w14:paraId="05F50508" w14:textId="77777777" w:rsidR="0097296A" w:rsidRPr="007204D9" w:rsidRDefault="0097296A"/>
        </w:tc>
        <w:tc>
          <w:tcPr>
            <w:tcW w:w="1738" w:type="dxa"/>
            <w:vMerge/>
            <w:tcBorders>
              <w:top w:val="single" w:sz="4" w:space="0" w:color="auto"/>
              <w:left w:val="single" w:sz="4" w:space="0" w:color="auto"/>
              <w:bottom w:val="single" w:sz="4" w:space="0" w:color="auto"/>
              <w:right w:val="single" w:sz="4" w:space="0" w:color="auto"/>
            </w:tcBorders>
          </w:tcPr>
          <w:p w14:paraId="23CEA6C0" w14:textId="77777777" w:rsidR="0097296A" w:rsidRPr="007204D9" w:rsidRDefault="0097296A"/>
        </w:tc>
        <w:tc>
          <w:tcPr>
            <w:tcW w:w="7092" w:type="dxa"/>
            <w:tcBorders>
              <w:top w:val="single" w:sz="4" w:space="0" w:color="auto"/>
              <w:left w:val="single" w:sz="4" w:space="0" w:color="auto"/>
              <w:bottom w:val="single" w:sz="3" w:space="0" w:color="auto"/>
              <w:right w:val="single" w:sz="4" w:space="0" w:color="auto"/>
            </w:tcBorders>
            <w:tcMar>
              <w:left w:w="0" w:type="dxa"/>
              <w:right w:w="0" w:type="dxa"/>
            </w:tcMar>
          </w:tcPr>
          <w:p w14:paraId="49DFD8FC" w14:textId="77777777" w:rsidR="0097296A" w:rsidRPr="007204D9" w:rsidRDefault="00000000">
            <w:pPr>
              <w:autoSpaceDE w:val="0"/>
              <w:autoSpaceDN w:val="0"/>
              <w:spacing w:before="98" w:after="0" w:line="202" w:lineRule="exact"/>
              <w:ind w:left="74"/>
            </w:pPr>
            <w:r w:rsidRPr="007204D9">
              <w:rPr>
                <w:color w:val="000000"/>
                <w:sz w:val="18"/>
              </w:rPr>
              <w:t xml:space="preserve">Não. </w:t>
            </w:r>
          </w:p>
        </w:tc>
        <w:tc>
          <w:tcPr>
            <w:tcW w:w="564"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2B940F18" w14:textId="77777777" w:rsidR="0097296A" w:rsidRPr="007204D9" w:rsidRDefault="00000000">
            <w:pPr>
              <w:autoSpaceDE w:val="0"/>
              <w:autoSpaceDN w:val="0"/>
              <w:spacing w:before="98" w:after="0" w:line="202" w:lineRule="exact"/>
              <w:jc w:val="center"/>
            </w:pPr>
            <w:r w:rsidRPr="007204D9">
              <w:rPr>
                <w:color w:val="000000"/>
                <w:sz w:val="18"/>
              </w:rPr>
              <w:t xml:space="preserve">NAT </w:t>
            </w:r>
          </w:p>
        </w:tc>
        <w:tc>
          <w:tcPr>
            <w:tcW w:w="1038"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6A13D37F"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362758AB" w14:textId="77777777">
        <w:trPr>
          <w:trHeight w:val="400"/>
        </w:trPr>
        <w:tc>
          <w:tcPr>
            <w:tcW w:w="1738" w:type="dxa"/>
            <w:vMerge/>
            <w:tcBorders>
              <w:top w:val="single" w:sz="4" w:space="0" w:color="auto"/>
              <w:left w:val="single" w:sz="4" w:space="0" w:color="auto"/>
              <w:bottom w:val="single" w:sz="4" w:space="0" w:color="auto"/>
              <w:right w:val="single" w:sz="4" w:space="0" w:color="auto"/>
            </w:tcBorders>
          </w:tcPr>
          <w:p w14:paraId="1055AD81" w14:textId="77777777" w:rsidR="0097296A" w:rsidRPr="007204D9" w:rsidRDefault="0097296A"/>
        </w:tc>
        <w:tc>
          <w:tcPr>
            <w:tcW w:w="1738" w:type="dxa"/>
            <w:vMerge/>
            <w:tcBorders>
              <w:top w:val="single" w:sz="4" w:space="0" w:color="auto"/>
              <w:left w:val="single" w:sz="4" w:space="0" w:color="auto"/>
              <w:bottom w:val="single" w:sz="4" w:space="0" w:color="auto"/>
              <w:right w:val="single" w:sz="4" w:space="0" w:color="auto"/>
            </w:tcBorders>
          </w:tcPr>
          <w:p w14:paraId="41EDEE87" w14:textId="77777777" w:rsidR="0097296A" w:rsidRPr="007204D9" w:rsidRDefault="0097296A"/>
        </w:tc>
        <w:tc>
          <w:tcPr>
            <w:tcW w:w="7092" w:type="dxa"/>
            <w:tcBorders>
              <w:top w:val="single" w:sz="3" w:space="0" w:color="auto"/>
              <w:left w:val="single" w:sz="4" w:space="0" w:color="auto"/>
              <w:bottom w:val="single" w:sz="4" w:space="0" w:color="auto"/>
              <w:right w:val="single" w:sz="4" w:space="0" w:color="auto"/>
            </w:tcBorders>
            <w:tcMar>
              <w:left w:w="0" w:type="dxa"/>
              <w:right w:w="0" w:type="dxa"/>
            </w:tcMar>
          </w:tcPr>
          <w:p w14:paraId="5FE48184" w14:textId="77777777" w:rsidR="0097296A" w:rsidRPr="007204D9" w:rsidRDefault="00000000">
            <w:pPr>
              <w:autoSpaceDE w:val="0"/>
              <w:autoSpaceDN w:val="0"/>
              <w:spacing w:before="98" w:after="0" w:line="200" w:lineRule="exact"/>
              <w:ind w:left="74"/>
            </w:pPr>
            <w:r w:rsidRPr="007204D9">
              <w:rPr>
                <w:color w:val="000000"/>
                <w:sz w:val="18"/>
              </w:rPr>
              <w:t xml:space="preserve">Não são manipulados frutas, verduras e legumes no local. </w:t>
            </w:r>
          </w:p>
        </w:tc>
        <w:tc>
          <w:tcPr>
            <w:tcW w:w="564"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5C4981F0" w14:textId="77777777" w:rsidR="0097296A" w:rsidRPr="007204D9" w:rsidRDefault="00000000">
            <w:pPr>
              <w:autoSpaceDE w:val="0"/>
              <w:autoSpaceDN w:val="0"/>
              <w:spacing w:before="98" w:after="0" w:line="200" w:lineRule="exact"/>
              <w:jc w:val="center"/>
            </w:pPr>
            <w:r w:rsidRPr="007204D9">
              <w:rPr>
                <w:color w:val="000000"/>
                <w:sz w:val="18"/>
              </w:rPr>
              <w:t>NAP</w:t>
            </w:r>
          </w:p>
        </w:tc>
        <w:tc>
          <w:tcPr>
            <w:tcW w:w="1038" w:type="dxa"/>
            <w:tcBorders>
              <w:top w:val="single" w:sz="3" w:space="0" w:color="auto"/>
              <w:left w:val="single" w:sz="4" w:space="0" w:color="auto"/>
              <w:bottom w:val="single" w:sz="4" w:space="0" w:color="auto"/>
              <w:right w:val="single" w:sz="4" w:space="0" w:color="auto"/>
            </w:tcBorders>
            <w:tcMar>
              <w:left w:w="0" w:type="dxa"/>
              <w:right w:w="0" w:type="dxa"/>
            </w:tcMar>
          </w:tcPr>
          <w:p w14:paraId="0B0ABDFD"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240F7D9A" w14:textId="77777777">
        <w:trPr>
          <w:trHeight w:val="398"/>
        </w:trPr>
        <w:tc>
          <w:tcPr>
            <w:tcW w:w="1738" w:type="dxa"/>
            <w:vMerge/>
            <w:tcBorders>
              <w:top w:val="single" w:sz="4" w:space="0" w:color="auto"/>
              <w:left w:val="single" w:sz="4" w:space="0" w:color="auto"/>
              <w:bottom w:val="single" w:sz="4" w:space="0" w:color="auto"/>
              <w:right w:val="single" w:sz="4" w:space="0" w:color="auto"/>
            </w:tcBorders>
          </w:tcPr>
          <w:p w14:paraId="1E817615" w14:textId="77777777" w:rsidR="0097296A" w:rsidRPr="007204D9" w:rsidRDefault="0097296A"/>
        </w:tc>
        <w:tc>
          <w:tcPr>
            <w:tcW w:w="1738" w:type="dxa"/>
            <w:vMerge/>
            <w:tcBorders>
              <w:top w:val="single" w:sz="4" w:space="0" w:color="auto"/>
              <w:left w:val="single" w:sz="4" w:space="0" w:color="auto"/>
              <w:bottom w:val="single" w:sz="4" w:space="0" w:color="auto"/>
              <w:right w:val="single" w:sz="4" w:space="0" w:color="auto"/>
            </w:tcBorders>
          </w:tcPr>
          <w:p w14:paraId="679BD4ED"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60446502"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AE3E08F"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1038" w:type="dxa"/>
            <w:tcBorders>
              <w:top w:val="single" w:sz="4" w:space="0" w:color="auto"/>
              <w:left w:val="single" w:sz="4" w:space="0" w:color="auto"/>
              <w:bottom w:val="single" w:sz="4" w:space="0" w:color="auto"/>
              <w:right w:val="single" w:sz="4" w:space="0" w:color="auto"/>
            </w:tcBorders>
            <w:tcMar>
              <w:left w:w="0" w:type="dxa"/>
              <w:right w:w="0" w:type="dxa"/>
            </w:tcMar>
          </w:tcPr>
          <w:p w14:paraId="532A97D4"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47480368" w14:textId="77777777">
        <w:trPr>
          <w:trHeight w:val="914"/>
        </w:trPr>
        <w:tc>
          <w:tcPr>
            <w:tcW w:w="1738" w:type="dxa"/>
            <w:vMerge/>
            <w:tcBorders>
              <w:top w:val="single" w:sz="4" w:space="0" w:color="auto"/>
              <w:left w:val="single" w:sz="4" w:space="0" w:color="auto"/>
              <w:bottom w:val="single" w:sz="4" w:space="0" w:color="auto"/>
              <w:right w:val="single" w:sz="4" w:space="0" w:color="auto"/>
            </w:tcBorders>
          </w:tcPr>
          <w:p w14:paraId="015251C5" w14:textId="77777777" w:rsidR="0097296A" w:rsidRPr="007204D9" w:rsidRDefault="0097296A"/>
        </w:tc>
        <w:tc>
          <w:tcPr>
            <w:tcW w:w="1738" w:type="dxa"/>
            <w:vMerge/>
            <w:tcBorders>
              <w:top w:val="single" w:sz="4" w:space="0" w:color="auto"/>
              <w:left w:val="single" w:sz="4" w:space="0" w:color="auto"/>
              <w:bottom w:val="single" w:sz="4" w:space="0" w:color="auto"/>
              <w:right w:val="single" w:sz="4" w:space="0" w:color="auto"/>
            </w:tcBorders>
          </w:tcPr>
          <w:p w14:paraId="4E17975B" w14:textId="77777777" w:rsidR="0097296A" w:rsidRPr="007204D9" w:rsidRDefault="0097296A"/>
        </w:tc>
        <w:tc>
          <w:tcPr>
            <w:tcW w:w="8694"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7A165F04" w14:textId="77777777" w:rsidR="0097296A" w:rsidRPr="007204D9" w:rsidRDefault="00000000">
            <w:pPr>
              <w:autoSpaceDE w:val="0"/>
              <w:autoSpaceDN w:val="0"/>
              <w:spacing w:before="2" w:after="0" w:line="202" w:lineRule="exact"/>
              <w:ind w:left="172"/>
            </w:pPr>
            <w:r w:rsidRPr="007204D9">
              <w:rPr>
                <w:color w:val="000000"/>
                <w:sz w:val="18"/>
              </w:rPr>
              <w:t xml:space="preserve">Comentário: </w:t>
            </w:r>
          </w:p>
        </w:tc>
      </w:tr>
      <w:tr w:rsidR="0097296A" w:rsidRPr="007204D9" w14:paraId="4B9868E8" w14:textId="77777777">
        <w:trPr>
          <w:trHeight w:val="792"/>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30B77670" w14:textId="77777777" w:rsidR="0097296A" w:rsidRPr="007204D9" w:rsidRDefault="00000000">
            <w:pPr>
              <w:autoSpaceDE w:val="0"/>
              <w:autoSpaceDN w:val="0"/>
              <w:spacing w:before="1552" w:after="0" w:line="200" w:lineRule="exact"/>
              <w:jc w:val="center"/>
            </w:pPr>
            <w:r w:rsidRPr="007204D9">
              <w:rPr>
                <w:color w:val="000000"/>
                <w:sz w:val="18"/>
              </w:rPr>
              <w:t xml:space="preserve">4.2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09476F5F" w14:textId="77777777" w:rsidR="0097296A" w:rsidRPr="007204D9" w:rsidRDefault="00000000">
            <w:pPr>
              <w:autoSpaceDE w:val="0"/>
              <w:autoSpaceDN w:val="0"/>
              <w:spacing w:before="1552" w:after="0" w:line="200" w:lineRule="exact"/>
              <w:jc w:val="center"/>
            </w:pPr>
            <w:r w:rsidRPr="007204D9">
              <w:rPr>
                <w:color w:val="000000"/>
                <w:sz w:val="18"/>
              </w:rPr>
              <w:t xml:space="preserve">3 </w:t>
            </w:r>
          </w:p>
        </w:tc>
        <w:tc>
          <w:tcPr>
            <w:tcW w:w="8694"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14884A55" w14:textId="77777777" w:rsidR="0097296A" w:rsidRPr="007204D9" w:rsidRDefault="00000000">
            <w:pPr>
              <w:autoSpaceDE w:val="0"/>
              <w:autoSpaceDN w:val="0"/>
              <w:spacing w:before="68" w:after="0" w:line="208" w:lineRule="exact"/>
              <w:ind w:left="74" w:right="2"/>
              <w:jc w:val="both"/>
            </w:pPr>
            <w:r w:rsidRPr="007204D9">
              <w:rPr>
                <w:b/>
                <w:color w:val="000000"/>
                <w:sz w:val="18"/>
              </w:rPr>
              <w:t xml:space="preserve">Os manipuladores de alimentos (agentes envolvidos nas etapas de preparação, embalagem, armazenamento, transporte, recepção, distribuição e venda) são treinados e capacitados de acordo com as normas de Boas Práticas? </w:t>
            </w:r>
            <w:r w:rsidRPr="007204D9">
              <w:rPr>
                <w:b/>
                <w:color w:val="000000"/>
                <w:sz w:val="18"/>
              </w:rPr>
              <w:t xml:space="preserve">(Doc. Ref.: Resolução RDC n° 216/2004 da ANVISA). </w:t>
            </w:r>
          </w:p>
        </w:tc>
      </w:tr>
      <w:tr w:rsidR="0097296A" w:rsidRPr="007204D9" w14:paraId="5549F1B3" w14:textId="77777777" w:rsidTr="006339AE">
        <w:trPr>
          <w:trHeight w:val="396"/>
        </w:trPr>
        <w:tc>
          <w:tcPr>
            <w:tcW w:w="1738" w:type="dxa"/>
            <w:vMerge/>
            <w:tcBorders>
              <w:top w:val="single" w:sz="4" w:space="0" w:color="auto"/>
              <w:left w:val="single" w:sz="4" w:space="0" w:color="auto"/>
              <w:bottom w:val="single" w:sz="3" w:space="0" w:color="auto"/>
              <w:right w:val="single" w:sz="4" w:space="0" w:color="auto"/>
            </w:tcBorders>
          </w:tcPr>
          <w:p w14:paraId="30FD77CE"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06E9E66B"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56393C69" w14:textId="77777777" w:rsidR="0097296A" w:rsidRPr="007204D9" w:rsidRDefault="00000000">
            <w:pPr>
              <w:autoSpaceDE w:val="0"/>
              <w:autoSpaceDN w:val="0"/>
              <w:spacing w:before="96" w:after="0" w:line="202" w:lineRule="exact"/>
              <w:ind w:left="74"/>
            </w:pPr>
            <w:r w:rsidRPr="007204D9">
              <w:rPr>
                <w:color w:val="000000"/>
                <w:sz w:val="18"/>
              </w:rPr>
              <w:t xml:space="preserve">Sim.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6CCF620E"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1038"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6AF1B216"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4797ECC4" w14:textId="77777777">
        <w:trPr>
          <w:trHeight w:val="404"/>
        </w:trPr>
        <w:tc>
          <w:tcPr>
            <w:tcW w:w="1738" w:type="dxa"/>
            <w:vMerge/>
            <w:tcBorders>
              <w:top w:val="single" w:sz="4" w:space="0" w:color="auto"/>
              <w:left w:val="single" w:sz="4" w:space="0" w:color="auto"/>
              <w:bottom w:val="single" w:sz="3" w:space="0" w:color="auto"/>
              <w:right w:val="single" w:sz="4" w:space="0" w:color="auto"/>
            </w:tcBorders>
          </w:tcPr>
          <w:p w14:paraId="10CA35AC"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3879D290"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348FB84D" w14:textId="77777777" w:rsidR="0097296A" w:rsidRPr="007204D9" w:rsidRDefault="00000000">
            <w:pPr>
              <w:autoSpaceDE w:val="0"/>
              <w:autoSpaceDN w:val="0"/>
              <w:spacing w:before="98" w:after="0" w:line="202" w:lineRule="exact"/>
              <w:ind w:left="74"/>
            </w:pPr>
            <w:r w:rsidRPr="007204D9">
              <w:rPr>
                <w:color w:val="000000"/>
                <w:sz w:val="18"/>
              </w:rPr>
              <w:t xml:space="preserve">Não.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89E4196" w14:textId="77777777" w:rsidR="0097296A" w:rsidRPr="007204D9" w:rsidRDefault="00000000">
            <w:pPr>
              <w:autoSpaceDE w:val="0"/>
              <w:autoSpaceDN w:val="0"/>
              <w:spacing w:before="98" w:after="0" w:line="202" w:lineRule="exact"/>
              <w:jc w:val="center"/>
            </w:pPr>
            <w:r w:rsidRPr="007204D9">
              <w:rPr>
                <w:color w:val="000000"/>
                <w:sz w:val="18"/>
              </w:rPr>
              <w:t xml:space="preserve">NAT </w:t>
            </w:r>
          </w:p>
        </w:tc>
        <w:tc>
          <w:tcPr>
            <w:tcW w:w="1038" w:type="dxa"/>
            <w:tcBorders>
              <w:top w:val="single" w:sz="4" w:space="0" w:color="auto"/>
              <w:left w:val="single" w:sz="4" w:space="0" w:color="auto"/>
              <w:bottom w:val="single" w:sz="4" w:space="0" w:color="auto"/>
              <w:right w:val="single" w:sz="4" w:space="0" w:color="auto"/>
            </w:tcBorders>
            <w:tcMar>
              <w:left w:w="0" w:type="dxa"/>
              <w:right w:w="0" w:type="dxa"/>
            </w:tcMar>
          </w:tcPr>
          <w:p w14:paraId="3A46C247"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2B4700BF" w14:textId="77777777">
        <w:trPr>
          <w:trHeight w:val="396"/>
        </w:trPr>
        <w:tc>
          <w:tcPr>
            <w:tcW w:w="1738" w:type="dxa"/>
            <w:vMerge/>
            <w:tcBorders>
              <w:top w:val="single" w:sz="4" w:space="0" w:color="auto"/>
              <w:left w:val="single" w:sz="4" w:space="0" w:color="auto"/>
              <w:bottom w:val="single" w:sz="3" w:space="0" w:color="auto"/>
              <w:right w:val="single" w:sz="4" w:space="0" w:color="auto"/>
            </w:tcBorders>
          </w:tcPr>
          <w:p w14:paraId="2A630647"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33F49AED"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49E8345D" w14:textId="77777777" w:rsidR="0097296A" w:rsidRPr="007204D9" w:rsidRDefault="00000000">
            <w:pPr>
              <w:autoSpaceDE w:val="0"/>
              <w:autoSpaceDN w:val="0"/>
              <w:spacing w:before="96" w:after="0" w:line="200" w:lineRule="exact"/>
              <w:ind w:left="74"/>
            </w:pPr>
            <w:r w:rsidRPr="007204D9">
              <w:rPr>
                <w:color w:val="000000"/>
                <w:sz w:val="18"/>
              </w:rPr>
              <w:t xml:space="preserve">Não se aplica. Não há manipulação de alimentos no estádio.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6C2DAB73"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1038" w:type="dxa"/>
            <w:tcBorders>
              <w:top w:val="single" w:sz="4" w:space="0" w:color="auto"/>
              <w:left w:val="single" w:sz="4" w:space="0" w:color="auto"/>
              <w:bottom w:val="single" w:sz="4" w:space="0" w:color="auto"/>
              <w:right w:val="single" w:sz="4" w:space="0" w:color="auto"/>
            </w:tcBorders>
            <w:tcMar>
              <w:left w:w="0" w:type="dxa"/>
              <w:right w:w="0" w:type="dxa"/>
            </w:tcMar>
          </w:tcPr>
          <w:p w14:paraId="2F17488C"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7672B991" w14:textId="77777777">
        <w:trPr>
          <w:trHeight w:val="398"/>
        </w:trPr>
        <w:tc>
          <w:tcPr>
            <w:tcW w:w="1738" w:type="dxa"/>
            <w:vMerge/>
            <w:tcBorders>
              <w:top w:val="single" w:sz="4" w:space="0" w:color="auto"/>
              <w:left w:val="single" w:sz="4" w:space="0" w:color="auto"/>
              <w:bottom w:val="single" w:sz="3" w:space="0" w:color="auto"/>
              <w:right w:val="single" w:sz="4" w:space="0" w:color="auto"/>
            </w:tcBorders>
          </w:tcPr>
          <w:p w14:paraId="5DF469B7"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04887284"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019DEE0D" w14:textId="77777777" w:rsidR="0097296A" w:rsidRPr="007204D9" w:rsidRDefault="00000000">
            <w:pPr>
              <w:autoSpaceDE w:val="0"/>
              <w:autoSpaceDN w:val="0"/>
              <w:spacing w:before="98" w:after="0" w:line="200" w:lineRule="exact"/>
              <w:ind w:left="74"/>
            </w:pPr>
            <w:r w:rsidRPr="007204D9">
              <w:rPr>
                <w:color w:val="000000"/>
                <w:sz w:val="18"/>
              </w:rPr>
              <w:t xml:space="preserve">Não observado. (Especificar no comentário o motivo da não observação)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2C20FC3"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1038" w:type="dxa"/>
            <w:tcBorders>
              <w:top w:val="single" w:sz="4" w:space="0" w:color="auto"/>
              <w:left w:val="single" w:sz="4" w:space="0" w:color="auto"/>
              <w:bottom w:val="single" w:sz="4" w:space="0" w:color="auto"/>
              <w:right w:val="single" w:sz="4" w:space="0" w:color="auto"/>
            </w:tcBorders>
            <w:tcMar>
              <w:left w:w="0" w:type="dxa"/>
              <w:right w:w="0" w:type="dxa"/>
            </w:tcMar>
          </w:tcPr>
          <w:p w14:paraId="09E377AC"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734FF7AB" w14:textId="77777777">
        <w:trPr>
          <w:trHeight w:val="918"/>
        </w:trPr>
        <w:tc>
          <w:tcPr>
            <w:tcW w:w="1738" w:type="dxa"/>
            <w:vMerge/>
            <w:tcBorders>
              <w:top w:val="single" w:sz="4" w:space="0" w:color="auto"/>
              <w:left w:val="single" w:sz="4" w:space="0" w:color="auto"/>
              <w:bottom w:val="single" w:sz="3" w:space="0" w:color="auto"/>
              <w:right w:val="single" w:sz="4" w:space="0" w:color="auto"/>
            </w:tcBorders>
          </w:tcPr>
          <w:p w14:paraId="2A45DB16"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54F2B056" w14:textId="77777777" w:rsidR="0097296A" w:rsidRPr="007204D9" w:rsidRDefault="0097296A"/>
        </w:tc>
        <w:tc>
          <w:tcPr>
            <w:tcW w:w="8694" w:type="dxa"/>
            <w:gridSpan w:val="4"/>
            <w:tcBorders>
              <w:top w:val="single" w:sz="4" w:space="0" w:color="auto"/>
              <w:left w:val="single" w:sz="4" w:space="0" w:color="auto"/>
              <w:bottom w:val="single" w:sz="3" w:space="0" w:color="auto"/>
              <w:right w:val="single" w:sz="4" w:space="0" w:color="auto"/>
            </w:tcBorders>
            <w:tcMar>
              <w:left w:w="0" w:type="dxa"/>
              <w:right w:w="0" w:type="dxa"/>
            </w:tcMar>
          </w:tcPr>
          <w:p w14:paraId="7D63A8CF"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71D271DF" w14:textId="77777777">
        <w:trPr>
          <w:trHeight w:val="848"/>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5DDD5FAB" w14:textId="77777777" w:rsidR="0097296A" w:rsidRPr="007204D9" w:rsidRDefault="00000000">
            <w:pPr>
              <w:autoSpaceDE w:val="0"/>
              <w:autoSpaceDN w:val="0"/>
              <w:spacing w:before="1578" w:after="0" w:line="200" w:lineRule="exact"/>
              <w:jc w:val="center"/>
            </w:pPr>
            <w:r w:rsidRPr="007204D9">
              <w:rPr>
                <w:color w:val="000000"/>
                <w:sz w:val="18"/>
              </w:rPr>
              <w:t xml:space="preserve">4.3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0AC0967" w14:textId="77777777" w:rsidR="0097296A" w:rsidRPr="007204D9" w:rsidRDefault="00000000">
            <w:pPr>
              <w:autoSpaceDE w:val="0"/>
              <w:autoSpaceDN w:val="0"/>
              <w:spacing w:before="1578" w:after="0" w:line="200" w:lineRule="exact"/>
              <w:jc w:val="center"/>
            </w:pPr>
            <w:r w:rsidRPr="007204D9">
              <w:rPr>
                <w:color w:val="000000"/>
                <w:sz w:val="18"/>
              </w:rPr>
              <w:t xml:space="preserve">3 </w:t>
            </w:r>
          </w:p>
        </w:tc>
        <w:tc>
          <w:tcPr>
            <w:tcW w:w="8694" w:type="dxa"/>
            <w:gridSpan w:val="4"/>
            <w:tcBorders>
              <w:top w:val="single" w:sz="3" w:space="0" w:color="auto"/>
              <w:left w:val="single" w:sz="4" w:space="0" w:color="auto"/>
              <w:bottom w:val="single" w:sz="4" w:space="0" w:color="auto"/>
              <w:right w:val="single" w:sz="4" w:space="0" w:color="auto"/>
            </w:tcBorders>
            <w:tcMar>
              <w:left w:w="0" w:type="dxa"/>
              <w:right w:w="0" w:type="dxa"/>
            </w:tcMar>
          </w:tcPr>
          <w:p w14:paraId="32F16592" w14:textId="77777777" w:rsidR="0097296A" w:rsidRPr="007204D9" w:rsidRDefault="00000000">
            <w:pPr>
              <w:autoSpaceDE w:val="0"/>
              <w:autoSpaceDN w:val="0"/>
              <w:spacing w:after="0" w:line="204" w:lineRule="exact"/>
              <w:ind w:left="74"/>
            </w:pPr>
            <w:r w:rsidRPr="007204D9">
              <w:rPr>
                <w:b/>
                <w:color w:val="000000"/>
                <w:sz w:val="18"/>
              </w:rPr>
              <w:t xml:space="preserve">Os alimentos previamente preparados mantidos na área de armazenamento, ou aguardando o transporte estão protegidos contra contaminantes e identificados com a designação do produto (fabricante, a data de fabricação, ingredientes e o prazo de validade? </w:t>
            </w:r>
            <w:r w:rsidRPr="007204D9">
              <w:rPr>
                <w:b/>
                <w:color w:val="000000"/>
                <w:sz w:val="18"/>
              </w:rPr>
              <w:t xml:space="preserve">(Doc. Ref.: Resolução RDC n° 216/2004 da ANVISA). </w:t>
            </w:r>
          </w:p>
        </w:tc>
      </w:tr>
      <w:tr w:rsidR="0097296A" w:rsidRPr="007204D9" w14:paraId="1CABFC30" w14:textId="77777777" w:rsidTr="006339AE">
        <w:trPr>
          <w:trHeight w:val="396"/>
        </w:trPr>
        <w:tc>
          <w:tcPr>
            <w:tcW w:w="1738" w:type="dxa"/>
            <w:vMerge/>
            <w:tcBorders>
              <w:top w:val="single" w:sz="3" w:space="0" w:color="auto"/>
              <w:left w:val="single" w:sz="4" w:space="0" w:color="auto"/>
              <w:bottom w:val="single" w:sz="4" w:space="0" w:color="auto"/>
              <w:right w:val="single" w:sz="4" w:space="0" w:color="auto"/>
            </w:tcBorders>
          </w:tcPr>
          <w:p w14:paraId="31675E11"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659074EF"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71E2EEF4" w14:textId="77777777" w:rsidR="0097296A" w:rsidRPr="007204D9" w:rsidRDefault="00000000">
            <w:pPr>
              <w:autoSpaceDE w:val="0"/>
              <w:autoSpaceDN w:val="0"/>
              <w:spacing w:before="96" w:after="0" w:line="202" w:lineRule="exact"/>
              <w:ind w:left="74"/>
            </w:pPr>
            <w:r w:rsidRPr="007204D9">
              <w:rPr>
                <w:color w:val="000000"/>
                <w:sz w:val="18"/>
              </w:rPr>
              <w:t xml:space="preserve">Sim.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9F609B1"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1038"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5EDE994D"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597D1B82" w14:textId="77777777" w:rsidTr="00050CAE">
        <w:trPr>
          <w:trHeight w:val="400"/>
        </w:trPr>
        <w:tc>
          <w:tcPr>
            <w:tcW w:w="1738" w:type="dxa"/>
            <w:vMerge/>
            <w:tcBorders>
              <w:top w:val="single" w:sz="3" w:space="0" w:color="auto"/>
              <w:left w:val="single" w:sz="4" w:space="0" w:color="auto"/>
              <w:bottom w:val="single" w:sz="4" w:space="0" w:color="auto"/>
              <w:right w:val="single" w:sz="4" w:space="0" w:color="auto"/>
            </w:tcBorders>
          </w:tcPr>
          <w:p w14:paraId="0CF66F6B"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651D1544" w14:textId="77777777" w:rsidR="0097296A" w:rsidRPr="007204D9" w:rsidRDefault="0097296A"/>
        </w:tc>
        <w:tc>
          <w:tcPr>
            <w:tcW w:w="7092" w:type="dxa"/>
            <w:tcBorders>
              <w:top w:val="single" w:sz="4" w:space="0" w:color="auto"/>
              <w:left w:val="single" w:sz="4" w:space="0" w:color="auto"/>
              <w:bottom w:val="single" w:sz="3" w:space="0" w:color="auto"/>
              <w:right w:val="single" w:sz="4" w:space="0" w:color="auto"/>
            </w:tcBorders>
            <w:tcMar>
              <w:left w:w="0" w:type="dxa"/>
              <w:right w:w="0" w:type="dxa"/>
            </w:tcMar>
          </w:tcPr>
          <w:p w14:paraId="27C5B0CA" w14:textId="77777777" w:rsidR="0097296A" w:rsidRPr="007204D9" w:rsidRDefault="00000000">
            <w:pPr>
              <w:autoSpaceDE w:val="0"/>
              <w:autoSpaceDN w:val="0"/>
              <w:spacing w:before="98" w:after="0" w:line="202" w:lineRule="exact"/>
              <w:ind w:left="74"/>
            </w:pPr>
            <w:r w:rsidRPr="007204D9">
              <w:rPr>
                <w:color w:val="000000"/>
                <w:sz w:val="18"/>
              </w:rPr>
              <w:t xml:space="preserve">Não. </w:t>
            </w:r>
          </w:p>
        </w:tc>
        <w:tc>
          <w:tcPr>
            <w:tcW w:w="564"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661BFC1D" w14:textId="77777777" w:rsidR="0097296A" w:rsidRPr="007204D9" w:rsidRDefault="00000000">
            <w:pPr>
              <w:autoSpaceDE w:val="0"/>
              <w:autoSpaceDN w:val="0"/>
              <w:spacing w:before="98" w:after="0" w:line="202" w:lineRule="exact"/>
              <w:jc w:val="center"/>
            </w:pPr>
            <w:r w:rsidRPr="007204D9">
              <w:rPr>
                <w:color w:val="000000"/>
                <w:sz w:val="18"/>
              </w:rPr>
              <w:t xml:space="preserve">NAT </w:t>
            </w:r>
          </w:p>
        </w:tc>
        <w:tc>
          <w:tcPr>
            <w:tcW w:w="1038"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5AA3D05B"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3FD088D3" w14:textId="77777777">
        <w:trPr>
          <w:trHeight w:val="400"/>
        </w:trPr>
        <w:tc>
          <w:tcPr>
            <w:tcW w:w="1738" w:type="dxa"/>
            <w:vMerge/>
            <w:tcBorders>
              <w:top w:val="single" w:sz="3" w:space="0" w:color="auto"/>
              <w:left w:val="single" w:sz="4" w:space="0" w:color="auto"/>
              <w:bottom w:val="single" w:sz="4" w:space="0" w:color="auto"/>
              <w:right w:val="single" w:sz="4" w:space="0" w:color="auto"/>
            </w:tcBorders>
          </w:tcPr>
          <w:p w14:paraId="2F952C02"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08C62425" w14:textId="77777777" w:rsidR="0097296A" w:rsidRPr="007204D9" w:rsidRDefault="0097296A"/>
        </w:tc>
        <w:tc>
          <w:tcPr>
            <w:tcW w:w="7092" w:type="dxa"/>
            <w:tcBorders>
              <w:top w:val="single" w:sz="3" w:space="0" w:color="auto"/>
              <w:left w:val="single" w:sz="4" w:space="0" w:color="auto"/>
              <w:bottom w:val="single" w:sz="4" w:space="0" w:color="auto"/>
              <w:right w:val="single" w:sz="4" w:space="0" w:color="auto"/>
            </w:tcBorders>
            <w:tcMar>
              <w:left w:w="0" w:type="dxa"/>
              <w:right w:w="0" w:type="dxa"/>
            </w:tcMar>
          </w:tcPr>
          <w:p w14:paraId="346543A2" w14:textId="77777777" w:rsidR="0097296A" w:rsidRPr="007204D9" w:rsidRDefault="00000000">
            <w:pPr>
              <w:autoSpaceDE w:val="0"/>
              <w:autoSpaceDN w:val="0"/>
              <w:spacing w:before="100" w:after="0" w:line="200" w:lineRule="exact"/>
              <w:ind w:left="74"/>
            </w:pPr>
            <w:r w:rsidRPr="007204D9">
              <w:rPr>
                <w:color w:val="000000"/>
                <w:sz w:val="18"/>
              </w:rPr>
              <w:t xml:space="preserve">Não se aplica. Não são manipulados alimentos no local. </w:t>
            </w:r>
          </w:p>
        </w:tc>
        <w:tc>
          <w:tcPr>
            <w:tcW w:w="564"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2BE06D6D" w14:textId="77777777" w:rsidR="0097296A" w:rsidRPr="007204D9" w:rsidRDefault="00000000">
            <w:pPr>
              <w:autoSpaceDE w:val="0"/>
              <w:autoSpaceDN w:val="0"/>
              <w:spacing w:before="100" w:after="0" w:line="200" w:lineRule="exact"/>
              <w:jc w:val="center"/>
            </w:pPr>
            <w:r w:rsidRPr="007204D9">
              <w:rPr>
                <w:color w:val="000000"/>
                <w:sz w:val="18"/>
              </w:rPr>
              <w:t>NAP</w:t>
            </w:r>
          </w:p>
        </w:tc>
        <w:tc>
          <w:tcPr>
            <w:tcW w:w="1038" w:type="dxa"/>
            <w:tcBorders>
              <w:top w:val="single" w:sz="3" w:space="0" w:color="auto"/>
              <w:left w:val="single" w:sz="4" w:space="0" w:color="auto"/>
              <w:bottom w:val="single" w:sz="4" w:space="0" w:color="auto"/>
              <w:right w:val="single" w:sz="4" w:space="0" w:color="auto"/>
            </w:tcBorders>
            <w:tcMar>
              <w:left w:w="0" w:type="dxa"/>
              <w:right w:w="0" w:type="dxa"/>
            </w:tcMar>
          </w:tcPr>
          <w:p w14:paraId="5BD2C4B0"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6D056870" w14:textId="77777777">
        <w:trPr>
          <w:trHeight w:val="398"/>
        </w:trPr>
        <w:tc>
          <w:tcPr>
            <w:tcW w:w="1738" w:type="dxa"/>
            <w:vMerge/>
            <w:tcBorders>
              <w:top w:val="single" w:sz="3" w:space="0" w:color="auto"/>
              <w:left w:val="single" w:sz="4" w:space="0" w:color="auto"/>
              <w:bottom w:val="single" w:sz="4" w:space="0" w:color="auto"/>
              <w:right w:val="single" w:sz="4" w:space="0" w:color="auto"/>
            </w:tcBorders>
          </w:tcPr>
          <w:p w14:paraId="3E1DEE47"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1D4AFBA7"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60A4F1AF"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2D8B35F"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1038" w:type="dxa"/>
            <w:tcBorders>
              <w:top w:val="single" w:sz="4" w:space="0" w:color="auto"/>
              <w:left w:val="single" w:sz="4" w:space="0" w:color="auto"/>
              <w:bottom w:val="single" w:sz="4" w:space="0" w:color="auto"/>
              <w:right w:val="single" w:sz="4" w:space="0" w:color="auto"/>
            </w:tcBorders>
            <w:tcMar>
              <w:left w:w="0" w:type="dxa"/>
              <w:right w:w="0" w:type="dxa"/>
            </w:tcMar>
          </w:tcPr>
          <w:p w14:paraId="3E661376"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062B2392" w14:textId="77777777">
        <w:trPr>
          <w:trHeight w:val="916"/>
        </w:trPr>
        <w:tc>
          <w:tcPr>
            <w:tcW w:w="1738" w:type="dxa"/>
            <w:vMerge/>
            <w:tcBorders>
              <w:top w:val="single" w:sz="3" w:space="0" w:color="auto"/>
              <w:left w:val="single" w:sz="4" w:space="0" w:color="auto"/>
              <w:bottom w:val="single" w:sz="4" w:space="0" w:color="auto"/>
              <w:right w:val="single" w:sz="4" w:space="0" w:color="auto"/>
            </w:tcBorders>
          </w:tcPr>
          <w:p w14:paraId="038470F9" w14:textId="77777777" w:rsidR="0097296A" w:rsidRPr="007204D9" w:rsidRDefault="0097296A"/>
        </w:tc>
        <w:tc>
          <w:tcPr>
            <w:tcW w:w="1738" w:type="dxa"/>
            <w:vMerge/>
            <w:tcBorders>
              <w:top w:val="single" w:sz="3" w:space="0" w:color="auto"/>
              <w:left w:val="single" w:sz="4" w:space="0" w:color="auto"/>
              <w:bottom w:val="single" w:sz="4" w:space="0" w:color="auto"/>
              <w:right w:val="single" w:sz="4" w:space="0" w:color="auto"/>
            </w:tcBorders>
          </w:tcPr>
          <w:p w14:paraId="0AEEC3AC" w14:textId="77777777" w:rsidR="0097296A" w:rsidRPr="007204D9" w:rsidRDefault="0097296A"/>
        </w:tc>
        <w:tc>
          <w:tcPr>
            <w:tcW w:w="8694"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04D54E57"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15856B06" w14:textId="77777777">
        <w:trPr>
          <w:trHeight w:val="920"/>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400041D9" w14:textId="77777777" w:rsidR="0097296A" w:rsidRPr="007204D9" w:rsidRDefault="00000000">
            <w:pPr>
              <w:autoSpaceDE w:val="0"/>
              <w:autoSpaceDN w:val="0"/>
              <w:spacing w:before="1816" w:after="0" w:line="200" w:lineRule="exact"/>
              <w:jc w:val="center"/>
            </w:pPr>
            <w:r w:rsidRPr="007204D9">
              <w:rPr>
                <w:color w:val="000000"/>
                <w:sz w:val="18"/>
              </w:rPr>
              <w:t xml:space="preserve">4.4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64EB094E" w14:textId="77777777" w:rsidR="0097296A" w:rsidRPr="007204D9" w:rsidRDefault="00000000">
            <w:pPr>
              <w:autoSpaceDE w:val="0"/>
              <w:autoSpaceDN w:val="0"/>
              <w:spacing w:before="1816" w:after="0" w:line="200" w:lineRule="exact"/>
              <w:jc w:val="center"/>
            </w:pPr>
            <w:r w:rsidRPr="007204D9">
              <w:rPr>
                <w:color w:val="000000"/>
                <w:sz w:val="18"/>
              </w:rPr>
              <w:t xml:space="preserve">2 </w:t>
            </w:r>
          </w:p>
        </w:tc>
        <w:tc>
          <w:tcPr>
            <w:tcW w:w="8694"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27D0EF9F" w14:textId="77777777" w:rsidR="0097296A" w:rsidRPr="007204D9" w:rsidRDefault="00000000">
            <w:pPr>
              <w:autoSpaceDE w:val="0"/>
              <w:autoSpaceDN w:val="0"/>
              <w:spacing w:before="30" w:after="0" w:line="208" w:lineRule="exact"/>
              <w:ind w:left="74" w:right="2"/>
              <w:jc w:val="both"/>
            </w:pPr>
            <w:r w:rsidRPr="007204D9">
              <w:rPr>
                <w:b/>
                <w:color w:val="000000"/>
                <w:sz w:val="18"/>
              </w:rPr>
              <w:t xml:space="preserve">O estabelecimento possui documento referente aos Procedimentos Operacionais Padronizados (POP), datado e assinado pelo responsável técnico do estabelecimento contendo as instruções </w:t>
            </w:r>
            <w:proofErr w:type="spellStart"/>
            <w:r w:rsidRPr="007204D9">
              <w:rPr>
                <w:b/>
                <w:color w:val="000000"/>
                <w:sz w:val="18"/>
              </w:rPr>
              <w:t>sequenciais</w:t>
            </w:r>
            <w:proofErr w:type="spellEnd"/>
            <w:r w:rsidRPr="007204D9">
              <w:rPr>
                <w:b/>
                <w:color w:val="000000"/>
                <w:sz w:val="18"/>
              </w:rPr>
              <w:t xml:space="preserve"> das operações, o nome, o cargo e função dos responsáveis pelas atividades? </w:t>
            </w:r>
            <w:r w:rsidRPr="007204D9">
              <w:rPr>
                <w:b/>
                <w:color w:val="000000"/>
                <w:sz w:val="18"/>
              </w:rPr>
              <w:t xml:space="preserve">(Doc. Ref.: Resolução RDC n° 216/2004 da ANVISA). </w:t>
            </w:r>
          </w:p>
        </w:tc>
      </w:tr>
      <w:tr w:rsidR="0097296A" w:rsidRPr="007204D9" w14:paraId="4F038ACD" w14:textId="77777777" w:rsidTr="006339AE">
        <w:trPr>
          <w:trHeight w:val="400"/>
        </w:trPr>
        <w:tc>
          <w:tcPr>
            <w:tcW w:w="1738" w:type="dxa"/>
            <w:vMerge/>
            <w:tcBorders>
              <w:top w:val="single" w:sz="4" w:space="0" w:color="auto"/>
              <w:left w:val="single" w:sz="4" w:space="0" w:color="auto"/>
              <w:bottom w:val="single" w:sz="3" w:space="0" w:color="auto"/>
              <w:right w:val="single" w:sz="4" w:space="0" w:color="auto"/>
            </w:tcBorders>
          </w:tcPr>
          <w:p w14:paraId="3A678ADD"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31471747"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0F54D437" w14:textId="77777777" w:rsidR="0097296A" w:rsidRPr="007204D9" w:rsidRDefault="00000000">
            <w:pPr>
              <w:autoSpaceDE w:val="0"/>
              <w:autoSpaceDN w:val="0"/>
              <w:spacing w:before="98" w:after="0" w:line="202" w:lineRule="exact"/>
              <w:ind w:left="74"/>
            </w:pPr>
            <w:r w:rsidRPr="007204D9">
              <w:rPr>
                <w:color w:val="000000"/>
                <w:sz w:val="18"/>
              </w:rPr>
              <w:t xml:space="preserve">Sim e está disponível aos funcionários.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45DF827"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1038"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6405D685"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21FA2BBB" w14:textId="77777777" w:rsidTr="00050CAE">
        <w:trPr>
          <w:trHeight w:val="402"/>
        </w:trPr>
        <w:tc>
          <w:tcPr>
            <w:tcW w:w="1738" w:type="dxa"/>
            <w:vMerge/>
            <w:tcBorders>
              <w:top w:val="single" w:sz="4" w:space="0" w:color="auto"/>
              <w:left w:val="single" w:sz="4" w:space="0" w:color="auto"/>
              <w:bottom w:val="single" w:sz="3" w:space="0" w:color="auto"/>
              <w:right w:val="single" w:sz="4" w:space="0" w:color="auto"/>
            </w:tcBorders>
          </w:tcPr>
          <w:p w14:paraId="55F0B62F"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0E8A0F81"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618186F4" w14:textId="77777777" w:rsidR="0097296A" w:rsidRPr="007204D9" w:rsidRDefault="00000000">
            <w:pPr>
              <w:autoSpaceDE w:val="0"/>
              <w:autoSpaceDN w:val="0"/>
              <w:spacing w:before="96" w:after="0" w:line="202" w:lineRule="exact"/>
              <w:ind w:left="74"/>
            </w:pPr>
            <w:r w:rsidRPr="007204D9">
              <w:rPr>
                <w:color w:val="000000"/>
                <w:sz w:val="18"/>
              </w:rPr>
              <w:t xml:space="preserve">Sim, mas o POP não está disponível aos funcionários.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123163B" w14:textId="77777777" w:rsidR="0097296A" w:rsidRPr="007204D9" w:rsidRDefault="00000000">
            <w:pPr>
              <w:autoSpaceDE w:val="0"/>
              <w:autoSpaceDN w:val="0"/>
              <w:spacing w:before="96" w:after="0" w:line="202" w:lineRule="exact"/>
              <w:jc w:val="center"/>
            </w:pPr>
            <w:r w:rsidRPr="007204D9">
              <w:rPr>
                <w:color w:val="000000"/>
                <w:sz w:val="18"/>
              </w:rPr>
              <w:t xml:space="preserve">AP </w:t>
            </w:r>
          </w:p>
        </w:tc>
        <w:tc>
          <w:tcPr>
            <w:tcW w:w="1038"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7A18BC3B" w14:textId="77777777" w:rsidR="0097296A" w:rsidRPr="007204D9" w:rsidRDefault="00000000">
            <w:pPr>
              <w:autoSpaceDE w:val="0"/>
              <w:autoSpaceDN w:val="0"/>
              <w:spacing w:before="96" w:after="0" w:line="202" w:lineRule="exact"/>
              <w:jc w:val="center"/>
            </w:pPr>
            <w:r w:rsidRPr="007204D9">
              <w:rPr>
                <w:color w:val="000000"/>
                <w:sz w:val="18"/>
              </w:rPr>
              <w:t xml:space="preserve">2 </w:t>
            </w:r>
          </w:p>
        </w:tc>
      </w:tr>
      <w:tr w:rsidR="0097296A" w:rsidRPr="007204D9" w14:paraId="4551B0A4" w14:textId="77777777" w:rsidTr="00050CAE">
        <w:trPr>
          <w:trHeight w:val="392"/>
        </w:trPr>
        <w:tc>
          <w:tcPr>
            <w:tcW w:w="1738" w:type="dxa"/>
            <w:vMerge/>
            <w:tcBorders>
              <w:top w:val="single" w:sz="4" w:space="0" w:color="auto"/>
              <w:left w:val="single" w:sz="4" w:space="0" w:color="auto"/>
              <w:bottom w:val="single" w:sz="3" w:space="0" w:color="auto"/>
              <w:right w:val="single" w:sz="4" w:space="0" w:color="auto"/>
            </w:tcBorders>
          </w:tcPr>
          <w:p w14:paraId="156C67FF"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7ADE6AEA" w14:textId="77777777" w:rsidR="0097296A" w:rsidRPr="007204D9" w:rsidRDefault="0097296A"/>
        </w:tc>
        <w:tc>
          <w:tcPr>
            <w:tcW w:w="7092" w:type="dxa"/>
            <w:tcBorders>
              <w:top w:val="single" w:sz="4" w:space="0" w:color="auto"/>
              <w:left w:val="single" w:sz="4" w:space="0" w:color="auto"/>
              <w:bottom w:val="single" w:sz="3" w:space="0" w:color="auto"/>
              <w:right w:val="single" w:sz="4" w:space="0" w:color="auto"/>
            </w:tcBorders>
            <w:tcMar>
              <w:left w:w="0" w:type="dxa"/>
              <w:right w:w="0" w:type="dxa"/>
            </w:tcMar>
          </w:tcPr>
          <w:p w14:paraId="41B88593" w14:textId="77777777" w:rsidR="0097296A" w:rsidRPr="007204D9" w:rsidRDefault="00000000">
            <w:pPr>
              <w:autoSpaceDE w:val="0"/>
              <w:autoSpaceDN w:val="0"/>
              <w:spacing w:before="90" w:after="0" w:line="202" w:lineRule="exact"/>
              <w:ind w:left="74"/>
            </w:pPr>
            <w:r w:rsidRPr="007204D9">
              <w:rPr>
                <w:color w:val="000000"/>
                <w:sz w:val="18"/>
              </w:rPr>
              <w:t xml:space="preserve">Não. </w:t>
            </w:r>
          </w:p>
        </w:tc>
        <w:tc>
          <w:tcPr>
            <w:tcW w:w="564"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5EE927E6" w14:textId="77777777" w:rsidR="0097296A" w:rsidRPr="007204D9" w:rsidRDefault="00000000">
            <w:pPr>
              <w:autoSpaceDE w:val="0"/>
              <w:autoSpaceDN w:val="0"/>
              <w:spacing w:before="90" w:after="0" w:line="202" w:lineRule="exact"/>
              <w:jc w:val="center"/>
            </w:pPr>
            <w:r w:rsidRPr="007204D9">
              <w:rPr>
                <w:color w:val="000000"/>
                <w:sz w:val="18"/>
              </w:rPr>
              <w:t xml:space="preserve">NAT </w:t>
            </w:r>
          </w:p>
        </w:tc>
        <w:tc>
          <w:tcPr>
            <w:tcW w:w="1038" w:type="dxa"/>
            <w:tcBorders>
              <w:top w:val="single" w:sz="4" w:space="0" w:color="auto"/>
              <w:left w:val="single" w:sz="4" w:space="0" w:color="auto"/>
              <w:bottom w:val="single" w:sz="3" w:space="0" w:color="auto"/>
              <w:right w:val="single" w:sz="4" w:space="0" w:color="auto"/>
            </w:tcBorders>
            <w:shd w:val="clear" w:color="auto" w:fill="FFFF00"/>
            <w:tcMar>
              <w:left w:w="0" w:type="dxa"/>
              <w:right w:w="0" w:type="dxa"/>
            </w:tcMar>
          </w:tcPr>
          <w:p w14:paraId="31AC980B" w14:textId="77777777" w:rsidR="0097296A" w:rsidRPr="007204D9" w:rsidRDefault="00000000">
            <w:pPr>
              <w:autoSpaceDE w:val="0"/>
              <w:autoSpaceDN w:val="0"/>
              <w:spacing w:before="90" w:after="0" w:line="202" w:lineRule="exact"/>
              <w:jc w:val="center"/>
            </w:pPr>
            <w:r w:rsidRPr="007204D9">
              <w:rPr>
                <w:color w:val="000000"/>
                <w:sz w:val="18"/>
              </w:rPr>
              <w:t xml:space="preserve">2 </w:t>
            </w:r>
          </w:p>
        </w:tc>
      </w:tr>
      <w:tr w:rsidR="0097296A" w:rsidRPr="007204D9" w14:paraId="3891CD51" w14:textId="77777777">
        <w:trPr>
          <w:trHeight w:val="400"/>
        </w:trPr>
        <w:tc>
          <w:tcPr>
            <w:tcW w:w="1738" w:type="dxa"/>
            <w:vMerge/>
            <w:tcBorders>
              <w:top w:val="single" w:sz="4" w:space="0" w:color="auto"/>
              <w:left w:val="single" w:sz="4" w:space="0" w:color="auto"/>
              <w:bottom w:val="single" w:sz="3" w:space="0" w:color="auto"/>
              <w:right w:val="single" w:sz="4" w:space="0" w:color="auto"/>
            </w:tcBorders>
          </w:tcPr>
          <w:p w14:paraId="69F26AD4"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13F92C66" w14:textId="77777777" w:rsidR="0097296A" w:rsidRPr="007204D9" w:rsidRDefault="0097296A"/>
        </w:tc>
        <w:tc>
          <w:tcPr>
            <w:tcW w:w="7092" w:type="dxa"/>
            <w:tcBorders>
              <w:top w:val="single" w:sz="3" w:space="0" w:color="auto"/>
              <w:left w:val="single" w:sz="4" w:space="0" w:color="auto"/>
              <w:bottom w:val="single" w:sz="4" w:space="0" w:color="auto"/>
              <w:right w:val="single" w:sz="4" w:space="0" w:color="auto"/>
            </w:tcBorders>
            <w:tcMar>
              <w:left w:w="0" w:type="dxa"/>
              <w:right w:w="0" w:type="dxa"/>
            </w:tcMar>
          </w:tcPr>
          <w:p w14:paraId="5928EF50" w14:textId="77777777" w:rsidR="0097296A" w:rsidRPr="007204D9" w:rsidRDefault="00000000">
            <w:pPr>
              <w:autoSpaceDE w:val="0"/>
              <w:autoSpaceDN w:val="0"/>
              <w:spacing w:before="100" w:after="0" w:line="200" w:lineRule="exact"/>
              <w:ind w:left="74"/>
            </w:pPr>
            <w:r w:rsidRPr="007204D9">
              <w:rPr>
                <w:color w:val="000000"/>
                <w:sz w:val="18"/>
              </w:rPr>
              <w:t xml:space="preserve">Não se aplica. Não são preparados alimentos no local. </w:t>
            </w:r>
          </w:p>
        </w:tc>
        <w:tc>
          <w:tcPr>
            <w:tcW w:w="564"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1271BAFD" w14:textId="77777777" w:rsidR="0097296A" w:rsidRPr="007204D9" w:rsidRDefault="00000000">
            <w:pPr>
              <w:autoSpaceDE w:val="0"/>
              <w:autoSpaceDN w:val="0"/>
              <w:spacing w:before="100" w:after="0" w:line="200" w:lineRule="exact"/>
              <w:jc w:val="center"/>
            </w:pPr>
            <w:r w:rsidRPr="007204D9">
              <w:rPr>
                <w:color w:val="000000"/>
                <w:sz w:val="18"/>
              </w:rPr>
              <w:t>NAP</w:t>
            </w:r>
          </w:p>
        </w:tc>
        <w:tc>
          <w:tcPr>
            <w:tcW w:w="1038" w:type="dxa"/>
            <w:tcBorders>
              <w:top w:val="single" w:sz="3" w:space="0" w:color="auto"/>
              <w:left w:val="single" w:sz="4" w:space="0" w:color="auto"/>
              <w:bottom w:val="single" w:sz="4" w:space="0" w:color="auto"/>
              <w:right w:val="single" w:sz="4" w:space="0" w:color="auto"/>
            </w:tcBorders>
            <w:tcMar>
              <w:left w:w="0" w:type="dxa"/>
              <w:right w:w="0" w:type="dxa"/>
            </w:tcMar>
          </w:tcPr>
          <w:p w14:paraId="301F371B"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2BED309C" w14:textId="77777777">
        <w:trPr>
          <w:trHeight w:val="400"/>
        </w:trPr>
        <w:tc>
          <w:tcPr>
            <w:tcW w:w="1738" w:type="dxa"/>
            <w:vMerge/>
            <w:tcBorders>
              <w:top w:val="single" w:sz="4" w:space="0" w:color="auto"/>
              <w:left w:val="single" w:sz="4" w:space="0" w:color="auto"/>
              <w:bottom w:val="single" w:sz="3" w:space="0" w:color="auto"/>
              <w:right w:val="single" w:sz="4" w:space="0" w:color="auto"/>
            </w:tcBorders>
          </w:tcPr>
          <w:p w14:paraId="4C7E7358"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2A1BC56C" w14:textId="77777777" w:rsidR="0097296A" w:rsidRPr="007204D9" w:rsidRDefault="0097296A"/>
        </w:tc>
        <w:tc>
          <w:tcPr>
            <w:tcW w:w="7092" w:type="dxa"/>
            <w:tcBorders>
              <w:top w:val="single" w:sz="4" w:space="0" w:color="auto"/>
              <w:left w:val="single" w:sz="4" w:space="0" w:color="auto"/>
              <w:bottom w:val="single" w:sz="4" w:space="0" w:color="auto"/>
              <w:right w:val="single" w:sz="4" w:space="0" w:color="auto"/>
            </w:tcBorders>
            <w:tcMar>
              <w:left w:w="0" w:type="dxa"/>
              <w:right w:w="0" w:type="dxa"/>
            </w:tcMar>
          </w:tcPr>
          <w:p w14:paraId="06717A88"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564"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A767305"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1038" w:type="dxa"/>
            <w:tcBorders>
              <w:top w:val="single" w:sz="4" w:space="0" w:color="auto"/>
              <w:left w:val="single" w:sz="4" w:space="0" w:color="auto"/>
              <w:bottom w:val="single" w:sz="4" w:space="0" w:color="auto"/>
              <w:right w:val="single" w:sz="4" w:space="0" w:color="auto"/>
            </w:tcBorders>
            <w:tcMar>
              <w:left w:w="0" w:type="dxa"/>
              <w:right w:w="0" w:type="dxa"/>
            </w:tcMar>
          </w:tcPr>
          <w:p w14:paraId="3D2768D3"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3864D57" w14:textId="77777777">
        <w:trPr>
          <w:trHeight w:val="916"/>
        </w:trPr>
        <w:tc>
          <w:tcPr>
            <w:tcW w:w="1738" w:type="dxa"/>
            <w:vMerge/>
            <w:tcBorders>
              <w:top w:val="single" w:sz="4" w:space="0" w:color="auto"/>
              <w:left w:val="single" w:sz="4" w:space="0" w:color="auto"/>
              <w:bottom w:val="single" w:sz="3" w:space="0" w:color="auto"/>
              <w:right w:val="single" w:sz="4" w:space="0" w:color="auto"/>
            </w:tcBorders>
          </w:tcPr>
          <w:p w14:paraId="456E8EDD" w14:textId="77777777" w:rsidR="0097296A" w:rsidRPr="007204D9" w:rsidRDefault="0097296A"/>
        </w:tc>
        <w:tc>
          <w:tcPr>
            <w:tcW w:w="1738" w:type="dxa"/>
            <w:vMerge/>
            <w:tcBorders>
              <w:top w:val="single" w:sz="4" w:space="0" w:color="auto"/>
              <w:left w:val="single" w:sz="4" w:space="0" w:color="auto"/>
              <w:bottom w:val="single" w:sz="3" w:space="0" w:color="auto"/>
              <w:right w:val="single" w:sz="4" w:space="0" w:color="auto"/>
            </w:tcBorders>
          </w:tcPr>
          <w:p w14:paraId="3D6B84FC" w14:textId="77777777" w:rsidR="0097296A" w:rsidRPr="007204D9" w:rsidRDefault="0097296A"/>
        </w:tc>
        <w:tc>
          <w:tcPr>
            <w:tcW w:w="8694" w:type="dxa"/>
            <w:gridSpan w:val="4"/>
            <w:tcBorders>
              <w:top w:val="single" w:sz="4" w:space="0" w:color="auto"/>
              <w:left w:val="single" w:sz="4" w:space="0" w:color="auto"/>
              <w:bottom w:val="single" w:sz="3" w:space="0" w:color="auto"/>
              <w:right w:val="single" w:sz="4" w:space="0" w:color="auto"/>
            </w:tcBorders>
            <w:tcMar>
              <w:left w:w="0" w:type="dxa"/>
              <w:right w:w="0" w:type="dxa"/>
            </w:tcMar>
          </w:tcPr>
          <w:p w14:paraId="60D98313"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bl>
    <w:p w14:paraId="2251C97D" w14:textId="77777777" w:rsidR="0097296A" w:rsidRPr="007204D9" w:rsidRDefault="00000000">
      <w:pPr>
        <w:autoSpaceDE w:val="0"/>
        <w:autoSpaceDN w:val="0"/>
        <w:spacing w:before="234" w:after="0" w:line="266" w:lineRule="exact"/>
        <w:ind w:right="116"/>
        <w:jc w:val="right"/>
      </w:pPr>
      <w:r w:rsidRPr="007204D9">
        <w:rPr>
          <w:color w:val="000000"/>
          <w:sz w:val="24"/>
        </w:rPr>
        <w:t>18</w:t>
      </w:r>
    </w:p>
    <w:p w14:paraId="36AB93CE" w14:textId="77777777" w:rsidR="0097296A" w:rsidRPr="007204D9" w:rsidRDefault="0097296A">
      <w:pPr>
        <w:sectPr w:rsidR="0097296A" w:rsidRPr="007204D9">
          <w:pgSz w:w="11906" w:h="16838"/>
          <w:pgMar w:top="340" w:right="604" w:bottom="340" w:left="876" w:header="720" w:footer="720" w:gutter="0"/>
          <w:cols w:space="720"/>
          <w:docGrid w:linePitch="360"/>
        </w:sectPr>
      </w:pPr>
    </w:p>
    <w:p w14:paraId="6F52260B" w14:textId="77777777" w:rsidR="0097296A" w:rsidRPr="007204D9" w:rsidRDefault="0097296A">
      <w:pPr>
        <w:autoSpaceDE w:val="0"/>
        <w:autoSpaceDN w:val="0"/>
        <w:spacing w:after="120" w:line="220" w:lineRule="exact"/>
      </w:pPr>
    </w:p>
    <w:tbl>
      <w:tblPr>
        <w:tblW w:w="0" w:type="auto"/>
        <w:tblInd w:w="14" w:type="dxa"/>
        <w:tblLayout w:type="fixed"/>
        <w:tblLook w:val="04A0" w:firstRow="1" w:lastRow="0" w:firstColumn="1" w:lastColumn="0" w:noHBand="0" w:noVBand="1"/>
      </w:tblPr>
      <w:tblGrid>
        <w:gridCol w:w="570"/>
        <w:gridCol w:w="1132"/>
        <w:gridCol w:w="7224"/>
        <w:gridCol w:w="576"/>
        <w:gridCol w:w="898"/>
      </w:tblGrid>
      <w:tr w:rsidR="0097296A" w:rsidRPr="007204D9" w14:paraId="32ECB258" w14:textId="77777777">
        <w:trPr>
          <w:trHeight w:val="956"/>
        </w:trPr>
        <w:tc>
          <w:tcPr>
            <w:tcW w:w="570" w:type="dxa"/>
            <w:vMerge w:val="restart"/>
            <w:tcBorders>
              <w:top w:val="single" w:sz="3" w:space="0" w:color="auto"/>
              <w:left w:val="single" w:sz="4" w:space="0" w:color="auto"/>
              <w:bottom w:val="single" w:sz="3" w:space="0" w:color="auto"/>
              <w:right w:val="single" w:sz="4" w:space="0" w:color="auto"/>
            </w:tcBorders>
            <w:tcMar>
              <w:left w:w="0" w:type="dxa"/>
              <w:right w:w="0" w:type="dxa"/>
            </w:tcMar>
          </w:tcPr>
          <w:p w14:paraId="3D8A5687" w14:textId="77777777" w:rsidR="0097296A" w:rsidRPr="007204D9" w:rsidRDefault="00000000">
            <w:pPr>
              <w:autoSpaceDE w:val="0"/>
              <w:autoSpaceDN w:val="0"/>
              <w:spacing w:before="1832" w:after="0" w:line="202" w:lineRule="exact"/>
              <w:jc w:val="center"/>
            </w:pPr>
            <w:r w:rsidRPr="007204D9">
              <w:rPr>
                <w:color w:val="000000"/>
                <w:sz w:val="18"/>
              </w:rPr>
              <w:t xml:space="preserve">4.5 </w:t>
            </w:r>
          </w:p>
        </w:tc>
        <w:tc>
          <w:tcPr>
            <w:tcW w:w="1132" w:type="dxa"/>
            <w:vMerge w:val="restart"/>
            <w:tcBorders>
              <w:top w:val="single" w:sz="3" w:space="0" w:color="auto"/>
              <w:left w:val="single" w:sz="4" w:space="0" w:color="auto"/>
              <w:bottom w:val="single" w:sz="3" w:space="0" w:color="auto"/>
              <w:right w:val="single" w:sz="3" w:space="0" w:color="auto"/>
            </w:tcBorders>
            <w:tcMar>
              <w:left w:w="0" w:type="dxa"/>
              <w:right w:w="0" w:type="dxa"/>
            </w:tcMar>
          </w:tcPr>
          <w:p w14:paraId="7F264D7C" w14:textId="77777777" w:rsidR="0097296A" w:rsidRPr="007204D9" w:rsidRDefault="00000000">
            <w:pPr>
              <w:autoSpaceDE w:val="0"/>
              <w:autoSpaceDN w:val="0"/>
              <w:spacing w:before="1832" w:after="0" w:line="202" w:lineRule="exact"/>
              <w:ind w:right="448"/>
              <w:jc w:val="right"/>
            </w:pPr>
            <w:r w:rsidRPr="007204D9">
              <w:rPr>
                <w:color w:val="000000"/>
                <w:sz w:val="18"/>
              </w:rPr>
              <w:t xml:space="preserve">1 </w:t>
            </w:r>
          </w:p>
        </w:tc>
        <w:tc>
          <w:tcPr>
            <w:tcW w:w="8698" w:type="dxa"/>
            <w:gridSpan w:val="3"/>
            <w:tcBorders>
              <w:top w:val="single" w:sz="3" w:space="0" w:color="auto"/>
              <w:left w:val="single" w:sz="3" w:space="0" w:color="auto"/>
              <w:bottom w:val="single" w:sz="4" w:space="0" w:color="auto"/>
              <w:right w:val="single" w:sz="4" w:space="0" w:color="auto"/>
            </w:tcBorders>
            <w:tcMar>
              <w:left w:w="0" w:type="dxa"/>
              <w:right w:w="0" w:type="dxa"/>
            </w:tcMar>
          </w:tcPr>
          <w:p w14:paraId="7B778315" w14:textId="77777777" w:rsidR="0097296A" w:rsidRPr="007204D9" w:rsidRDefault="00000000">
            <w:pPr>
              <w:autoSpaceDE w:val="0"/>
              <w:autoSpaceDN w:val="0"/>
              <w:spacing w:before="256" w:after="0" w:line="206" w:lineRule="exact"/>
              <w:ind w:left="84" w:right="144"/>
            </w:pPr>
            <w:r w:rsidRPr="007204D9">
              <w:rPr>
                <w:b/>
                <w:color w:val="000000"/>
                <w:sz w:val="18"/>
              </w:rPr>
              <w:t xml:space="preserve">Existe no estabelecimento, à disposição dos funcionários do serviço de alimentação, o Manual de Boas Práticas? </w:t>
            </w:r>
            <w:r w:rsidRPr="007204D9">
              <w:rPr>
                <w:b/>
                <w:color w:val="000000"/>
                <w:sz w:val="18"/>
              </w:rPr>
              <w:t xml:space="preserve">(Doc. Ref.: Resolução RDC n° 216/2004 da ANVISA). </w:t>
            </w:r>
          </w:p>
        </w:tc>
      </w:tr>
      <w:tr w:rsidR="0097296A" w:rsidRPr="007204D9" w14:paraId="4E14B654" w14:textId="77777777" w:rsidTr="00050CAE">
        <w:trPr>
          <w:trHeight w:val="396"/>
        </w:trPr>
        <w:tc>
          <w:tcPr>
            <w:tcW w:w="2089" w:type="dxa"/>
            <w:vMerge/>
            <w:tcBorders>
              <w:top w:val="single" w:sz="3" w:space="0" w:color="auto"/>
              <w:left w:val="single" w:sz="4" w:space="0" w:color="auto"/>
              <w:bottom w:val="single" w:sz="3" w:space="0" w:color="auto"/>
              <w:right w:val="single" w:sz="4" w:space="0" w:color="auto"/>
            </w:tcBorders>
          </w:tcPr>
          <w:p w14:paraId="3D829B3B" w14:textId="77777777" w:rsidR="0097296A" w:rsidRPr="007204D9" w:rsidRDefault="0097296A"/>
        </w:tc>
        <w:tc>
          <w:tcPr>
            <w:tcW w:w="2089" w:type="dxa"/>
            <w:vMerge/>
            <w:tcBorders>
              <w:top w:val="single" w:sz="3" w:space="0" w:color="auto"/>
              <w:left w:val="single" w:sz="4" w:space="0" w:color="auto"/>
              <w:bottom w:val="single" w:sz="3" w:space="0" w:color="auto"/>
              <w:right w:val="single" w:sz="3" w:space="0" w:color="auto"/>
            </w:tcBorders>
          </w:tcPr>
          <w:p w14:paraId="568A084A" w14:textId="77777777" w:rsidR="0097296A" w:rsidRPr="007204D9" w:rsidRDefault="0097296A"/>
        </w:tc>
        <w:tc>
          <w:tcPr>
            <w:tcW w:w="7224" w:type="dxa"/>
            <w:tcBorders>
              <w:top w:val="single" w:sz="4" w:space="0" w:color="auto"/>
              <w:left w:val="single" w:sz="3" w:space="0" w:color="auto"/>
              <w:bottom w:val="single" w:sz="4" w:space="0" w:color="auto"/>
              <w:right w:val="single" w:sz="3" w:space="0" w:color="auto"/>
            </w:tcBorders>
            <w:tcMar>
              <w:left w:w="0" w:type="dxa"/>
              <w:right w:w="0" w:type="dxa"/>
            </w:tcMar>
          </w:tcPr>
          <w:p w14:paraId="086CE144" w14:textId="77777777" w:rsidR="0097296A" w:rsidRPr="007204D9" w:rsidRDefault="00000000">
            <w:pPr>
              <w:autoSpaceDE w:val="0"/>
              <w:autoSpaceDN w:val="0"/>
              <w:spacing w:before="94" w:after="0" w:line="200" w:lineRule="exact"/>
              <w:ind w:left="84"/>
            </w:pPr>
            <w:r w:rsidRPr="007204D9">
              <w:rPr>
                <w:color w:val="000000"/>
                <w:sz w:val="18"/>
              </w:rPr>
              <w:t xml:space="preserve">Sim. </w:t>
            </w:r>
          </w:p>
        </w:tc>
        <w:tc>
          <w:tcPr>
            <w:tcW w:w="576" w:type="dxa"/>
            <w:tcBorders>
              <w:top w:val="single" w:sz="4" w:space="0" w:color="auto"/>
              <w:left w:val="single" w:sz="3" w:space="0" w:color="auto"/>
              <w:bottom w:val="single" w:sz="4" w:space="0" w:color="auto"/>
              <w:right w:val="single" w:sz="3" w:space="0" w:color="auto"/>
            </w:tcBorders>
            <w:tcMar>
              <w:left w:w="0" w:type="dxa"/>
              <w:right w:w="0" w:type="dxa"/>
            </w:tcMar>
          </w:tcPr>
          <w:p w14:paraId="540AB423"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898"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39AD72AA" w14:textId="77777777" w:rsidR="0097296A" w:rsidRPr="007204D9" w:rsidRDefault="00000000">
            <w:pPr>
              <w:autoSpaceDE w:val="0"/>
              <w:autoSpaceDN w:val="0"/>
              <w:spacing w:before="94" w:after="0" w:line="200" w:lineRule="exact"/>
              <w:ind w:right="332"/>
              <w:jc w:val="right"/>
            </w:pPr>
            <w:r w:rsidRPr="007204D9">
              <w:rPr>
                <w:color w:val="000000"/>
                <w:sz w:val="18"/>
              </w:rPr>
              <w:t xml:space="preserve">1 </w:t>
            </w:r>
          </w:p>
        </w:tc>
      </w:tr>
      <w:tr w:rsidR="0097296A" w:rsidRPr="007204D9" w14:paraId="6F860D34" w14:textId="77777777" w:rsidTr="00050CAE">
        <w:trPr>
          <w:trHeight w:val="400"/>
        </w:trPr>
        <w:tc>
          <w:tcPr>
            <w:tcW w:w="2089" w:type="dxa"/>
            <w:vMerge/>
            <w:tcBorders>
              <w:top w:val="single" w:sz="3" w:space="0" w:color="auto"/>
              <w:left w:val="single" w:sz="4" w:space="0" w:color="auto"/>
              <w:bottom w:val="single" w:sz="3" w:space="0" w:color="auto"/>
              <w:right w:val="single" w:sz="4" w:space="0" w:color="auto"/>
            </w:tcBorders>
          </w:tcPr>
          <w:p w14:paraId="0BA394CD" w14:textId="77777777" w:rsidR="0097296A" w:rsidRPr="007204D9" w:rsidRDefault="0097296A"/>
        </w:tc>
        <w:tc>
          <w:tcPr>
            <w:tcW w:w="2089" w:type="dxa"/>
            <w:vMerge/>
            <w:tcBorders>
              <w:top w:val="single" w:sz="3" w:space="0" w:color="auto"/>
              <w:left w:val="single" w:sz="4" w:space="0" w:color="auto"/>
              <w:bottom w:val="single" w:sz="3" w:space="0" w:color="auto"/>
              <w:right w:val="single" w:sz="3" w:space="0" w:color="auto"/>
            </w:tcBorders>
          </w:tcPr>
          <w:p w14:paraId="1D903F9C" w14:textId="77777777" w:rsidR="0097296A" w:rsidRPr="007204D9" w:rsidRDefault="0097296A"/>
        </w:tc>
        <w:tc>
          <w:tcPr>
            <w:tcW w:w="7224" w:type="dxa"/>
            <w:tcBorders>
              <w:top w:val="single" w:sz="4" w:space="0" w:color="auto"/>
              <w:left w:val="single" w:sz="3" w:space="0" w:color="auto"/>
              <w:bottom w:val="single" w:sz="3" w:space="0" w:color="auto"/>
              <w:right w:val="single" w:sz="3" w:space="0" w:color="auto"/>
            </w:tcBorders>
            <w:tcMar>
              <w:left w:w="0" w:type="dxa"/>
              <w:right w:w="0" w:type="dxa"/>
            </w:tcMar>
          </w:tcPr>
          <w:p w14:paraId="41E513EC" w14:textId="77777777" w:rsidR="0097296A" w:rsidRPr="007204D9" w:rsidRDefault="00000000">
            <w:pPr>
              <w:autoSpaceDE w:val="0"/>
              <w:autoSpaceDN w:val="0"/>
              <w:spacing w:before="98" w:after="0" w:line="202" w:lineRule="exact"/>
              <w:ind w:left="84"/>
            </w:pPr>
            <w:r w:rsidRPr="007204D9">
              <w:rPr>
                <w:color w:val="000000"/>
                <w:sz w:val="18"/>
              </w:rPr>
              <w:t xml:space="preserve">Existe, mas o manual de boas práticas não está disponível aos funcionários. </w:t>
            </w:r>
          </w:p>
        </w:tc>
        <w:tc>
          <w:tcPr>
            <w:tcW w:w="576" w:type="dxa"/>
            <w:tcBorders>
              <w:top w:val="single" w:sz="4" w:space="0" w:color="auto"/>
              <w:left w:val="single" w:sz="3" w:space="0" w:color="auto"/>
              <w:bottom w:val="single" w:sz="3" w:space="0" w:color="auto"/>
              <w:right w:val="single" w:sz="3" w:space="0" w:color="auto"/>
            </w:tcBorders>
            <w:tcMar>
              <w:left w:w="0" w:type="dxa"/>
              <w:right w:w="0" w:type="dxa"/>
            </w:tcMar>
          </w:tcPr>
          <w:p w14:paraId="0C3A0CD2" w14:textId="77777777" w:rsidR="0097296A" w:rsidRPr="007204D9" w:rsidRDefault="00000000">
            <w:pPr>
              <w:autoSpaceDE w:val="0"/>
              <w:autoSpaceDN w:val="0"/>
              <w:spacing w:before="98" w:after="0" w:line="202" w:lineRule="exact"/>
              <w:jc w:val="center"/>
            </w:pPr>
            <w:r w:rsidRPr="007204D9">
              <w:rPr>
                <w:color w:val="000000"/>
                <w:sz w:val="18"/>
              </w:rPr>
              <w:t xml:space="preserve">AP </w:t>
            </w:r>
          </w:p>
        </w:tc>
        <w:tc>
          <w:tcPr>
            <w:tcW w:w="898" w:type="dxa"/>
            <w:tcBorders>
              <w:top w:val="single" w:sz="4" w:space="0" w:color="auto"/>
              <w:left w:val="single" w:sz="3" w:space="0" w:color="auto"/>
              <w:bottom w:val="single" w:sz="3" w:space="0" w:color="auto"/>
              <w:right w:val="single" w:sz="4" w:space="0" w:color="auto"/>
            </w:tcBorders>
            <w:shd w:val="clear" w:color="auto" w:fill="FFFF00"/>
            <w:tcMar>
              <w:left w:w="0" w:type="dxa"/>
              <w:right w:w="0" w:type="dxa"/>
            </w:tcMar>
          </w:tcPr>
          <w:p w14:paraId="2A0A7DBA" w14:textId="77777777" w:rsidR="0097296A" w:rsidRPr="007204D9" w:rsidRDefault="00000000">
            <w:pPr>
              <w:autoSpaceDE w:val="0"/>
              <w:autoSpaceDN w:val="0"/>
              <w:spacing w:before="98" w:after="0" w:line="202" w:lineRule="exact"/>
              <w:ind w:right="332"/>
              <w:jc w:val="right"/>
            </w:pPr>
            <w:r w:rsidRPr="007204D9">
              <w:rPr>
                <w:color w:val="000000"/>
                <w:sz w:val="18"/>
              </w:rPr>
              <w:t xml:space="preserve">2 </w:t>
            </w:r>
          </w:p>
        </w:tc>
      </w:tr>
      <w:tr w:rsidR="0097296A" w:rsidRPr="007204D9" w14:paraId="0F220008" w14:textId="77777777" w:rsidTr="00050CAE">
        <w:trPr>
          <w:trHeight w:val="400"/>
        </w:trPr>
        <w:tc>
          <w:tcPr>
            <w:tcW w:w="2089" w:type="dxa"/>
            <w:vMerge/>
            <w:tcBorders>
              <w:top w:val="single" w:sz="3" w:space="0" w:color="auto"/>
              <w:left w:val="single" w:sz="4" w:space="0" w:color="auto"/>
              <w:bottom w:val="single" w:sz="3" w:space="0" w:color="auto"/>
              <w:right w:val="single" w:sz="4" w:space="0" w:color="auto"/>
            </w:tcBorders>
          </w:tcPr>
          <w:p w14:paraId="04B56C6B" w14:textId="77777777" w:rsidR="0097296A" w:rsidRPr="007204D9" w:rsidRDefault="0097296A"/>
        </w:tc>
        <w:tc>
          <w:tcPr>
            <w:tcW w:w="2089" w:type="dxa"/>
            <w:vMerge/>
            <w:tcBorders>
              <w:top w:val="single" w:sz="3" w:space="0" w:color="auto"/>
              <w:left w:val="single" w:sz="4" w:space="0" w:color="auto"/>
              <w:bottom w:val="single" w:sz="3" w:space="0" w:color="auto"/>
              <w:right w:val="single" w:sz="3" w:space="0" w:color="auto"/>
            </w:tcBorders>
          </w:tcPr>
          <w:p w14:paraId="3F0D0755" w14:textId="77777777" w:rsidR="0097296A" w:rsidRPr="007204D9" w:rsidRDefault="0097296A"/>
        </w:tc>
        <w:tc>
          <w:tcPr>
            <w:tcW w:w="7224" w:type="dxa"/>
            <w:tcBorders>
              <w:top w:val="single" w:sz="3" w:space="0" w:color="auto"/>
              <w:left w:val="single" w:sz="3" w:space="0" w:color="auto"/>
              <w:bottom w:val="single" w:sz="4" w:space="0" w:color="auto"/>
              <w:right w:val="single" w:sz="3" w:space="0" w:color="auto"/>
            </w:tcBorders>
            <w:tcMar>
              <w:left w:w="0" w:type="dxa"/>
              <w:right w:w="0" w:type="dxa"/>
            </w:tcMar>
          </w:tcPr>
          <w:p w14:paraId="71DF2623" w14:textId="77777777" w:rsidR="0097296A" w:rsidRPr="007204D9" w:rsidRDefault="00000000">
            <w:pPr>
              <w:autoSpaceDE w:val="0"/>
              <w:autoSpaceDN w:val="0"/>
              <w:spacing w:before="100" w:after="0" w:line="200" w:lineRule="exact"/>
              <w:ind w:left="84"/>
            </w:pPr>
            <w:r w:rsidRPr="007204D9">
              <w:rPr>
                <w:color w:val="000000"/>
                <w:sz w:val="18"/>
              </w:rPr>
              <w:t xml:space="preserve">Não. </w:t>
            </w:r>
          </w:p>
        </w:tc>
        <w:tc>
          <w:tcPr>
            <w:tcW w:w="576" w:type="dxa"/>
            <w:tcBorders>
              <w:top w:val="single" w:sz="3" w:space="0" w:color="auto"/>
              <w:left w:val="single" w:sz="3" w:space="0" w:color="auto"/>
              <w:bottom w:val="single" w:sz="4" w:space="0" w:color="auto"/>
              <w:right w:val="single" w:sz="3" w:space="0" w:color="auto"/>
            </w:tcBorders>
            <w:tcMar>
              <w:left w:w="0" w:type="dxa"/>
              <w:right w:w="0" w:type="dxa"/>
            </w:tcMar>
          </w:tcPr>
          <w:p w14:paraId="18C6F9E3" w14:textId="77777777" w:rsidR="0097296A" w:rsidRPr="007204D9" w:rsidRDefault="00000000">
            <w:pPr>
              <w:autoSpaceDE w:val="0"/>
              <w:autoSpaceDN w:val="0"/>
              <w:spacing w:before="100" w:after="0" w:line="200" w:lineRule="exact"/>
              <w:jc w:val="center"/>
            </w:pPr>
            <w:r w:rsidRPr="007204D9">
              <w:rPr>
                <w:color w:val="000000"/>
                <w:sz w:val="18"/>
              </w:rPr>
              <w:t>NAT</w:t>
            </w:r>
          </w:p>
        </w:tc>
        <w:tc>
          <w:tcPr>
            <w:tcW w:w="898" w:type="dxa"/>
            <w:tcBorders>
              <w:top w:val="single" w:sz="3" w:space="0" w:color="auto"/>
              <w:left w:val="single" w:sz="3" w:space="0" w:color="auto"/>
              <w:bottom w:val="single" w:sz="4" w:space="0" w:color="auto"/>
              <w:right w:val="single" w:sz="4" w:space="0" w:color="auto"/>
            </w:tcBorders>
            <w:shd w:val="clear" w:color="auto" w:fill="FFFF00"/>
            <w:tcMar>
              <w:left w:w="0" w:type="dxa"/>
              <w:right w:w="0" w:type="dxa"/>
            </w:tcMar>
          </w:tcPr>
          <w:p w14:paraId="246D45F8" w14:textId="77777777" w:rsidR="0097296A" w:rsidRPr="007204D9" w:rsidRDefault="00000000">
            <w:pPr>
              <w:autoSpaceDE w:val="0"/>
              <w:autoSpaceDN w:val="0"/>
              <w:spacing w:before="100" w:after="0" w:line="200" w:lineRule="exact"/>
              <w:ind w:right="332"/>
              <w:jc w:val="right"/>
            </w:pPr>
            <w:r w:rsidRPr="007204D9">
              <w:rPr>
                <w:color w:val="000000"/>
                <w:sz w:val="18"/>
              </w:rPr>
              <w:t xml:space="preserve">2 </w:t>
            </w:r>
          </w:p>
        </w:tc>
      </w:tr>
      <w:tr w:rsidR="0097296A" w:rsidRPr="007204D9" w14:paraId="75FD4261" w14:textId="77777777">
        <w:trPr>
          <w:trHeight w:val="398"/>
        </w:trPr>
        <w:tc>
          <w:tcPr>
            <w:tcW w:w="2089" w:type="dxa"/>
            <w:vMerge/>
            <w:tcBorders>
              <w:top w:val="single" w:sz="3" w:space="0" w:color="auto"/>
              <w:left w:val="single" w:sz="4" w:space="0" w:color="auto"/>
              <w:bottom w:val="single" w:sz="3" w:space="0" w:color="auto"/>
              <w:right w:val="single" w:sz="4" w:space="0" w:color="auto"/>
            </w:tcBorders>
          </w:tcPr>
          <w:p w14:paraId="2667EA94" w14:textId="77777777" w:rsidR="0097296A" w:rsidRPr="007204D9" w:rsidRDefault="0097296A"/>
        </w:tc>
        <w:tc>
          <w:tcPr>
            <w:tcW w:w="2089" w:type="dxa"/>
            <w:vMerge/>
            <w:tcBorders>
              <w:top w:val="single" w:sz="3" w:space="0" w:color="auto"/>
              <w:left w:val="single" w:sz="4" w:space="0" w:color="auto"/>
              <w:bottom w:val="single" w:sz="3" w:space="0" w:color="auto"/>
              <w:right w:val="single" w:sz="3" w:space="0" w:color="auto"/>
            </w:tcBorders>
          </w:tcPr>
          <w:p w14:paraId="7B9F0807" w14:textId="77777777" w:rsidR="0097296A" w:rsidRPr="007204D9" w:rsidRDefault="0097296A"/>
        </w:tc>
        <w:tc>
          <w:tcPr>
            <w:tcW w:w="7224" w:type="dxa"/>
            <w:tcBorders>
              <w:top w:val="single" w:sz="4" w:space="0" w:color="auto"/>
              <w:left w:val="single" w:sz="3" w:space="0" w:color="auto"/>
              <w:bottom w:val="single" w:sz="4" w:space="0" w:color="auto"/>
              <w:right w:val="single" w:sz="3" w:space="0" w:color="auto"/>
            </w:tcBorders>
            <w:tcMar>
              <w:left w:w="0" w:type="dxa"/>
              <w:right w:w="0" w:type="dxa"/>
            </w:tcMar>
          </w:tcPr>
          <w:p w14:paraId="1F03F3B3" w14:textId="77777777" w:rsidR="0097296A" w:rsidRPr="007204D9" w:rsidRDefault="00000000">
            <w:pPr>
              <w:autoSpaceDE w:val="0"/>
              <w:autoSpaceDN w:val="0"/>
              <w:spacing w:before="94" w:after="0" w:line="200" w:lineRule="exact"/>
              <w:ind w:left="84"/>
            </w:pPr>
            <w:r w:rsidRPr="007204D9">
              <w:rPr>
                <w:color w:val="000000"/>
                <w:sz w:val="18"/>
              </w:rPr>
              <w:t xml:space="preserve">Não se aplica. Não são preparados alimentos no local. </w:t>
            </w:r>
          </w:p>
        </w:tc>
        <w:tc>
          <w:tcPr>
            <w:tcW w:w="576" w:type="dxa"/>
            <w:tcBorders>
              <w:top w:val="single" w:sz="4" w:space="0" w:color="auto"/>
              <w:left w:val="single" w:sz="3" w:space="0" w:color="auto"/>
              <w:bottom w:val="single" w:sz="4" w:space="0" w:color="auto"/>
              <w:right w:val="single" w:sz="3" w:space="0" w:color="auto"/>
            </w:tcBorders>
            <w:tcMar>
              <w:left w:w="0" w:type="dxa"/>
              <w:right w:w="0" w:type="dxa"/>
            </w:tcMar>
          </w:tcPr>
          <w:p w14:paraId="75A8D6F1" w14:textId="77777777" w:rsidR="0097296A" w:rsidRPr="007204D9" w:rsidRDefault="00000000">
            <w:pPr>
              <w:autoSpaceDE w:val="0"/>
              <w:autoSpaceDN w:val="0"/>
              <w:spacing w:before="94" w:after="0" w:line="200" w:lineRule="exact"/>
              <w:jc w:val="center"/>
            </w:pPr>
            <w:r w:rsidRPr="007204D9">
              <w:rPr>
                <w:color w:val="000000"/>
                <w:sz w:val="18"/>
              </w:rPr>
              <w:t>NAP</w:t>
            </w:r>
          </w:p>
        </w:tc>
        <w:tc>
          <w:tcPr>
            <w:tcW w:w="898" w:type="dxa"/>
            <w:tcBorders>
              <w:top w:val="single" w:sz="4" w:space="0" w:color="auto"/>
              <w:left w:val="single" w:sz="3" w:space="0" w:color="auto"/>
              <w:bottom w:val="single" w:sz="4" w:space="0" w:color="auto"/>
              <w:right w:val="single" w:sz="4" w:space="0" w:color="auto"/>
            </w:tcBorders>
            <w:tcMar>
              <w:left w:w="0" w:type="dxa"/>
              <w:right w:w="0" w:type="dxa"/>
            </w:tcMar>
          </w:tcPr>
          <w:p w14:paraId="694ACF3D" w14:textId="77777777" w:rsidR="0097296A" w:rsidRPr="007204D9" w:rsidRDefault="00000000">
            <w:pPr>
              <w:autoSpaceDE w:val="0"/>
              <w:autoSpaceDN w:val="0"/>
              <w:spacing w:before="94" w:after="0" w:line="200" w:lineRule="exact"/>
              <w:ind w:right="332"/>
              <w:jc w:val="right"/>
            </w:pPr>
            <w:r w:rsidRPr="007204D9">
              <w:rPr>
                <w:color w:val="000000"/>
                <w:sz w:val="18"/>
              </w:rPr>
              <w:t xml:space="preserve">0 </w:t>
            </w:r>
          </w:p>
        </w:tc>
      </w:tr>
      <w:tr w:rsidR="0097296A" w:rsidRPr="007204D9" w14:paraId="766CA3D1" w14:textId="77777777">
        <w:trPr>
          <w:trHeight w:val="398"/>
        </w:trPr>
        <w:tc>
          <w:tcPr>
            <w:tcW w:w="2089" w:type="dxa"/>
            <w:vMerge/>
            <w:tcBorders>
              <w:top w:val="single" w:sz="3" w:space="0" w:color="auto"/>
              <w:left w:val="single" w:sz="4" w:space="0" w:color="auto"/>
              <w:bottom w:val="single" w:sz="3" w:space="0" w:color="auto"/>
              <w:right w:val="single" w:sz="4" w:space="0" w:color="auto"/>
            </w:tcBorders>
          </w:tcPr>
          <w:p w14:paraId="0FE880AC" w14:textId="77777777" w:rsidR="0097296A" w:rsidRPr="007204D9" w:rsidRDefault="0097296A"/>
        </w:tc>
        <w:tc>
          <w:tcPr>
            <w:tcW w:w="2089" w:type="dxa"/>
            <w:vMerge/>
            <w:tcBorders>
              <w:top w:val="single" w:sz="3" w:space="0" w:color="auto"/>
              <w:left w:val="single" w:sz="4" w:space="0" w:color="auto"/>
              <w:bottom w:val="single" w:sz="3" w:space="0" w:color="auto"/>
              <w:right w:val="single" w:sz="3" w:space="0" w:color="auto"/>
            </w:tcBorders>
          </w:tcPr>
          <w:p w14:paraId="659CFCA8" w14:textId="77777777" w:rsidR="0097296A" w:rsidRPr="007204D9" w:rsidRDefault="0097296A"/>
        </w:tc>
        <w:tc>
          <w:tcPr>
            <w:tcW w:w="7224" w:type="dxa"/>
            <w:tcBorders>
              <w:top w:val="single" w:sz="4" w:space="0" w:color="auto"/>
              <w:left w:val="single" w:sz="3" w:space="0" w:color="auto"/>
              <w:bottom w:val="single" w:sz="4" w:space="0" w:color="auto"/>
              <w:right w:val="single" w:sz="3" w:space="0" w:color="auto"/>
            </w:tcBorders>
            <w:tcMar>
              <w:left w:w="0" w:type="dxa"/>
              <w:right w:w="0" w:type="dxa"/>
            </w:tcMar>
          </w:tcPr>
          <w:p w14:paraId="52959F62" w14:textId="77777777" w:rsidR="0097296A" w:rsidRPr="007204D9" w:rsidRDefault="00000000">
            <w:pPr>
              <w:autoSpaceDE w:val="0"/>
              <w:autoSpaceDN w:val="0"/>
              <w:spacing w:before="96" w:after="0" w:line="200" w:lineRule="exact"/>
              <w:ind w:left="84"/>
            </w:pPr>
            <w:r w:rsidRPr="007204D9">
              <w:rPr>
                <w:color w:val="000000"/>
                <w:sz w:val="18"/>
              </w:rPr>
              <w:t xml:space="preserve">Não observado. (Especificar no comentário o motivo da não observação) </w:t>
            </w:r>
          </w:p>
        </w:tc>
        <w:tc>
          <w:tcPr>
            <w:tcW w:w="576" w:type="dxa"/>
            <w:tcBorders>
              <w:top w:val="single" w:sz="4" w:space="0" w:color="auto"/>
              <w:left w:val="single" w:sz="3" w:space="0" w:color="auto"/>
              <w:bottom w:val="single" w:sz="4" w:space="0" w:color="auto"/>
              <w:right w:val="single" w:sz="3" w:space="0" w:color="auto"/>
            </w:tcBorders>
            <w:tcMar>
              <w:left w:w="0" w:type="dxa"/>
              <w:right w:w="0" w:type="dxa"/>
            </w:tcMar>
          </w:tcPr>
          <w:p w14:paraId="51105116"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898" w:type="dxa"/>
            <w:tcBorders>
              <w:top w:val="single" w:sz="4" w:space="0" w:color="auto"/>
              <w:left w:val="single" w:sz="3" w:space="0" w:color="auto"/>
              <w:bottom w:val="single" w:sz="4" w:space="0" w:color="auto"/>
              <w:right w:val="single" w:sz="4" w:space="0" w:color="auto"/>
            </w:tcBorders>
            <w:tcMar>
              <w:left w:w="0" w:type="dxa"/>
              <w:right w:w="0" w:type="dxa"/>
            </w:tcMar>
          </w:tcPr>
          <w:p w14:paraId="7A0394B4" w14:textId="77777777" w:rsidR="0097296A" w:rsidRPr="007204D9" w:rsidRDefault="00000000">
            <w:pPr>
              <w:autoSpaceDE w:val="0"/>
              <w:autoSpaceDN w:val="0"/>
              <w:spacing w:before="96" w:after="0" w:line="200" w:lineRule="exact"/>
              <w:ind w:right="334"/>
              <w:jc w:val="right"/>
            </w:pPr>
            <w:r w:rsidRPr="007204D9">
              <w:rPr>
                <w:color w:val="000000"/>
                <w:sz w:val="18"/>
              </w:rPr>
              <w:t xml:space="preserve">0 </w:t>
            </w:r>
          </w:p>
        </w:tc>
      </w:tr>
      <w:tr w:rsidR="0097296A" w:rsidRPr="007204D9" w14:paraId="57D492F3" w14:textId="77777777">
        <w:trPr>
          <w:trHeight w:val="916"/>
        </w:trPr>
        <w:tc>
          <w:tcPr>
            <w:tcW w:w="2089" w:type="dxa"/>
            <w:vMerge/>
            <w:tcBorders>
              <w:top w:val="single" w:sz="3" w:space="0" w:color="auto"/>
              <w:left w:val="single" w:sz="4" w:space="0" w:color="auto"/>
              <w:bottom w:val="single" w:sz="3" w:space="0" w:color="auto"/>
              <w:right w:val="single" w:sz="4" w:space="0" w:color="auto"/>
            </w:tcBorders>
          </w:tcPr>
          <w:p w14:paraId="40D56E74" w14:textId="77777777" w:rsidR="0097296A" w:rsidRPr="007204D9" w:rsidRDefault="0097296A"/>
        </w:tc>
        <w:tc>
          <w:tcPr>
            <w:tcW w:w="2089" w:type="dxa"/>
            <w:vMerge/>
            <w:tcBorders>
              <w:top w:val="single" w:sz="3" w:space="0" w:color="auto"/>
              <w:left w:val="single" w:sz="4" w:space="0" w:color="auto"/>
              <w:bottom w:val="single" w:sz="3" w:space="0" w:color="auto"/>
              <w:right w:val="single" w:sz="3" w:space="0" w:color="auto"/>
            </w:tcBorders>
          </w:tcPr>
          <w:p w14:paraId="56FB36C6" w14:textId="77777777" w:rsidR="0097296A" w:rsidRPr="007204D9" w:rsidRDefault="0097296A"/>
        </w:tc>
        <w:tc>
          <w:tcPr>
            <w:tcW w:w="8698" w:type="dxa"/>
            <w:gridSpan w:val="3"/>
            <w:tcBorders>
              <w:top w:val="single" w:sz="4" w:space="0" w:color="auto"/>
              <w:left w:val="single" w:sz="3" w:space="0" w:color="auto"/>
              <w:bottom w:val="single" w:sz="3" w:space="0" w:color="auto"/>
              <w:right w:val="single" w:sz="4" w:space="0" w:color="auto"/>
            </w:tcBorders>
            <w:tcMar>
              <w:left w:w="0" w:type="dxa"/>
              <w:right w:w="0" w:type="dxa"/>
            </w:tcMar>
          </w:tcPr>
          <w:p w14:paraId="7E713393" w14:textId="77777777" w:rsidR="0097296A" w:rsidRPr="007204D9" w:rsidRDefault="00000000">
            <w:pPr>
              <w:autoSpaceDE w:val="0"/>
              <w:autoSpaceDN w:val="0"/>
              <w:spacing w:after="0" w:line="202" w:lineRule="exact"/>
              <w:ind w:left="84"/>
            </w:pPr>
            <w:r w:rsidRPr="007204D9">
              <w:rPr>
                <w:color w:val="000000"/>
                <w:sz w:val="18"/>
              </w:rPr>
              <w:t xml:space="preserve">Comentário: </w:t>
            </w:r>
          </w:p>
        </w:tc>
      </w:tr>
      <w:tr w:rsidR="0097296A" w:rsidRPr="007204D9" w14:paraId="06DA33D9" w14:textId="77777777">
        <w:trPr>
          <w:trHeight w:val="940"/>
        </w:trPr>
        <w:tc>
          <w:tcPr>
            <w:tcW w:w="57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1165A8F" w14:textId="77777777" w:rsidR="0097296A" w:rsidRPr="007204D9" w:rsidRDefault="00000000">
            <w:pPr>
              <w:autoSpaceDE w:val="0"/>
              <w:autoSpaceDN w:val="0"/>
              <w:spacing w:before="1628" w:after="0" w:line="202" w:lineRule="exact"/>
              <w:jc w:val="center"/>
            </w:pPr>
            <w:r w:rsidRPr="007204D9">
              <w:rPr>
                <w:color w:val="000000"/>
                <w:sz w:val="18"/>
              </w:rPr>
              <w:t xml:space="preserve">4.6 </w:t>
            </w:r>
          </w:p>
        </w:tc>
        <w:tc>
          <w:tcPr>
            <w:tcW w:w="1132" w:type="dxa"/>
            <w:vMerge w:val="restart"/>
            <w:tcBorders>
              <w:top w:val="single" w:sz="3" w:space="0" w:color="auto"/>
              <w:left w:val="single" w:sz="4" w:space="0" w:color="auto"/>
              <w:bottom w:val="single" w:sz="4" w:space="0" w:color="auto"/>
              <w:right w:val="single" w:sz="3" w:space="0" w:color="auto"/>
            </w:tcBorders>
            <w:tcMar>
              <w:left w:w="0" w:type="dxa"/>
              <w:right w:w="0" w:type="dxa"/>
            </w:tcMar>
          </w:tcPr>
          <w:p w14:paraId="219CD11B" w14:textId="77777777" w:rsidR="0097296A" w:rsidRPr="007204D9" w:rsidRDefault="00000000">
            <w:pPr>
              <w:autoSpaceDE w:val="0"/>
              <w:autoSpaceDN w:val="0"/>
              <w:spacing w:before="1628" w:after="0" w:line="202" w:lineRule="exact"/>
              <w:ind w:right="448"/>
              <w:jc w:val="right"/>
            </w:pPr>
            <w:r w:rsidRPr="007204D9">
              <w:rPr>
                <w:color w:val="000000"/>
                <w:sz w:val="18"/>
              </w:rPr>
              <w:t xml:space="preserve">2 </w:t>
            </w:r>
          </w:p>
        </w:tc>
        <w:tc>
          <w:tcPr>
            <w:tcW w:w="8698" w:type="dxa"/>
            <w:gridSpan w:val="3"/>
            <w:tcBorders>
              <w:top w:val="single" w:sz="3" w:space="0" w:color="auto"/>
              <w:left w:val="single" w:sz="3" w:space="0" w:color="auto"/>
              <w:bottom w:val="single" w:sz="4" w:space="0" w:color="auto"/>
              <w:right w:val="single" w:sz="4" w:space="0" w:color="auto"/>
            </w:tcBorders>
            <w:tcMar>
              <w:left w:w="0" w:type="dxa"/>
              <w:right w:w="0" w:type="dxa"/>
            </w:tcMar>
          </w:tcPr>
          <w:p w14:paraId="180EB248" w14:textId="77777777" w:rsidR="0097296A" w:rsidRPr="007204D9" w:rsidRDefault="00000000">
            <w:pPr>
              <w:autoSpaceDE w:val="0"/>
              <w:autoSpaceDN w:val="0"/>
              <w:spacing w:before="250" w:after="0" w:line="206" w:lineRule="exact"/>
              <w:ind w:left="84"/>
            </w:pPr>
            <w:r w:rsidRPr="007204D9">
              <w:rPr>
                <w:b/>
                <w:color w:val="000000"/>
                <w:sz w:val="18"/>
              </w:rPr>
              <w:t xml:space="preserve">Existe informações da quantidade e cadastramento dos ambulantes em dias de jogos? (Doc. Ref.: Manual de Recomendações para a Segurança e Conforto nos Estádios de Futebol - FGV/2010). </w:t>
            </w:r>
          </w:p>
        </w:tc>
      </w:tr>
      <w:tr w:rsidR="0097296A" w:rsidRPr="007204D9" w14:paraId="24B4E03F" w14:textId="77777777" w:rsidTr="00050CAE">
        <w:trPr>
          <w:trHeight w:val="400"/>
        </w:trPr>
        <w:tc>
          <w:tcPr>
            <w:tcW w:w="2089" w:type="dxa"/>
            <w:vMerge/>
            <w:tcBorders>
              <w:top w:val="single" w:sz="3" w:space="0" w:color="auto"/>
              <w:left w:val="single" w:sz="4" w:space="0" w:color="auto"/>
              <w:bottom w:val="single" w:sz="4" w:space="0" w:color="auto"/>
              <w:right w:val="single" w:sz="4" w:space="0" w:color="auto"/>
            </w:tcBorders>
          </w:tcPr>
          <w:p w14:paraId="7C03CE71" w14:textId="77777777" w:rsidR="0097296A" w:rsidRPr="007204D9" w:rsidRDefault="0097296A"/>
        </w:tc>
        <w:tc>
          <w:tcPr>
            <w:tcW w:w="2089" w:type="dxa"/>
            <w:vMerge/>
            <w:tcBorders>
              <w:top w:val="single" w:sz="3" w:space="0" w:color="auto"/>
              <w:left w:val="single" w:sz="4" w:space="0" w:color="auto"/>
              <w:bottom w:val="single" w:sz="4" w:space="0" w:color="auto"/>
              <w:right w:val="single" w:sz="3" w:space="0" w:color="auto"/>
            </w:tcBorders>
          </w:tcPr>
          <w:p w14:paraId="3913B13F" w14:textId="77777777" w:rsidR="0097296A" w:rsidRPr="007204D9" w:rsidRDefault="0097296A"/>
        </w:tc>
        <w:tc>
          <w:tcPr>
            <w:tcW w:w="7224" w:type="dxa"/>
            <w:tcBorders>
              <w:top w:val="single" w:sz="4" w:space="0" w:color="auto"/>
              <w:left w:val="single" w:sz="3" w:space="0" w:color="auto"/>
              <w:bottom w:val="single" w:sz="4" w:space="0" w:color="auto"/>
              <w:right w:val="single" w:sz="3" w:space="0" w:color="auto"/>
            </w:tcBorders>
            <w:tcMar>
              <w:left w:w="0" w:type="dxa"/>
              <w:right w:w="0" w:type="dxa"/>
            </w:tcMar>
          </w:tcPr>
          <w:p w14:paraId="4383A2D1" w14:textId="77777777" w:rsidR="0097296A" w:rsidRPr="007204D9" w:rsidRDefault="00000000">
            <w:pPr>
              <w:autoSpaceDE w:val="0"/>
              <w:autoSpaceDN w:val="0"/>
              <w:spacing w:before="98" w:after="0" w:line="200" w:lineRule="exact"/>
              <w:ind w:left="84"/>
            </w:pPr>
            <w:r w:rsidRPr="007204D9">
              <w:rPr>
                <w:color w:val="000000"/>
                <w:sz w:val="18"/>
              </w:rPr>
              <w:t xml:space="preserve">Sim. </w:t>
            </w:r>
          </w:p>
        </w:tc>
        <w:tc>
          <w:tcPr>
            <w:tcW w:w="576" w:type="dxa"/>
            <w:tcBorders>
              <w:top w:val="single" w:sz="4" w:space="0" w:color="auto"/>
              <w:left w:val="single" w:sz="3" w:space="0" w:color="auto"/>
              <w:bottom w:val="single" w:sz="4" w:space="0" w:color="auto"/>
              <w:right w:val="single" w:sz="3" w:space="0" w:color="auto"/>
            </w:tcBorders>
            <w:tcMar>
              <w:left w:w="0" w:type="dxa"/>
              <w:right w:w="0" w:type="dxa"/>
            </w:tcMar>
          </w:tcPr>
          <w:p w14:paraId="2C09F91A" w14:textId="77777777" w:rsidR="0097296A" w:rsidRPr="007204D9" w:rsidRDefault="00000000">
            <w:pPr>
              <w:autoSpaceDE w:val="0"/>
              <w:autoSpaceDN w:val="0"/>
              <w:spacing w:before="98" w:after="0" w:line="200" w:lineRule="exact"/>
              <w:ind w:right="104"/>
              <w:jc w:val="right"/>
            </w:pPr>
            <w:r w:rsidRPr="007204D9">
              <w:rPr>
                <w:color w:val="000000"/>
                <w:sz w:val="18"/>
              </w:rPr>
              <w:t xml:space="preserve">AT </w:t>
            </w:r>
          </w:p>
        </w:tc>
        <w:tc>
          <w:tcPr>
            <w:tcW w:w="898"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15A637BC" w14:textId="77777777" w:rsidR="0097296A" w:rsidRPr="007204D9" w:rsidRDefault="00000000">
            <w:pPr>
              <w:autoSpaceDE w:val="0"/>
              <w:autoSpaceDN w:val="0"/>
              <w:spacing w:before="98" w:after="0" w:line="200" w:lineRule="exact"/>
              <w:ind w:right="332"/>
              <w:jc w:val="right"/>
            </w:pPr>
            <w:r w:rsidRPr="007204D9">
              <w:rPr>
                <w:color w:val="000000"/>
                <w:sz w:val="18"/>
              </w:rPr>
              <w:t xml:space="preserve">1 </w:t>
            </w:r>
          </w:p>
        </w:tc>
      </w:tr>
      <w:tr w:rsidR="0097296A" w:rsidRPr="007204D9" w14:paraId="3D0610DB" w14:textId="77777777" w:rsidTr="00050CAE">
        <w:trPr>
          <w:trHeight w:val="396"/>
        </w:trPr>
        <w:tc>
          <w:tcPr>
            <w:tcW w:w="2089" w:type="dxa"/>
            <w:vMerge/>
            <w:tcBorders>
              <w:top w:val="single" w:sz="3" w:space="0" w:color="auto"/>
              <w:left w:val="single" w:sz="4" w:space="0" w:color="auto"/>
              <w:bottom w:val="single" w:sz="4" w:space="0" w:color="auto"/>
              <w:right w:val="single" w:sz="4" w:space="0" w:color="auto"/>
            </w:tcBorders>
          </w:tcPr>
          <w:p w14:paraId="4A0B8629" w14:textId="77777777" w:rsidR="0097296A" w:rsidRPr="007204D9" w:rsidRDefault="0097296A"/>
        </w:tc>
        <w:tc>
          <w:tcPr>
            <w:tcW w:w="2089" w:type="dxa"/>
            <w:vMerge/>
            <w:tcBorders>
              <w:top w:val="single" w:sz="3" w:space="0" w:color="auto"/>
              <w:left w:val="single" w:sz="4" w:space="0" w:color="auto"/>
              <w:bottom w:val="single" w:sz="4" w:space="0" w:color="auto"/>
              <w:right w:val="single" w:sz="3" w:space="0" w:color="auto"/>
            </w:tcBorders>
          </w:tcPr>
          <w:p w14:paraId="3726B25B" w14:textId="77777777" w:rsidR="0097296A" w:rsidRPr="007204D9" w:rsidRDefault="0097296A"/>
        </w:tc>
        <w:tc>
          <w:tcPr>
            <w:tcW w:w="7224" w:type="dxa"/>
            <w:tcBorders>
              <w:top w:val="single" w:sz="4" w:space="0" w:color="auto"/>
              <w:left w:val="single" w:sz="3" w:space="0" w:color="auto"/>
              <w:bottom w:val="single" w:sz="4" w:space="0" w:color="auto"/>
              <w:right w:val="single" w:sz="3" w:space="0" w:color="auto"/>
            </w:tcBorders>
            <w:tcMar>
              <w:left w:w="0" w:type="dxa"/>
              <w:right w:w="0" w:type="dxa"/>
            </w:tcMar>
          </w:tcPr>
          <w:p w14:paraId="62951044" w14:textId="77777777" w:rsidR="0097296A" w:rsidRPr="007204D9" w:rsidRDefault="00000000">
            <w:pPr>
              <w:autoSpaceDE w:val="0"/>
              <w:autoSpaceDN w:val="0"/>
              <w:spacing w:before="98" w:after="0" w:line="202" w:lineRule="exact"/>
              <w:ind w:left="84"/>
            </w:pPr>
            <w:r w:rsidRPr="007204D9">
              <w:rPr>
                <w:color w:val="000000"/>
                <w:sz w:val="18"/>
              </w:rPr>
              <w:t xml:space="preserve">Não. </w:t>
            </w:r>
          </w:p>
        </w:tc>
        <w:tc>
          <w:tcPr>
            <w:tcW w:w="576" w:type="dxa"/>
            <w:tcBorders>
              <w:top w:val="single" w:sz="4" w:space="0" w:color="auto"/>
              <w:left w:val="single" w:sz="3" w:space="0" w:color="auto"/>
              <w:bottom w:val="single" w:sz="4" w:space="0" w:color="auto"/>
              <w:right w:val="single" w:sz="3" w:space="0" w:color="auto"/>
            </w:tcBorders>
            <w:tcMar>
              <w:left w:w="0" w:type="dxa"/>
              <w:right w:w="0" w:type="dxa"/>
            </w:tcMar>
          </w:tcPr>
          <w:p w14:paraId="0B9DFE49"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898"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4730FA7B" w14:textId="77777777" w:rsidR="0097296A" w:rsidRPr="007204D9" w:rsidRDefault="00000000">
            <w:pPr>
              <w:autoSpaceDE w:val="0"/>
              <w:autoSpaceDN w:val="0"/>
              <w:spacing w:before="98" w:after="0" w:line="202" w:lineRule="exact"/>
              <w:ind w:right="332"/>
              <w:jc w:val="right"/>
            </w:pPr>
            <w:r w:rsidRPr="007204D9">
              <w:rPr>
                <w:color w:val="000000"/>
                <w:sz w:val="18"/>
              </w:rPr>
              <w:t xml:space="preserve">2 </w:t>
            </w:r>
          </w:p>
        </w:tc>
      </w:tr>
      <w:tr w:rsidR="0097296A" w:rsidRPr="007204D9" w14:paraId="2121AB69" w14:textId="77777777">
        <w:trPr>
          <w:trHeight w:val="400"/>
        </w:trPr>
        <w:tc>
          <w:tcPr>
            <w:tcW w:w="2089" w:type="dxa"/>
            <w:vMerge/>
            <w:tcBorders>
              <w:top w:val="single" w:sz="3" w:space="0" w:color="auto"/>
              <w:left w:val="single" w:sz="4" w:space="0" w:color="auto"/>
              <w:bottom w:val="single" w:sz="4" w:space="0" w:color="auto"/>
              <w:right w:val="single" w:sz="4" w:space="0" w:color="auto"/>
            </w:tcBorders>
          </w:tcPr>
          <w:p w14:paraId="2CC18909" w14:textId="77777777" w:rsidR="0097296A" w:rsidRPr="007204D9" w:rsidRDefault="0097296A"/>
        </w:tc>
        <w:tc>
          <w:tcPr>
            <w:tcW w:w="2089" w:type="dxa"/>
            <w:vMerge/>
            <w:tcBorders>
              <w:top w:val="single" w:sz="3" w:space="0" w:color="auto"/>
              <w:left w:val="single" w:sz="4" w:space="0" w:color="auto"/>
              <w:bottom w:val="single" w:sz="4" w:space="0" w:color="auto"/>
              <w:right w:val="single" w:sz="3" w:space="0" w:color="auto"/>
            </w:tcBorders>
          </w:tcPr>
          <w:p w14:paraId="17B2F231" w14:textId="77777777" w:rsidR="0097296A" w:rsidRPr="007204D9" w:rsidRDefault="0097296A"/>
        </w:tc>
        <w:tc>
          <w:tcPr>
            <w:tcW w:w="7224" w:type="dxa"/>
            <w:tcBorders>
              <w:top w:val="single" w:sz="4" w:space="0" w:color="auto"/>
              <w:left w:val="single" w:sz="3" w:space="0" w:color="auto"/>
              <w:bottom w:val="single" w:sz="3" w:space="0" w:color="auto"/>
              <w:right w:val="single" w:sz="3" w:space="0" w:color="auto"/>
            </w:tcBorders>
            <w:tcMar>
              <w:left w:w="0" w:type="dxa"/>
              <w:right w:w="0" w:type="dxa"/>
            </w:tcMar>
          </w:tcPr>
          <w:p w14:paraId="4702060F" w14:textId="77777777" w:rsidR="0097296A" w:rsidRPr="007204D9" w:rsidRDefault="00000000">
            <w:pPr>
              <w:autoSpaceDE w:val="0"/>
              <w:autoSpaceDN w:val="0"/>
              <w:spacing w:before="98" w:after="0" w:line="202" w:lineRule="exact"/>
              <w:ind w:left="84"/>
            </w:pPr>
            <w:r w:rsidRPr="007204D9">
              <w:rPr>
                <w:color w:val="000000"/>
                <w:sz w:val="18"/>
              </w:rPr>
              <w:t xml:space="preserve">Não há ambulantes no interior do estádio. </w:t>
            </w:r>
          </w:p>
        </w:tc>
        <w:tc>
          <w:tcPr>
            <w:tcW w:w="576" w:type="dxa"/>
            <w:tcBorders>
              <w:top w:val="single" w:sz="4" w:space="0" w:color="auto"/>
              <w:left w:val="single" w:sz="3" w:space="0" w:color="auto"/>
              <w:bottom w:val="single" w:sz="3" w:space="0" w:color="auto"/>
              <w:right w:val="single" w:sz="3" w:space="0" w:color="auto"/>
            </w:tcBorders>
            <w:tcMar>
              <w:left w:w="0" w:type="dxa"/>
              <w:right w:w="0" w:type="dxa"/>
            </w:tcMar>
          </w:tcPr>
          <w:p w14:paraId="33AF597F" w14:textId="77777777" w:rsidR="0097296A" w:rsidRPr="007204D9" w:rsidRDefault="00000000">
            <w:pPr>
              <w:autoSpaceDE w:val="0"/>
              <w:autoSpaceDN w:val="0"/>
              <w:spacing w:before="98" w:after="0" w:line="202" w:lineRule="exact"/>
              <w:jc w:val="center"/>
            </w:pPr>
            <w:r w:rsidRPr="007204D9">
              <w:rPr>
                <w:color w:val="000000"/>
                <w:sz w:val="18"/>
              </w:rPr>
              <w:t>NAP</w:t>
            </w:r>
          </w:p>
        </w:tc>
        <w:tc>
          <w:tcPr>
            <w:tcW w:w="898" w:type="dxa"/>
            <w:tcBorders>
              <w:top w:val="single" w:sz="4" w:space="0" w:color="auto"/>
              <w:left w:val="single" w:sz="3" w:space="0" w:color="auto"/>
              <w:bottom w:val="single" w:sz="3" w:space="0" w:color="auto"/>
              <w:right w:val="single" w:sz="4" w:space="0" w:color="auto"/>
            </w:tcBorders>
            <w:tcMar>
              <w:left w:w="0" w:type="dxa"/>
              <w:right w:w="0" w:type="dxa"/>
            </w:tcMar>
          </w:tcPr>
          <w:p w14:paraId="69093420" w14:textId="77777777" w:rsidR="0097296A" w:rsidRPr="007204D9" w:rsidRDefault="00000000">
            <w:pPr>
              <w:autoSpaceDE w:val="0"/>
              <w:autoSpaceDN w:val="0"/>
              <w:spacing w:before="98" w:after="0" w:line="202" w:lineRule="exact"/>
              <w:ind w:right="332"/>
              <w:jc w:val="right"/>
            </w:pPr>
            <w:r w:rsidRPr="007204D9">
              <w:rPr>
                <w:color w:val="000000"/>
                <w:sz w:val="18"/>
              </w:rPr>
              <w:t xml:space="preserve">0 </w:t>
            </w:r>
          </w:p>
        </w:tc>
      </w:tr>
      <w:tr w:rsidR="0097296A" w:rsidRPr="007204D9" w14:paraId="32552AE9" w14:textId="77777777">
        <w:trPr>
          <w:trHeight w:val="400"/>
        </w:trPr>
        <w:tc>
          <w:tcPr>
            <w:tcW w:w="2089" w:type="dxa"/>
            <w:vMerge/>
            <w:tcBorders>
              <w:top w:val="single" w:sz="3" w:space="0" w:color="auto"/>
              <w:left w:val="single" w:sz="4" w:space="0" w:color="auto"/>
              <w:bottom w:val="single" w:sz="4" w:space="0" w:color="auto"/>
              <w:right w:val="single" w:sz="4" w:space="0" w:color="auto"/>
            </w:tcBorders>
          </w:tcPr>
          <w:p w14:paraId="23B99152" w14:textId="77777777" w:rsidR="0097296A" w:rsidRPr="007204D9" w:rsidRDefault="0097296A"/>
        </w:tc>
        <w:tc>
          <w:tcPr>
            <w:tcW w:w="2089" w:type="dxa"/>
            <w:vMerge/>
            <w:tcBorders>
              <w:top w:val="single" w:sz="3" w:space="0" w:color="auto"/>
              <w:left w:val="single" w:sz="4" w:space="0" w:color="auto"/>
              <w:bottom w:val="single" w:sz="4" w:space="0" w:color="auto"/>
              <w:right w:val="single" w:sz="3" w:space="0" w:color="auto"/>
            </w:tcBorders>
          </w:tcPr>
          <w:p w14:paraId="2108B6C8" w14:textId="77777777" w:rsidR="0097296A" w:rsidRPr="007204D9" w:rsidRDefault="0097296A"/>
        </w:tc>
        <w:tc>
          <w:tcPr>
            <w:tcW w:w="7224" w:type="dxa"/>
            <w:tcBorders>
              <w:top w:val="single" w:sz="3" w:space="0" w:color="auto"/>
              <w:left w:val="single" w:sz="3" w:space="0" w:color="auto"/>
              <w:bottom w:val="single" w:sz="4" w:space="0" w:color="auto"/>
              <w:right w:val="single" w:sz="3" w:space="0" w:color="auto"/>
            </w:tcBorders>
            <w:tcMar>
              <w:left w:w="0" w:type="dxa"/>
              <w:right w:w="0" w:type="dxa"/>
            </w:tcMar>
          </w:tcPr>
          <w:p w14:paraId="6658CEC7" w14:textId="77777777" w:rsidR="0097296A" w:rsidRPr="007204D9" w:rsidRDefault="00000000">
            <w:pPr>
              <w:autoSpaceDE w:val="0"/>
              <w:autoSpaceDN w:val="0"/>
              <w:spacing w:before="98" w:after="0" w:line="200" w:lineRule="exact"/>
              <w:ind w:left="84"/>
            </w:pPr>
            <w:r w:rsidRPr="007204D9">
              <w:rPr>
                <w:color w:val="000000"/>
                <w:sz w:val="18"/>
              </w:rPr>
              <w:t xml:space="preserve">Não observado. (Especificar no comentário o motivo da não observação) </w:t>
            </w:r>
          </w:p>
        </w:tc>
        <w:tc>
          <w:tcPr>
            <w:tcW w:w="576" w:type="dxa"/>
            <w:tcBorders>
              <w:top w:val="single" w:sz="3" w:space="0" w:color="auto"/>
              <w:left w:val="single" w:sz="3" w:space="0" w:color="auto"/>
              <w:bottom w:val="single" w:sz="4" w:space="0" w:color="auto"/>
              <w:right w:val="single" w:sz="3" w:space="0" w:color="auto"/>
            </w:tcBorders>
            <w:tcMar>
              <w:left w:w="0" w:type="dxa"/>
              <w:right w:w="0" w:type="dxa"/>
            </w:tcMar>
          </w:tcPr>
          <w:p w14:paraId="78018401" w14:textId="77777777" w:rsidR="0097296A" w:rsidRPr="007204D9" w:rsidRDefault="00000000">
            <w:pPr>
              <w:autoSpaceDE w:val="0"/>
              <w:autoSpaceDN w:val="0"/>
              <w:spacing w:before="98" w:after="0" w:line="200" w:lineRule="exact"/>
              <w:ind w:right="86"/>
              <w:jc w:val="right"/>
            </w:pPr>
            <w:r w:rsidRPr="007204D9">
              <w:rPr>
                <w:color w:val="000000"/>
                <w:sz w:val="18"/>
              </w:rPr>
              <w:t xml:space="preserve">NO </w:t>
            </w:r>
          </w:p>
        </w:tc>
        <w:tc>
          <w:tcPr>
            <w:tcW w:w="898" w:type="dxa"/>
            <w:tcBorders>
              <w:top w:val="single" w:sz="3" w:space="0" w:color="auto"/>
              <w:left w:val="single" w:sz="3" w:space="0" w:color="auto"/>
              <w:bottom w:val="single" w:sz="4" w:space="0" w:color="auto"/>
              <w:right w:val="single" w:sz="4" w:space="0" w:color="auto"/>
            </w:tcBorders>
            <w:tcMar>
              <w:left w:w="0" w:type="dxa"/>
              <w:right w:w="0" w:type="dxa"/>
            </w:tcMar>
          </w:tcPr>
          <w:p w14:paraId="6D3200CA" w14:textId="77777777" w:rsidR="0097296A" w:rsidRPr="007204D9" w:rsidRDefault="00000000">
            <w:pPr>
              <w:autoSpaceDE w:val="0"/>
              <w:autoSpaceDN w:val="0"/>
              <w:spacing w:before="98" w:after="0" w:line="200" w:lineRule="exact"/>
              <w:ind w:right="334"/>
              <w:jc w:val="right"/>
            </w:pPr>
            <w:r w:rsidRPr="007204D9">
              <w:rPr>
                <w:color w:val="000000"/>
                <w:sz w:val="18"/>
              </w:rPr>
              <w:t xml:space="preserve">0 </w:t>
            </w:r>
          </w:p>
        </w:tc>
      </w:tr>
      <w:tr w:rsidR="0097296A" w:rsidRPr="007204D9" w14:paraId="605248FF" w14:textId="77777777">
        <w:trPr>
          <w:trHeight w:val="914"/>
        </w:trPr>
        <w:tc>
          <w:tcPr>
            <w:tcW w:w="2089" w:type="dxa"/>
            <w:vMerge/>
            <w:tcBorders>
              <w:top w:val="single" w:sz="3" w:space="0" w:color="auto"/>
              <w:left w:val="single" w:sz="4" w:space="0" w:color="auto"/>
              <w:bottom w:val="single" w:sz="4" w:space="0" w:color="auto"/>
              <w:right w:val="single" w:sz="4" w:space="0" w:color="auto"/>
            </w:tcBorders>
          </w:tcPr>
          <w:p w14:paraId="085C0B48" w14:textId="77777777" w:rsidR="0097296A" w:rsidRPr="007204D9" w:rsidRDefault="0097296A"/>
        </w:tc>
        <w:tc>
          <w:tcPr>
            <w:tcW w:w="2089" w:type="dxa"/>
            <w:vMerge/>
            <w:tcBorders>
              <w:top w:val="single" w:sz="3" w:space="0" w:color="auto"/>
              <w:left w:val="single" w:sz="4" w:space="0" w:color="auto"/>
              <w:bottom w:val="single" w:sz="4" w:space="0" w:color="auto"/>
              <w:right w:val="single" w:sz="3" w:space="0" w:color="auto"/>
            </w:tcBorders>
          </w:tcPr>
          <w:p w14:paraId="4E298C71" w14:textId="77777777" w:rsidR="0097296A" w:rsidRPr="007204D9" w:rsidRDefault="0097296A"/>
        </w:tc>
        <w:tc>
          <w:tcPr>
            <w:tcW w:w="8698" w:type="dxa"/>
            <w:gridSpan w:val="3"/>
            <w:tcBorders>
              <w:top w:val="single" w:sz="4" w:space="0" w:color="auto"/>
              <w:left w:val="single" w:sz="3" w:space="0" w:color="auto"/>
              <w:bottom w:val="single" w:sz="4" w:space="0" w:color="auto"/>
              <w:right w:val="single" w:sz="4" w:space="0" w:color="auto"/>
            </w:tcBorders>
            <w:tcMar>
              <w:left w:w="0" w:type="dxa"/>
              <w:right w:w="0" w:type="dxa"/>
            </w:tcMar>
          </w:tcPr>
          <w:p w14:paraId="2AFDA93D" w14:textId="77777777" w:rsidR="0097296A" w:rsidRPr="007204D9" w:rsidRDefault="00000000">
            <w:pPr>
              <w:autoSpaceDE w:val="0"/>
              <w:autoSpaceDN w:val="0"/>
              <w:spacing w:before="2" w:after="0" w:line="200" w:lineRule="exact"/>
              <w:ind w:left="84"/>
            </w:pPr>
            <w:r w:rsidRPr="007204D9">
              <w:rPr>
                <w:color w:val="000000"/>
                <w:sz w:val="18"/>
              </w:rPr>
              <w:t xml:space="preserve">Comentário: </w:t>
            </w:r>
          </w:p>
        </w:tc>
      </w:tr>
      <w:tr w:rsidR="0097296A" w:rsidRPr="007204D9" w14:paraId="2D29BFD1" w14:textId="77777777">
        <w:trPr>
          <w:trHeight w:val="392"/>
        </w:trPr>
        <w:tc>
          <w:tcPr>
            <w:tcW w:w="10400" w:type="dxa"/>
            <w:gridSpan w:val="5"/>
            <w:tcBorders>
              <w:top w:val="single" w:sz="4" w:space="0" w:color="auto"/>
              <w:left w:val="single" w:sz="8" w:space="0" w:color="auto"/>
              <w:bottom w:val="single" w:sz="8" w:space="0" w:color="auto"/>
              <w:right w:val="single" w:sz="8" w:space="0" w:color="auto"/>
            </w:tcBorders>
            <w:tcMar>
              <w:left w:w="0" w:type="dxa"/>
              <w:right w:w="0" w:type="dxa"/>
            </w:tcMar>
          </w:tcPr>
          <w:p w14:paraId="4FC7558C" w14:textId="77777777" w:rsidR="0097296A" w:rsidRPr="007204D9" w:rsidRDefault="00000000">
            <w:pPr>
              <w:autoSpaceDE w:val="0"/>
              <w:autoSpaceDN w:val="0"/>
              <w:spacing w:before="82" w:after="0" w:line="200" w:lineRule="exact"/>
              <w:jc w:val="center"/>
            </w:pPr>
            <w:r w:rsidRPr="007204D9">
              <w:rPr>
                <w:b/>
                <w:color w:val="000000"/>
                <w:sz w:val="18"/>
              </w:rPr>
              <w:t xml:space="preserve">RESULTADO </w:t>
            </w:r>
          </w:p>
        </w:tc>
      </w:tr>
    </w:tbl>
    <w:p w14:paraId="35B0743E" w14:textId="77777777" w:rsidR="0097296A" w:rsidRPr="007204D9" w:rsidRDefault="0097296A">
      <w:pPr>
        <w:autoSpaceDE w:val="0"/>
        <w:autoSpaceDN w:val="0"/>
        <w:spacing w:after="0" w:line="242" w:lineRule="exact"/>
      </w:pPr>
    </w:p>
    <w:tbl>
      <w:tblPr>
        <w:tblW w:w="0" w:type="auto"/>
        <w:tblInd w:w="4" w:type="dxa"/>
        <w:tblLayout w:type="fixed"/>
        <w:tblLook w:val="04A0" w:firstRow="1" w:lastRow="0" w:firstColumn="1" w:lastColumn="0" w:noHBand="0" w:noVBand="1"/>
      </w:tblPr>
      <w:tblGrid>
        <w:gridCol w:w="10400"/>
      </w:tblGrid>
      <w:tr w:rsidR="0097296A" w:rsidRPr="007204D9" w14:paraId="31B8EB79" w14:textId="77777777">
        <w:trPr>
          <w:trHeight w:val="398"/>
        </w:trPr>
        <w:tc>
          <w:tcPr>
            <w:tcW w:w="10400" w:type="dxa"/>
            <w:tcBorders>
              <w:top w:val="single" w:sz="3" w:space="0" w:color="auto"/>
              <w:left w:val="single" w:sz="4" w:space="0" w:color="auto"/>
              <w:bottom w:val="single" w:sz="4" w:space="0" w:color="auto"/>
              <w:right w:val="single" w:sz="3" w:space="0" w:color="auto"/>
            </w:tcBorders>
            <w:tcMar>
              <w:left w:w="0" w:type="dxa"/>
              <w:right w:w="0" w:type="dxa"/>
            </w:tcMar>
          </w:tcPr>
          <w:p w14:paraId="4D6834A8" w14:textId="77777777" w:rsidR="0097296A" w:rsidRPr="007204D9" w:rsidRDefault="00000000">
            <w:pPr>
              <w:autoSpaceDE w:val="0"/>
              <w:autoSpaceDN w:val="0"/>
              <w:spacing w:before="88" w:after="0" w:line="200" w:lineRule="exact"/>
              <w:jc w:val="center"/>
            </w:pPr>
            <w:r w:rsidRPr="007204D9">
              <w:rPr>
                <w:b/>
                <w:color w:val="000000"/>
                <w:sz w:val="18"/>
              </w:rPr>
              <w:t xml:space="preserve">DIAGNÓSTICO QUANTITATIVO </w:t>
            </w:r>
          </w:p>
        </w:tc>
      </w:tr>
      <w:tr w:rsidR="0097296A" w:rsidRPr="007204D9" w14:paraId="1F44F484" w14:textId="77777777">
        <w:trPr>
          <w:trHeight w:val="4910"/>
        </w:trPr>
        <w:tc>
          <w:tcPr>
            <w:tcW w:w="10400" w:type="dxa"/>
            <w:tcBorders>
              <w:top w:val="single" w:sz="4" w:space="0" w:color="auto"/>
              <w:left w:val="single" w:sz="4" w:space="0" w:color="auto"/>
              <w:bottom w:val="single" w:sz="4" w:space="0" w:color="auto"/>
              <w:right w:val="single" w:sz="3" w:space="0" w:color="auto"/>
            </w:tcBorders>
            <w:tcMar>
              <w:left w:w="0" w:type="dxa"/>
              <w:right w:w="0" w:type="dxa"/>
            </w:tcMar>
          </w:tcPr>
          <w:p w14:paraId="1E2E3DA7" w14:textId="77777777" w:rsidR="0097296A" w:rsidRPr="007204D9" w:rsidRDefault="00000000">
            <w:pPr>
              <w:autoSpaceDE w:val="0"/>
              <w:autoSpaceDN w:val="0"/>
              <w:spacing w:after="20" w:line="224" w:lineRule="exact"/>
              <w:ind w:left="8496" w:right="1008"/>
              <w:jc w:val="center"/>
            </w:pPr>
            <w:r w:rsidRPr="007204D9">
              <w:rPr>
                <w:color w:val="000000"/>
                <w:sz w:val="18"/>
              </w:rPr>
              <w:t xml:space="preserve">Máximo </w:t>
            </w:r>
            <w:r w:rsidRPr="007204D9">
              <w:br/>
            </w:r>
            <w:r w:rsidRPr="007204D9">
              <w:rPr>
                <w:color w:val="000000"/>
                <w:sz w:val="18"/>
              </w:rPr>
              <w:t xml:space="preserve">possível </w:t>
            </w:r>
          </w:p>
          <w:tbl>
            <w:tblPr>
              <w:tblW w:w="0" w:type="auto"/>
              <w:tblInd w:w="36" w:type="dxa"/>
              <w:tblLayout w:type="fixed"/>
              <w:tblLook w:val="04A0" w:firstRow="1" w:lastRow="0" w:firstColumn="1" w:lastColumn="0" w:noHBand="0" w:noVBand="1"/>
            </w:tblPr>
            <w:tblGrid>
              <w:gridCol w:w="2080"/>
              <w:gridCol w:w="1020"/>
              <w:gridCol w:w="760"/>
              <w:gridCol w:w="3420"/>
              <w:gridCol w:w="244"/>
              <w:gridCol w:w="756"/>
              <w:gridCol w:w="560"/>
              <w:gridCol w:w="1120"/>
            </w:tblGrid>
            <w:tr w:rsidR="0097296A" w:rsidRPr="007204D9" w14:paraId="24F0D10E" w14:textId="77777777">
              <w:trPr>
                <w:trHeight w:val="208"/>
              </w:trPr>
              <w:tc>
                <w:tcPr>
                  <w:tcW w:w="3100" w:type="dxa"/>
                  <w:gridSpan w:val="2"/>
                  <w:vMerge w:val="restart"/>
                  <w:tcMar>
                    <w:left w:w="0" w:type="dxa"/>
                    <w:right w:w="0" w:type="dxa"/>
                  </w:tcMar>
                </w:tcPr>
                <w:p w14:paraId="6EFFE816" w14:textId="77777777" w:rsidR="0097296A" w:rsidRPr="007204D9" w:rsidRDefault="00000000">
                  <w:pPr>
                    <w:autoSpaceDE w:val="0"/>
                    <w:autoSpaceDN w:val="0"/>
                    <w:spacing w:before="124" w:after="0" w:line="202" w:lineRule="exact"/>
                    <w:ind w:left="40"/>
                  </w:pPr>
                  <w:r w:rsidRPr="007204D9">
                    <w:rPr>
                      <w:b/>
                      <w:color w:val="000000"/>
                      <w:sz w:val="18"/>
                    </w:rPr>
                    <w:t xml:space="preserve">Número de questões da subárea: </w:t>
                  </w:r>
                </w:p>
              </w:tc>
              <w:tc>
                <w:tcPr>
                  <w:tcW w:w="760" w:type="dxa"/>
                  <w:vMerge w:val="restart"/>
                  <w:tcMar>
                    <w:left w:w="0" w:type="dxa"/>
                    <w:right w:w="0" w:type="dxa"/>
                  </w:tcMar>
                </w:tcPr>
                <w:p w14:paraId="6A778B93" w14:textId="77777777" w:rsidR="0097296A" w:rsidRPr="007204D9" w:rsidRDefault="00000000">
                  <w:pPr>
                    <w:autoSpaceDE w:val="0"/>
                    <w:autoSpaceDN w:val="0"/>
                    <w:spacing w:before="132" w:after="0" w:line="200" w:lineRule="exact"/>
                    <w:ind w:left="158"/>
                  </w:pPr>
                  <w:r w:rsidRPr="007204D9">
                    <w:rPr>
                      <w:color w:val="000000"/>
                      <w:sz w:val="18"/>
                    </w:rPr>
                    <w:t xml:space="preserve">6 </w:t>
                  </w:r>
                </w:p>
              </w:tc>
              <w:tc>
                <w:tcPr>
                  <w:tcW w:w="3664" w:type="dxa"/>
                  <w:gridSpan w:val="2"/>
                  <w:tcMar>
                    <w:left w:w="0" w:type="dxa"/>
                    <w:right w:w="0" w:type="dxa"/>
                  </w:tcMar>
                </w:tcPr>
                <w:p w14:paraId="073282B6" w14:textId="77777777" w:rsidR="0097296A" w:rsidRPr="007204D9" w:rsidRDefault="00000000">
                  <w:pPr>
                    <w:autoSpaceDE w:val="0"/>
                    <w:autoSpaceDN w:val="0"/>
                    <w:spacing w:before="6" w:after="0" w:line="202" w:lineRule="exact"/>
                    <w:ind w:right="220"/>
                    <w:jc w:val="right"/>
                  </w:pPr>
                  <w:r w:rsidRPr="007204D9">
                    <w:rPr>
                      <w:b/>
                      <w:color w:val="000000"/>
                      <w:sz w:val="18"/>
                    </w:rPr>
                    <w:t xml:space="preserve">Atendimento em relação ao </w:t>
                  </w:r>
                </w:p>
              </w:tc>
              <w:tc>
                <w:tcPr>
                  <w:tcW w:w="756" w:type="dxa"/>
                  <w:vMerge w:val="restart"/>
                  <w:tcMar>
                    <w:left w:w="0" w:type="dxa"/>
                    <w:right w:w="0" w:type="dxa"/>
                  </w:tcMar>
                </w:tcPr>
                <w:p w14:paraId="37CD40B5" w14:textId="77777777" w:rsidR="0097296A" w:rsidRPr="007204D9" w:rsidRDefault="00000000">
                  <w:pPr>
                    <w:autoSpaceDE w:val="0"/>
                    <w:autoSpaceDN w:val="0"/>
                    <w:spacing w:before="122" w:after="0" w:line="200" w:lineRule="exact"/>
                    <w:ind w:right="92"/>
                    <w:jc w:val="right"/>
                  </w:pPr>
                  <w:r w:rsidRPr="007204D9">
                    <w:rPr>
                      <w:b/>
                      <w:color w:val="000000"/>
                      <w:sz w:val="18"/>
                    </w:rPr>
                    <w:t xml:space="preserve">0,0% </w:t>
                  </w:r>
                </w:p>
              </w:tc>
              <w:tc>
                <w:tcPr>
                  <w:tcW w:w="560" w:type="dxa"/>
                  <w:vMerge w:val="restart"/>
                  <w:tcMar>
                    <w:left w:w="0" w:type="dxa"/>
                    <w:right w:w="0" w:type="dxa"/>
                  </w:tcMar>
                </w:tcPr>
                <w:p w14:paraId="58382942" w14:textId="77777777" w:rsidR="0097296A" w:rsidRPr="007204D9" w:rsidRDefault="00000000">
                  <w:pPr>
                    <w:autoSpaceDE w:val="0"/>
                    <w:autoSpaceDN w:val="0"/>
                    <w:spacing w:before="122" w:after="0" w:line="200" w:lineRule="exact"/>
                    <w:ind w:left="104"/>
                  </w:pPr>
                  <w:r w:rsidRPr="007204D9">
                    <w:rPr>
                      <w:b/>
                      <w:color w:val="000000"/>
                      <w:sz w:val="18"/>
                    </w:rPr>
                    <w:t xml:space="preserve">de </w:t>
                  </w:r>
                </w:p>
              </w:tc>
              <w:tc>
                <w:tcPr>
                  <w:tcW w:w="1120" w:type="dxa"/>
                  <w:vMerge w:val="restart"/>
                  <w:tcMar>
                    <w:left w:w="0" w:type="dxa"/>
                    <w:right w:w="0" w:type="dxa"/>
                  </w:tcMar>
                </w:tcPr>
                <w:p w14:paraId="7D93AA15" w14:textId="77777777" w:rsidR="0097296A" w:rsidRPr="007204D9" w:rsidRDefault="00000000">
                  <w:pPr>
                    <w:autoSpaceDE w:val="0"/>
                    <w:autoSpaceDN w:val="0"/>
                    <w:spacing w:before="122" w:after="0" w:line="200" w:lineRule="exact"/>
                    <w:ind w:left="208"/>
                  </w:pPr>
                  <w:r w:rsidRPr="007204D9">
                    <w:rPr>
                      <w:b/>
                      <w:color w:val="000000"/>
                      <w:sz w:val="18"/>
                    </w:rPr>
                    <w:t xml:space="preserve">8,8% </w:t>
                  </w:r>
                </w:p>
              </w:tc>
            </w:tr>
            <w:tr w:rsidR="0097296A" w:rsidRPr="007204D9" w14:paraId="1935546A" w14:textId="77777777">
              <w:trPr>
                <w:trHeight w:val="260"/>
              </w:trPr>
              <w:tc>
                <w:tcPr>
                  <w:tcW w:w="2600" w:type="dxa"/>
                  <w:gridSpan w:val="2"/>
                  <w:vMerge/>
                </w:tcPr>
                <w:p w14:paraId="4590CF71" w14:textId="77777777" w:rsidR="0097296A" w:rsidRPr="007204D9" w:rsidRDefault="0097296A"/>
              </w:tc>
              <w:tc>
                <w:tcPr>
                  <w:tcW w:w="1300" w:type="dxa"/>
                  <w:vMerge/>
                </w:tcPr>
                <w:p w14:paraId="5F72F538" w14:textId="77777777" w:rsidR="0097296A" w:rsidRPr="007204D9" w:rsidRDefault="0097296A"/>
              </w:tc>
              <w:tc>
                <w:tcPr>
                  <w:tcW w:w="3664" w:type="dxa"/>
                  <w:gridSpan w:val="2"/>
                  <w:tcMar>
                    <w:left w:w="0" w:type="dxa"/>
                    <w:right w:w="0" w:type="dxa"/>
                  </w:tcMar>
                </w:tcPr>
                <w:p w14:paraId="58365702" w14:textId="77777777" w:rsidR="0097296A" w:rsidRPr="007204D9" w:rsidRDefault="00000000">
                  <w:pPr>
                    <w:autoSpaceDE w:val="0"/>
                    <w:autoSpaceDN w:val="0"/>
                    <w:spacing w:before="18" w:after="0" w:line="200" w:lineRule="exact"/>
                    <w:ind w:right="1556"/>
                    <w:jc w:val="right"/>
                  </w:pPr>
                  <w:r w:rsidRPr="007204D9">
                    <w:rPr>
                      <w:b/>
                      <w:color w:val="000000"/>
                      <w:sz w:val="18"/>
                    </w:rPr>
                    <w:t xml:space="preserve">total (ART): </w:t>
                  </w:r>
                </w:p>
              </w:tc>
              <w:tc>
                <w:tcPr>
                  <w:tcW w:w="1300" w:type="dxa"/>
                  <w:vMerge/>
                </w:tcPr>
                <w:p w14:paraId="37B4D69F" w14:textId="77777777" w:rsidR="0097296A" w:rsidRPr="007204D9" w:rsidRDefault="0097296A"/>
              </w:tc>
              <w:tc>
                <w:tcPr>
                  <w:tcW w:w="1300" w:type="dxa"/>
                  <w:vMerge/>
                </w:tcPr>
                <w:p w14:paraId="2F9A6502" w14:textId="77777777" w:rsidR="0097296A" w:rsidRPr="007204D9" w:rsidRDefault="0097296A"/>
              </w:tc>
              <w:tc>
                <w:tcPr>
                  <w:tcW w:w="1300" w:type="dxa"/>
                  <w:vMerge/>
                </w:tcPr>
                <w:p w14:paraId="5121CFFF" w14:textId="77777777" w:rsidR="0097296A" w:rsidRPr="007204D9" w:rsidRDefault="0097296A"/>
              </w:tc>
            </w:tr>
            <w:tr w:rsidR="0097296A" w:rsidRPr="007204D9" w14:paraId="126C15CF" w14:textId="77777777">
              <w:trPr>
                <w:trHeight w:val="240"/>
              </w:trPr>
              <w:tc>
                <w:tcPr>
                  <w:tcW w:w="3100" w:type="dxa"/>
                  <w:gridSpan w:val="2"/>
                  <w:tcMar>
                    <w:left w:w="0" w:type="dxa"/>
                    <w:right w:w="0" w:type="dxa"/>
                  </w:tcMar>
                </w:tcPr>
                <w:p w14:paraId="2DF413C4" w14:textId="77777777" w:rsidR="0097296A" w:rsidRPr="007204D9" w:rsidRDefault="00000000">
                  <w:pPr>
                    <w:autoSpaceDE w:val="0"/>
                    <w:autoSpaceDN w:val="0"/>
                    <w:spacing w:before="38" w:after="0" w:line="202" w:lineRule="exact"/>
                    <w:ind w:left="40"/>
                  </w:pPr>
                  <w:r w:rsidRPr="007204D9">
                    <w:rPr>
                      <w:b/>
                      <w:color w:val="000000"/>
                      <w:sz w:val="18"/>
                    </w:rPr>
                    <w:t xml:space="preserve">Número de questões qualitativas: </w:t>
                  </w:r>
                </w:p>
              </w:tc>
              <w:tc>
                <w:tcPr>
                  <w:tcW w:w="760" w:type="dxa"/>
                  <w:vMerge w:val="restart"/>
                  <w:tcMar>
                    <w:left w:w="0" w:type="dxa"/>
                    <w:right w:w="0" w:type="dxa"/>
                  </w:tcMar>
                </w:tcPr>
                <w:p w14:paraId="07A714F5" w14:textId="77777777" w:rsidR="0097296A" w:rsidRPr="007204D9" w:rsidRDefault="00000000">
                  <w:pPr>
                    <w:autoSpaceDE w:val="0"/>
                    <w:autoSpaceDN w:val="0"/>
                    <w:spacing w:before="64" w:after="0" w:line="202" w:lineRule="exact"/>
                    <w:ind w:left="158"/>
                  </w:pPr>
                  <w:r w:rsidRPr="007204D9">
                    <w:rPr>
                      <w:color w:val="000000"/>
                      <w:sz w:val="18"/>
                    </w:rPr>
                    <w:t xml:space="preserve">0 </w:t>
                  </w:r>
                </w:p>
              </w:tc>
              <w:tc>
                <w:tcPr>
                  <w:tcW w:w="3420" w:type="dxa"/>
                  <w:tcMar>
                    <w:left w:w="0" w:type="dxa"/>
                    <w:right w:w="0" w:type="dxa"/>
                  </w:tcMar>
                </w:tcPr>
                <w:p w14:paraId="2FDBAACF" w14:textId="77777777" w:rsidR="0097296A" w:rsidRPr="007204D9" w:rsidRDefault="00000000">
                  <w:pPr>
                    <w:autoSpaceDE w:val="0"/>
                    <w:autoSpaceDN w:val="0"/>
                    <w:spacing w:before="38" w:after="0" w:line="202" w:lineRule="exact"/>
                    <w:ind w:right="12"/>
                    <w:jc w:val="right"/>
                  </w:pPr>
                  <w:r w:rsidRPr="007204D9">
                    <w:rPr>
                      <w:b/>
                      <w:color w:val="000000"/>
                      <w:sz w:val="18"/>
                    </w:rPr>
                    <w:t xml:space="preserve">Atendimento subárea (AS): </w:t>
                  </w:r>
                </w:p>
              </w:tc>
              <w:tc>
                <w:tcPr>
                  <w:tcW w:w="2680" w:type="dxa"/>
                  <w:gridSpan w:val="4"/>
                  <w:tcMar>
                    <w:left w:w="0" w:type="dxa"/>
                    <w:right w:w="0" w:type="dxa"/>
                  </w:tcMar>
                </w:tcPr>
                <w:p w14:paraId="19349CB2" w14:textId="77777777" w:rsidR="0097296A" w:rsidRPr="007204D9" w:rsidRDefault="00000000">
                  <w:pPr>
                    <w:autoSpaceDE w:val="0"/>
                    <w:autoSpaceDN w:val="0"/>
                    <w:spacing w:before="38" w:after="0" w:line="202" w:lineRule="exact"/>
                    <w:ind w:left="464"/>
                  </w:pPr>
                  <w:r w:rsidRPr="007204D9">
                    <w:rPr>
                      <w:b/>
                      <w:color w:val="000000"/>
                      <w:sz w:val="18"/>
                    </w:rPr>
                    <w:t xml:space="preserve">0,0% </w:t>
                  </w:r>
                </w:p>
              </w:tc>
            </w:tr>
            <w:tr w:rsidR="0097296A" w:rsidRPr="007204D9" w14:paraId="70F93AB0" w14:textId="77777777">
              <w:trPr>
                <w:trHeight w:val="200"/>
              </w:trPr>
              <w:tc>
                <w:tcPr>
                  <w:tcW w:w="3100" w:type="dxa"/>
                  <w:gridSpan w:val="2"/>
                  <w:vMerge w:val="restart"/>
                  <w:tcMar>
                    <w:left w:w="0" w:type="dxa"/>
                    <w:right w:w="0" w:type="dxa"/>
                  </w:tcMar>
                </w:tcPr>
                <w:p w14:paraId="578D6211" w14:textId="77777777" w:rsidR="0097296A" w:rsidRPr="007204D9" w:rsidRDefault="00000000">
                  <w:pPr>
                    <w:autoSpaceDE w:val="0"/>
                    <w:autoSpaceDN w:val="0"/>
                    <w:spacing w:before="118" w:after="0" w:line="200" w:lineRule="exact"/>
                    <w:ind w:left="40"/>
                  </w:pPr>
                  <w:r w:rsidRPr="007204D9">
                    <w:rPr>
                      <w:b/>
                      <w:color w:val="000000"/>
                      <w:sz w:val="18"/>
                    </w:rPr>
                    <w:t xml:space="preserve">Total de questões </w:t>
                  </w:r>
                </w:p>
              </w:tc>
              <w:tc>
                <w:tcPr>
                  <w:tcW w:w="1300" w:type="dxa"/>
                  <w:vMerge/>
                </w:tcPr>
                <w:p w14:paraId="65F80508" w14:textId="77777777" w:rsidR="0097296A" w:rsidRPr="007204D9" w:rsidRDefault="0097296A"/>
              </w:tc>
              <w:tc>
                <w:tcPr>
                  <w:tcW w:w="6100" w:type="dxa"/>
                  <w:gridSpan w:val="5"/>
                  <w:vMerge w:val="restart"/>
                  <w:tcMar>
                    <w:left w:w="0" w:type="dxa"/>
                    <w:right w:w="0" w:type="dxa"/>
                  </w:tcMar>
                </w:tcPr>
                <w:p w14:paraId="76E60275" w14:textId="77777777" w:rsidR="0097296A" w:rsidRPr="007204D9" w:rsidRDefault="00000000">
                  <w:pPr>
                    <w:autoSpaceDE w:val="0"/>
                    <w:autoSpaceDN w:val="0"/>
                    <w:spacing w:before="1704" w:after="0" w:line="240" w:lineRule="auto"/>
                    <w:jc w:val="center"/>
                  </w:pPr>
                  <w:r w:rsidRPr="007204D9">
                    <w:rPr>
                      <w:noProof/>
                    </w:rPr>
                    <w:drawing>
                      <wp:inline distT="0" distB="0" distL="0" distR="0" wp14:anchorId="7A0BE466" wp14:editId="354619BD">
                        <wp:extent cx="3321050" cy="323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3321050" cy="323850"/>
                                </a:xfrm>
                                <a:prstGeom prst="rect">
                                  <a:avLst/>
                                </a:prstGeom>
                              </pic:spPr>
                            </pic:pic>
                          </a:graphicData>
                        </a:graphic>
                      </wp:inline>
                    </w:drawing>
                  </w:r>
                </w:p>
              </w:tc>
            </w:tr>
            <w:tr w:rsidR="0097296A" w:rsidRPr="007204D9" w14:paraId="77D6FCDF" w14:textId="77777777">
              <w:trPr>
                <w:trHeight w:val="491"/>
              </w:trPr>
              <w:tc>
                <w:tcPr>
                  <w:tcW w:w="2600" w:type="dxa"/>
                  <w:gridSpan w:val="2"/>
                  <w:vMerge/>
                </w:tcPr>
                <w:p w14:paraId="244D5944" w14:textId="77777777" w:rsidR="0097296A" w:rsidRPr="007204D9" w:rsidRDefault="0097296A"/>
              </w:tc>
              <w:tc>
                <w:tcPr>
                  <w:tcW w:w="760" w:type="dxa"/>
                  <w:vMerge w:val="restart"/>
                  <w:tcMar>
                    <w:left w:w="0" w:type="dxa"/>
                    <w:right w:w="0" w:type="dxa"/>
                  </w:tcMar>
                </w:tcPr>
                <w:p w14:paraId="46664BC3" w14:textId="77777777" w:rsidR="0097296A" w:rsidRPr="007204D9" w:rsidRDefault="00000000">
                  <w:pPr>
                    <w:autoSpaceDE w:val="0"/>
                    <w:autoSpaceDN w:val="0"/>
                    <w:spacing w:before="100" w:after="0" w:line="200" w:lineRule="exact"/>
                    <w:ind w:left="158"/>
                  </w:pPr>
                  <w:r w:rsidRPr="007204D9">
                    <w:rPr>
                      <w:color w:val="000000"/>
                      <w:sz w:val="18"/>
                    </w:rPr>
                    <w:t xml:space="preserve">0 </w:t>
                  </w:r>
                </w:p>
              </w:tc>
              <w:tc>
                <w:tcPr>
                  <w:tcW w:w="6500" w:type="dxa"/>
                  <w:gridSpan w:val="5"/>
                  <w:vMerge/>
                </w:tcPr>
                <w:p w14:paraId="5D754B4F" w14:textId="77777777" w:rsidR="0097296A" w:rsidRPr="007204D9" w:rsidRDefault="0097296A"/>
              </w:tc>
            </w:tr>
            <w:tr w:rsidR="0097296A" w:rsidRPr="007204D9" w14:paraId="3344240B" w14:textId="77777777">
              <w:trPr>
                <w:trHeight w:val="206"/>
              </w:trPr>
              <w:tc>
                <w:tcPr>
                  <w:tcW w:w="3100" w:type="dxa"/>
                  <w:gridSpan w:val="2"/>
                  <w:vMerge w:val="restart"/>
                  <w:tcMar>
                    <w:left w:w="0" w:type="dxa"/>
                    <w:right w:w="0" w:type="dxa"/>
                  </w:tcMar>
                </w:tcPr>
                <w:p w14:paraId="0DAFFBCA" w14:textId="77777777" w:rsidR="0097296A" w:rsidRPr="007204D9" w:rsidRDefault="00000000">
                  <w:pPr>
                    <w:autoSpaceDE w:val="0"/>
                    <w:autoSpaceDN w:val="0"/>
                    <w:spacing w:before="4" w:after="0" w:line="200" w:lineRule="exact"/>
                    <w:ind w:left="40"/>
                  </w:pPr>
                  <w:r w:rsidRPr="007204D9">
                    <w:rPr>
                      <w:b/>
                      <w:color w:val="000000"/>
                      <w:sz w:val="18"/>
                    </w:rPr>
                    <w:t xml:space="preserve">atendidas: </w:t>
                  </w:r>
                </w:p>
              </w:tc>
              <w:tc>
                <w:tcPr>
                  <w:tcW w:w="1300" w:type="dxa"/>
                  <w:vMerge/>
                </w:tcPr>
                <w:p w14:paraId="335B22C4" w14:textId="77777777" w:rsidR="0097296A" w:rsidRPr="007204D9" w:rsidRDefault="0097296A"/>
              </w:tc>
              <w:tc>
                <w:tcPr>
                  <w:tcW w:w="6500" w:type="dxa"/>
                  <w:gridSpan w:val="5"/>
                  <w:vMerge/>
                </w:tcPr>
                <w:p w14:paraId="4A517D63" w14:textId="77777777" w:rsidR="0097296A" w:rsidRPr="007204D9" w:rsidRDefault="0097296A"/>
              </w:tc>
            </w:tr>
            <w:tr w:rsidR="0097296A" w:rsidRPr="007204D9" w14:paraId="13E5A23B" w14:textId="77777777">
              <w:trPr>
                <w:trHeight w:val="491"/>
              </w:trPr>
              <w:tc>
                <w:tcPr>
                  <w:tcW w:w="2600" w:type="dxa"/>
                  <w:gridSpan w:val="2"/>
                  <w:vMerge/>
                </w:tcPr>
                <w:p w14:paraId="5827951C" w14:textId="77777777" w:rsidR="0097296A" w:rsidRPr="007204D9" w:rsidRDefault="0097296A"/>
              </w:tc>
              <w:tc>
                <w:tcPr>
                  <w:tcW w:w="760" w:type="dxa"/>
                  <w:vMerge w:val="restart"/>
                  <w:tcMar>
                    <w:left w:w="0" w:type="dxa"/>
                    <w:right w:w="0" w:type="dxa"/>
                  </w:tcMar>
                </w:tcPr>
                <w:p w14:paraId="01902838" w14:textId="77777777" w:rsidR="0097296A" w:rsidRPr="007204D9" w:rsidRDefault="00000000">
                  <w:pPr>
                    <w:autoSpaceDE w:val="0"/>
                    <w:autoSpaceDN w:val="0"/>
                    <w:spacing w:before="100" w:after="0" w:line="200" w:lineRule="exact"/>
                    <w:ind w:left="158"/>
                  </w:pPr>
                  <w:r w:rsidRPr="007204D9">
                    <w:rPr>
                      <w:color w:val="000000"/>
                      <w:sz w:val="18"/>
                    </w:rPr>
                    <w:t xml:space="preserve">0 </w:t>
                  </w:r>
                </w:p>
              </w:tc>
              <w:tc>
                <w:tcPr>
                  <w:tcW w:w="6500" w:type="dxa"/>
                  <w:gridSpan w:val="5"/>
                  <w:vMerge/>
                </w:tcPr>
                <w:p w14:paraId="1263A60B" w14:textId="77777777" w:rsidR="0097296A" w:rsidRPr="007204D9" w:rsidRDefault="0097296A"/>
              </w:tc>
            </w:tr>
            <w:tr w:rsidR="0097296A" w:rsidRPr="007204D9" w14:paraId="331F3A96" w14:textId="77777777">
              <w:trPr>
                <w:trHeight w:val="346"/>
              </w:trPr>
              <w:tc>
                <w:tcPr>
                  <w:tcW w:w="3100" w:type="dxa"/>
                  <w:gridSpan w:val="2"/>
                  <w:tcMar>
                    <w:left w:w="0" w:type="dxa"/>
                    <w:right w:w="0" w:type="dxa"/>
                  </w:tcMar>
                </w:tcPr>
                <w:p w14:paraId="6B8D732E" w14:textId="77777777" w:rsidR="0097296A" w:rsidRPr="007204D9" w:rsidRDefault="00000000">
                  <w:pPr>
                    <w:autoSpaceDE w:val="0"/>
                    <w:autoSpaceDN w:val="0"/>
                    <w:spacing w:before="48" w:after="0" w:line="200" w:lineRule="exact"/>
                    <w:ind w:left="40"/>
                  </w:pPr>
                  <w:r w:rsidRPr="007204D9">
                    <w:rPr>
                      <w:b/>
                      <w:color w:val="000000"/>
                      <w:sz w:val="18"/>
                    </w:rPr>
                    <w:t xml:space="preserve">Total de questões não atendidas: </w:t>
                  </w:r>
                </w:p>
              </w:tc>
              <w:tc>
                <w:tcPr>
                  <w:tcW w:w="1300" w:type="dxa"/>
                  <w:vMerge/>
                </w:tcPr>
                <w:p w14:paraId="2C88A7AE" w14:textId="77777777" w:rsidR="0097296A" w:rsidRPr="007204D9" w:rsidRDefault="0097296A"/>
              </w:tc>
              <w:tc>
                <w:tcPr>
                  <w:tcW w:w="6500" w:type="dxa"/>
                  <w:gridSpan w:val="5"/>
                  <w:vMerge/>
                </w:tcPr>
                <w:p w14:paraId="1195991A" w14:textId="77777777" w:rsidR="0097296A" w:rsidRPr="007204D9" w:rsidRDefault="0097296A"/>
              </w:tc>
            </w:tr>
            <w:tr w:rsidR="0097296A" w:rsidRPr="007204D9" w14:paraId="1BF0EDBC" w14:textId="77777777">
              <w:trPr>
                <w:trHeight w:val="342"/>
              </w:trPr>
              <w:tc>
                <w:tcPr>
                  <w:tcW w:w="3100" w:type="dxa"/>
                  <w:gridSpan w:val="2"/>
                  <w:tcMar>
                    <w:left w:w="0" w:type="dxa"/>
                    <w:right w:w="0" w:type="dxa"/>
                  </w:tcMar>
                </w:tcPr>
                <w:p w14:paraId="5017528D" w14:textId="77777777" w:rsidR="0097296A" w:rsidRPr="007204D9" w:rsidRDefault="00000000">
                  <w:pPr>
                    <w:autoSpaceDE w:val="0"/>
                    <w:autoSpaceDN w:val="0"/>
                    <w:spacing w:before="92" w:after="0" w:line="202" w:lineRule="exact"/>
                    <w:ind w:left="40"/>
                  </w:pPr>
                  <w:r w:rsidRPr="007204D9">
                    <w:rPr>
                      <w:b/>
                      <w:color w:val="000000"/>
                      <w:sz w:val="18"/>
                    </w:rPr>
                    <w:t xml:space="preserve">Total de questões não aplicáveis: </w:t>
                  </w:r>
                </w:p>
              </w:tc>
              <w:tc>
                <w:tcPr>
                  <w:tcW w:w="760" w:type="dxa"/>
                  <w:vMerge w:val="restart"/>
                  <w:tcMar>
                    <w:left w:w="0" w:type="dxa"/>
                    <w:right w:w="0" w:type="dxa"/>
                  </w:tcMar>
                </w:tcPr>
                <w:p w14:paraId="29C6BEB2" w14:textId="77777777" w:rsidR="0097296A" w:rsidRPr="007204D9" w:rsidRDefault="00000000">
                  <w:pPr>
                    <w:autoSpaceDE w:val="0"/>
                    <w:autoSpaceDN w:val="0"/>
                    <w:spacing w:before="98" w:after="0" w:line="200" w:lineRule="exact"/>
                    <w:ind w:left="158"/>
                  </w:pPr>
                  <w:r w:rsidRPr="007204D9">
                    <w:rPr>
                      <w:color w:val="000000"/>
                      <w:sz w:val="18"/>
                    </w:rPr>
                    <w:t xml:space="preserve">0 </w:t>
                  </w:r>
                </w:p>
              </w:tc>
              <w:tc>
                <w:tcPr>
                  <w:tcW w:w="6500" w:type="dxa"/>
                  <w:gridSpan w:val="5"/>
                  <w:vMerge/>
                </w:tcPr>
                <w:p w14:paraId="488E737A" w14:textId="77777777" w:rsidR="0097296A" w:rsidRPr="007204D9" w:rsidRDefault="0097296A"/>
              </w:tc>
            </w:tr>
            <w:tr w:rsidR="0097296A" w:rsidRPr="007204D9" w14:paraId="03C579AF" w14:textId="77777777">
              <w:trPr>
                <w:trHeight w:val="200"/>
              </w:trPr>
              <w:tc>
                <w:tcPr>
                  <w:tcW w:w="3100" w:type="dxa"/>
                  <w:gridSpan w:val="2"/>
                  <w:vMerge w:val="restart"/>
                  <w:tcMar>
                    <w:left w:w="0" w:type="dxa"/>
                    <w:right w:w="0" w:type="dxa"/>
                  </w:tcMar>
                </w:tcPr>
                <w:p w14:paraId="04DCF3AE" w14:textId="77777777" w:rsidR="0097296A" w:rsidRPr="007204D9" w:rsidRDefault="00000000">
                  <w:pPr>
                    <w:autoSpaceDE w:val="0"/>
                    <w:autoSpaceDN w:val="0"/>
                    <w:spacing w:before="48" w:after="0" w:line="200" w:lineRule="exact"/>
                    <w:ind w:left="40"/>
                  </w:pPr>
                  <w:r w:rsidRPr="007204D9">
                    <w:rPr>
                      <w:b/>
                      <w:color w:val="000000"/>
                      <w:sz w:val="18"/>
                    </w:rPr>
                    <w:t xml:space="preserve">Total de questões atendidos com </w:t>
                  </w:r>
                </w:p>
              </w:tc>
              <w:tc>
                <w:tcPr>
                  <w:tcW w:w="1300" w:type="dxa"/>
                  <w:vMerge/>
                </w:tcPr>
                <w:p w14:paraId="2B7D1E66" w14:textId="77777777" w:rsidR="0097296A" w:rsidRPr="007204D9" w:rsidRDefault="0097296A"/>
              </w:tc>
              <w:tc>
                <w:tcPr>
                  <w:tcW w:w="6500" w:type="dxa"/>
                  <w:gridSpan w:val="5"/>
                  <w:vMerge/>
                </w:tcPr>
                <w:p w14:paraId="7A03EDC4" w14:textId="77777777" w:rsidR="0097296A" w:rsidRPr="007204D9" w:rsidRDefault="0097296A"/>
              </w:tc>
            </w:tr>
            <w:tr w:rsidR="0097296A" w:rsidRPr="007204D9" w14:paraId="19ABC0E1" w14:textId="77777777">
              <w:trPr>
                <w:trHeight w:val="491"/>
              </w:trPr>
              <w:tc>
                <w:tcPr>
                  <w:tcW w:w="2600" w:type="dxa"/>
                  <w:gridSpan w:val="2"/>
                  <w:vMerge/>
                </w:tcPr>
                <w:p w14:paraId="49D9DD41" w14:textId="77777777" w:rsidR="0097296A" w:rsidRPr="007204D9" w:rsidRDefault="0097296A"/>
              </w:tc>
              <w:tc>
                <w:tcPr>
                  <w:tcW w:w="760" w:type="dxa"/>
                  <w:vMerge w:val="restart"/>
                  <w:tcMar>
                    <w:left w:w="0" w:type="dxa"/>
                    <w:right w:w="0" w:type="dxa"/>
                  </w:tcMar>
                </w:tcPr>
                <w:p w14:paraId="4609E6AC" w14:textId="77777777" w:rsidR="0097296A" w:rsidRPr="007204D9" w:rsidRDefault="00000000">
                  <w:pPr>
                    <w:autoSpaceDE w:val="0"/>
                    <w:autoSpaceDN w:val="0"/>
                    <w:spacing w:before="100" w:after="0" w:line="200" w:lineRule="exact"/>
                    <w:ind w:left="158"/>
                  </w:pPr>
                  <w:r w:rsidRPr="007204D9">
                    <w:rPr>
                      <w:color w:val="000000"/>
                      <w:sz w:val="18"/>
                    </w:rPr>
                    <w:t xml:space="preserve">0 </w:t>
                  </w:r>
                </w:p>
              </w:tc>
              <w:tc>
                <w:tcPr>
                  <w:tcW w:w="6500" w:type="dxa"/>
                  <w:gridSpan w:val="5"/>
                  <w:vMerge/>
                </w:tcPr>
                <w:p w14:paraId="04E32915" w14:textId="77777777" w:rsidR="0097296A" w:rsidRPr="007204D9" w:rsidRDefault="0097296A"/>
              </w:tc>
            </w:tr>
            <w:tr w:rsidR="0097296A" w:rsidRPr="007204D9" w14:paraId="7D2C4022" w14:textId="77777777">
              <w:trPr>
                <w:trHeight w:val="210"/>
              </w:trPr>
              <w:tc>
                <w:tcPr>
                  <w:tcW w:w="3100" w:type="dxa"/>
                  <w:gridSpan w:val="2"/>
                  <w:tcMar>
                    <w:left w:w="0" w:type="dxa"/>
                    <w:right w:w="0" w:type="dxa"/>
                  </w:tcMar>
                </w:tcPr>
                <w:p w14:paraId="6D133EB1" w14:textId="77777777" w:rsidR="0097296A" w:rsidRPr="007204D9" w:rsidRDefault="00000000" w:rsidP="00050CAE">
                  <w:pPr>
                    <w:autoSpaceDE w:val="0"/>
                    <w:autoSpaceDN w:val="0"/>
                    <w:spacing w:before="4" w:after="0" w:line="202" w:lineRule="exact"/>
                  </w:pPr>
                  <w:r w:rsidRPr="007204D9">
                    <w:rPr>
                      <w:b/>
                      <w:color w:val="000000"/>
                      <w:sz w:val="18"/>
                    </w:rPr>
                    <w:t xml:space="preserve">restrição: </w:t>
                  </w:r>
                </w:p>
              </w:tc>
              <w:tc>
                <w:tcPr>
                  <w:tcW w:w="1300" w:type="dxa"/>
                  <w:vMerge/>
                </w:tcPr>
                <w:p w14:paraId="16590D08" w14:textId="77777777" w:rsidR="0097296A" w:rsidRPr="007204D9" w:rsidRDefault="0097296A"/>
              </w:tc>
              <w:tc>
                <w:tcPr>
                  <w:tcW w:w="6500" w:type="dxa"/>
                  <w:gridSpan w:val="5"/>
                  <w:vMerge/>
                </w:tcPr>
                <w:p w14:paraId="7155A1C7" w14:textId="77777777" w:rsidR="0097296A" w:rsidRPr="007204D9" w:rsidRDefault="0097296A"/>
              </w:tc>
            </w:tr>
            <w:tr w:rsidR="0097296A" w:rsidRPr="007204D9" w14:paraId="62EFE208" w14:textId="77777777">
              <w:trPr>
                <w:trHeight w:val="458"/>
              </w:trPr>
              <w:tc>
                <w:tcPr>
                  <w:tcW w:w="3100" w:type="dxa"/>
                  <w:gridSpan w:val="2"/>
                  <w:tcMar>
                    <w:left w:w="0" w:type="dxa"/>
                    <w:right w:w="0" w:type="dxa"/>
                  </w:tcMar>
                </w:tcPr>
                <w:p w14:paraId="25A54779" w14:textId="77777777" w:rsidR="0097296A" w:rsidRPr="007204D9" w:rsidRDefault="00000000">
                  <w:pPr>
                    <w:autoSpaceDE w:val="0"/>
                    <w:autoSpaceDN w:val="0"/>
                    <w:spacing w:before="4" w:after="0" w:line="200" w:lineRule="exact"/>
                    <w:ind w:right="338"/>
                    <w:jc w:val="right"/>
                  </w:pPr>
                  <w:r w:rsidRPr="007204D9">
                    <w:rPr>
                      <w:b/>
                      <w:color w:val="000000"/>
                      <w:sz w:val="18"/>
                    </w:rPr>
                    <w:t xml:space="preserve">Quantidade </w:t>
                  </w:r>
                </w:p>
              </w:tc>
              <w:tc>
                <w:tcPr>
                  <w:tcW w:w="1300" w:type="dxa"/>
                  <w:vMerge/>
                </w:tcPr>
                <w:p w14:paraId="50B3AED1" w14:textId="77777777" w:rsidR="0097296A" w:rsidRPr="007204D9" w:rsidRDefault="0097296A"/>
              </w:tc>
              <w:tc>
                <w:tcPr>
                  <w:tcW w:w="6500" w:type="dxa"/>
                  <w:gridSpan w:val="5"/>
                  <w:vMerge/>
                </w:tcPr>
                <w:p w14:paraId="18467B2B" w14:textId="77777777" w:rsidR="0097296A" w:rsidRPr="007204D9" w:rsidRDefault="0097296A"/>
              </w:tc>
            </w:tr>
            <w:tr w:rsidR="0097296A" w:rsidRPr="007204D9" w14:paraId="3176087D" w14:textId="77777777" w:rsidTr="00050CAE">
              <w:trPr>
                <w:trHeight w:val="200"/>
              </w:trPr>
              <w:tc>
                <w:tcPr>
                  <w:tcW w:w="2080" w:type="dxa"/>
                  <w:vMerge w:val="restart"/>
                  <w:tcMar>
                    <w:left w:w="0" w:type="dxa"/>
                    <w:right w:w="0" w:type="dxa"/>
                  </w:tcMar>
                </w:tcPr>
                <w:p w14:paraId="27BF3CB3" w14:textId="545A48B7" w:rsidR="0097296A" w:rsidRPr="007204D9" w:rsidRDefault="0082116F" w:rsidP="00050CAE">
                  <w:pPr>
                    <w:autoSpaceDE w:val="0"/>
                    <w:autoSpaceDN w:val="0"/>
                    <w:spacing w:before="268" w:after="0" w:line="200" w:lineRule="exact"/>
                    <w:ind w:right="96"/>
                    <w:jc w:val="right"/>
                  </w:pPr>
                  <w:r>
                    <w:rPr>
                      <w:noProof/>
                      <w:color w:val="000000"/>
                      <w:sz w:val="18"/>
                    </w:rPr>
                    <w:drawing>
                      <wp:anchor distT="0" distB="0" distL="114300" distR="114300" simplePos="0" relativeHeight="251658240" behindDoc="0" locked="0" layoutInCell="1" allowOverlap="1" wp14:anchorId="4DD99D19" wp14:editId="20E5C7F8">
                        <wp:simplePos x="0" y="0"/>
                        <wp:positionH relativeFrom="column">
                          <wp:posOffset>304241</wp:posOffset>
                        </wp:positionH>
                        <wp:positionV relativeFrom="paragraph">
                          <wp:posOffset>53975</wp:posOffset>
                        </wp:positionV>
                        <wp:extent cx="723900" cy="770971"/>
                        <wp:effectExtent l="0" t="0" r="0" b="0"/>
                        <wp:wrapNone/>
                        <wp:docPr id="19713122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12205" name="Imagem 1971312205"/>
                                <pic:cNvPicPr/>
                              </pic:nvPicPr>
                              <pic:blipFill>
                                <a:blip r:embed="rId21"/>
                                <a:stretch>
                                  <a:fillRect/>
                                </a:stretch>
                              </pic:blipFill>
                              <pic:spPr>
                                <a:xfrm>
                                  <a:off x="0" y="0"/>
                                  <a:ext cx="723900" cy="770971"/>
                                </a:xfrm>
                                <a:prstGeom prst="rect">
                                  <a:avLst/>
                                </a:prstGeom>
                              </pic:spPr>
                            </pic:pic>
                          </a:graphicData>
                        </a:graphic>
                        <wp14:sizeRelH relativeFrom="margin">
                          <wp14:pctWidth>0</wp14:pctWidth>
                        </wp14:sizeRelH>
                        <wp14:sizeRelV relativeFrom="margin">
                          <wp14:pctHeight>0</wp14:pctHeight>
                        </wp14:sizeRelV>
                      </wp:anchor>
                    </w:drawing>
                  </w:r>
                  <w:r w:rsidR="00000000" w:rsidRPr="007204D9">
                    <w:rPr>
                      <w:color w:val="000000"/>
                      <w:sz w:val="18"/>
                    </w:rPr>
                    <w:t xml:space="preserve">0 </w:t>
                  </w:r>
                </w:p>
              </w:tc>
              <w:tc>
                <w:tcPr>
                  <w:tcW w:w="1020" w:type="dxa"/>
                  <w:vMerge w:val="restart"/>
                  <w:tcMar>
                    <w:left w:w="0" w:type="dxa"/>
                    <w:right w:w="0" w:type="dxa"/>
                  </w:tcMar>
                </w:tcPr>
                <w:p w14:paraId="6E88792A" w14:textId="77777777" w:rsidR="0097296A" w:rsidRPr="007204D9" w:rsidRDefault="00000000" w:rsidP="00050CAE">
                  <w:pPr>
                    <w:autoSpaceDE w:val="0"/>
                    <w:autoSpaceDN w:val="0"/>
                    <w:spacing w:before="268" w:after="0" w:line="200" w:lineRule="exact"/>
                    <w:jc w:val="right"/>
                  </w:pPr>
                  <w:r w:rsidRPr="007204D9">
                    <w:rPr>
                      <w:color w:val="000000"/>
                      <w:sz w:val="18"/>
                    </w:rPr>
                    <w:t xml:space="preserve">questões </w:t>
                  </w:r>
                </w:p>
              </w:tc>
              <w:tc>
                <w:tcPr>
                  <w:tcW w:w="1300" w:type="dxa"/>
                  <w:vMerge/>
                </w:tcPr>
                <w:p w14:paraId="049D2DCF" w14:textId="77777777" w:rsidR="0097296A" w:rsidRPr="007204D9" w:rsidRDefault="0097296A"/>
              </w:tc>
              <w:tc>
                <w:tcPr>
                  <w:tcW w:w="6500" w:type="dxa"/>
                  <w:gridSpan w:val="5"/>
                  <w:vMerge/>
                </w:tcPr>
                <w:p w14:paraId="1CF300E5" w14:textId="77777777" w:rsidR="0097296A" w:rsidRPr="007204D9" w:rsidRDefault="0097296A"/>
              </w:tc>
            </w:tr>
            <w:tr w:rsidR="0097296A" w:rsidRPr="007204D9" w14:paraId="56A52F8A" w14:textId="77777777" w:rsidTr="00050CAE">
              <w:trPr>
                <w:trHeight w:val="376"/>
              </w:trPr>
              <w:tc>
                <w:tcPr>
                  <w:tcW w:w="1300" w:type="dxa"/>
                  <w:vMerge/>
                </w:tcPr>
                <w:p w14:paraId="18307F33" w14:textId="77777777" w:rsidR="0097296A" w:rsidRPr="007204D9" w:rsidRDefault="0097296A" w:rsidP="00050CAE">
                  <w:pPr>
                    <w:jc w:val="right"/>
                  </w:pPr>
                </w:p>
              </w:tc>
              <w:tc>
                <w:tcPr>
                  <w:tcW w:w="1300" w:type="dxa"/>
                  <w:vMerge/>
                </w:tcPr>
                <w:p w14:paraId="178C8E90" w14:textId="77777777" w:rsidR="0097296A" w:rsidRPr="007204D9" w:rsidRDefault="0097296A" w:rsidP="00050CAE">
                  <w:pPr>
                    <w:jc w:val="right"/>
                  </w:pPr>
                </w:p>
              </w:tc>
              <w:tc>
                <w:tcPr>
                  <w:tcW w:w="760" w:type="dxa"/>
                  <w:tcMar>
                    <w:left w:w="0" w:type="dxa"/>
                    <w:right w:w="0" w:type="dxa"/>
                  </w:tcMar>
                </w:tcPr>
                <w:p w14:paraId="0645E549" w14:textId="77777777" w:rsidR="0097296A" w:rsidRPr="007204D9" w:rsidRDefault="0097296A"/>
              </w:tc>
              <w:tc>
                <w:tcPr>
                  <w:tcW w:w="6100" w:type="dxa"/>
                  <w:gridSpan w:val="5"/>
                  <w:vMerge w:val="restart"/>
                  <w:tcMar>
                    <w:left w:w="0" w:type="dxa"/>
                    <w:right w:w="0" w:type="dxa"/>
                  </w:tcMar>
                </w:tcPr>
                <w:p w14:paraId="4279D31F" w14:textId="0052A21A" w:rsidR="0097296A" w:rsidRPr="007204D9" w:rsidRDefault="00000000">
                  <w:pPr>
                    <w:autoSpaceDE w:val="0"/>
                    <w:autoSpaceDN w:val="0"/>
                    <w:spacing w:before="70" w:after="0" w:line="240" w:lineRule="auto"/>
                    <w:ind w:left="1188"/>
                  </w:pPr>
                  <w:r w:rsidRPr="007204D9">
                    <w:rPr>
                      <w:noProof/>
                    </w:rPr>
                    <w:drawing>
                      <wp:inline distT="0" distB="0" distL="0" distR="0" wp14:anchorId="5D5624BA" wp14:editId="4CCBCED5">
                        <wp:extent cx="2884170" cy="4241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2884170" cy="424179"/>
                                </a:xfrm>
                                <a:prstGeom prst="rect">
                                  <a:avLst/>
                                </a:prstGeom>
                              </pic:spPr>
                            </pic:pic>
                          </a:graphicData>
                        </a:graphic>
                      </wp:inline>
                    </w:drawing>
                  </w:r>
                </w:p>
              </w:tc>
            </w:tr>
            <w:tr w:rsidR="0097296A" w:rsidRPr="007204D9" w14:paraId="7E3C4CBF" w14:textId="77777777" w:rsidTr="00050CAE">
              <w:trPr>
                <w:trHeight w:val="366"/>
              </w:trPr>
              <w:tc>
                <w:tcPr>
                  <w:tcW w:w="2080" w:type="dxa"/>
                  <w:tcMar>
                    <w:left w:w="0" w:type="dxa"/>
                    <w:right w:w="0" w:type="dxa"/>
                  </w:tcMar>
                </w:tcPr>
                <w:p w14:paraId="1A1DB4D3" w14:textId="48071FC3" w:rsidR="0097296A" w:rsidRPr="007204D9" w:rsidRDefault="00000000" w:rsidP="00050CAE">
                  <w:pPr>
                    <w:autoSpaceDE w:val="0"/>
                    <w:autoSpaceDN w:val="0"/>
                    <w:spacing w:before="80" w:after="0" w:line="200" w:lineRule="exact"/>
                    <w:ind w:right="96"/>
                    <w:jc w:val="right"/>
                  </w:pPr>
                  <w:r w:rsidRPr="007204D9">
                    <w:rPr>
                      <w:color w:val="000000"/>
                      <w:sz w:val="18"/>
                    </w:rPr>
                    <w:t xml:space="preserve">0 </w:t>
                  </w:r>
                </w:p>
              </w:tc>
              <w:tc>
                <w:tcPr>
                  <w:tcW w:w="1020" w:type="dxa"/>
                  <w:tcMar>
                    <w:left w:w="0" w:type="dxa"/>
                    <w:right w:w="0" w:type="dxa"/>
                  </w:tcMar>
                </w:tcPr>
                <w:p w14:paraId="00AEC784" w14:textId="77777777" w:rsidR="0097296A" w:rsidRPr="007204D9" w:rsidRDefault="00000000" w:rsidP="00050CAE">
                  <w:pPr>
                    <w:autoSpaceDE w:val="0"/>
                    <w:autoSpaceDN w:val="0"/>
                    <w:spacing w:before="80" w:after="0" w:line="200" w:lineRule="exact"/>
                    <w:jc w:val="right"/>
                  </w:pPr>
                  <w:r w:rsidRPr="007204D9">
                    <w:rPr>
                      <w:color w:val="000000"/>
                      <w:sz w:val="18"/>
                    </w:rPr>
                    <w:t xml:space="preserve">questões </w:t>
                  </w:r>
                </w:p>
              </w:tc>
              <w:tc>
                <w:tcPr>
                  <w:tcW w:w="760" w:type="dxa"/>
                  <w:vMerge w:val="restart"/>
                  <w:tcMar>
                    <w:left w:w="0" w:type="dxa"/>
                    <w:right w:w="0" w:type="dxa"/>
                  </w:tcMar>
                </w:tcPr>
                <w:p w14:paraId="4C28C3A8" w14:textId="77777777" w:rsidR="0097296A" w:rsidRPr="007204D9" w:rsidRDefault="0097296A"/>
              </w:tc>
              <w:tc>
                <w:tcPr>
                  <w:tcW w:w="6500" w:type="dxa"/>
                  <w:gridSpan w:val="5"/>
                  <w:vMerge/>
                </w:tcPr>
                <w:p w14:paraId="52E6E06B" w14:textId="77777777" w:rsidR="0097296A" w:rsidRPr="007204D9" w:rsidRDefault="0097296A"/>
              </w:tc>
            </w:tr>
            <w:tr w:rsidR="0097296A" w:rsidRPr="007204D9" w14:paraId="6F6424B3" w14:textId="77777777" w:rsidTr="00050CAE">
              <w:trPr>
                <w:trHeight w:val="348"/>
              </w:trPr>
              <w:tc>
                <w:tcPr>
                  <w:tcW w:w="2080" w:type="dxa"/>
                  <w:tcMar>
                    <w:left w:w="0" w:type="dxa"/>
                    <w:right w:w="0" w:type="dxa"/>
                  </w:tcMar>
                </w:tcPr>
                <w:p w14:paraId="6A594075" w14:textId="77777777" w:rsidR="0097296A" w:rsidRPr="007204D9" w:rsidRDefault="00000000" w:rsidP="00050CAE">
                  <w:pPr>
                    <w:autoSpaceDE w:val="0"/>
                    <w:autoSpaceDN w:val="0"/>
                    <w:spacing w:before="108" w:after="0" w:line="200" w:lineRule="exact"/>
                    <w:ind w:right="96"/>
                    <w:jc w:val="right"/>
                  </w:pPr>
                  <w:r w:rsidRPr="007204D9">
                    <w:rPr>
                      <w:color w:val="000000"/>
                      <w:sz w:val="18"/>
                    </w:rPr>
                    <w:t xml:space="preserve">0 </w:t>
                  </w:r>
                </w:p>
              </w:tc>
              <w:tc>
                <w:tcPr>
                  <w:tcW w:w="1020" w:type="dxa"/>
                  <w:tcMar>
                    <w:left w:w="0" w:type="dxa"/>
                    <w:right w:w="0" w:type="dxa"/>
                  </w:tcMar>
                </w:tcPr>
                <w:p w14:paraId="7D0AB91E" w14:textId="77777777" w:rsidR="0097296A" w:rsidRPr="007204D9" w:rsidRDefault="00000000" w:rsidP="00050CAE">
                  <w:pPr>
                    <w:autoSpaceDE w:val="0"/>
                    <w:autoSpaceDN w:val="0"/>
                    <w:spacing w:before="108" w:after="0" w:line="200" w:lineRule="exact"/>
                    <w:jc w:val="right"/>
                  </w:pPr>
                  <w:r w:rsidRPr="007204D9">
                    <w:rPr>
                      <w:color w:val="000000"/>
                      <w:sz w:val="18"/>
                    </w:rPr>
                    <w:t xml:space="preserve">questões </w:t>
                  </w:r>
                </w:p>
              </w:tc>
              <w:tc>
                <w:tcPr>
                  <w:tcW w:w="1300" w:type="dxa"/>
                  <w:vMerge/>
                </w:tcPr>
                <w:p w14:paraId="1F6CB454" w14:textId="77777777" w:rsidR="0097296A" w:rsidRPr="007204D9" w:rsidRDefault="0097296A"/>
              </w:tc>
              <w:tc>
                <w:tcPr>
                  <w:tcW w:w="6500" w:type="dxa"/>
                  <w:gridSpan w:val="5"/>
                  <w:vMerge/>
                </w:tcPr>
                <w:p w14:paraId="284EBAE1" w14:textId="77777777" w:rsidR="0097296A" w:rsidRPr="007204D9" w:rsidRDefault="0097296A"/>
              </w:tc>
            </w:tr>
          </w:tbl>
          <w:p w14:paraId="6FE0D47F" w14:textId="77777777" w:rsidR="0097296A" w:rsidRPr="007204D9" w:rsidRDefault="0097296A">
            <w:pPr>
              <w:autoSpaceDE w:val="0"/>
              <w:autoSpaceDN w:val="0"/>
              <w:spacing w:after="0" w:line="14" w:lineRule="exact"/>
            </w:pPr>
          </w:p>
        </w:tc>
      </w:tr>
    </w:tbl>
    <w:p w14:paraId="3365207B" w14:textId="77777777" w:rsidR="0097296A" w:rsidRPr="007204D9" w:rsidRDefault="00000000">
      <w:pPr>
        <w:autoSpaceDE w:val="0"/>
        <w:autoSpaceDN w:val="0"/>
        <w:spacing w:before="1514" w:after="0" w:line="266" w:lineRule="exact"/>
        <w:ind w:right="134"/>
        <w:jc w:val="right"/>
      </w:pPr>
      <w:r w:rsidRPr="007204D9">
        <w:rPr>
          <w:color w:val="000000"/>
          <w:sz w:val="24"/>
        </w:rPr>
        <w:lastRenderedPageBreak/>
        <w:t>19</w:t>
      </w:r>
    </w:p>
    <w:p w14:paraId="499BCED2" w14:textId="77777777" w:rsidR="0097296A" w:rsidRPr="007204D9" w:rsidRDefault="0097296A">
      <w:pPr>
        <w:sectPr w:rsidR="0097296A" w:rsidRPr="007204D9">
          <w:pgSz w:w="11906" w:h="16838"/>
          <w:pgMar w:top="340" w:right="586" w:bottom="340" w:left="876" w:header="720" w:footer="720" w:gutter="0"/>
          <w:cols w:space="720"/>
          <w:docGrid w:linePitch="360"/>
        </w:sectPr>
      </w:pPr>
    </w:p>
    <w:p w14:paraId="795A3AB5"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6844"/>
        <w:gridCol w:w="244"/>
        <w:gridCol w:w="568"/>
        <w:gridCol w:w="1036"/>
      </w:tblGrid>
      <w:tr w:rsidR="0097296A" w:rsidRPr="007204D9" w14:paraId="171400D2" w14:textId="77777777">
        <w:trPr>
          <w:trHeight w:val="456"/>
        </w:trPr>
        <w:tc>
          <w:tcPr>
            <w:tcW w:w="10396" w:type="dxa"/>
            <w:gridSpan w:val="6"/>
            <w:tcBorders>
              <w:top w:val="single" w:sz="3" w:space="0" w:color="auto"/>
              <w:left w:val="single" w:sz="4" w:space="0" w:color="auto"/>
              <w:bottom w:val="single" w:sz="3" w:space="0" w:color="auto"/>
              <w:right w:val="single" w:sz="4" w:space="0" w:color="auto"/>
            </w:tcBorders>
            <w:tcMar>
              <w:left w:w="0" w:type="dxa"/>
              <w:right w:w="0" w:type="dxa"/>
            </w:tcMar>
          </w:tcPr>
          <w:p w14:paraId="158B2B97" w14:textId="77777777" w:rsidR="0097296A" w:rsidRPr="007204D9" w:rsidRDefault="00000000">
            <w:pPr>
              <w:autoSpaceDE w:val="0"/>
              <w:autoSpaceDN w:val="0"/>
              <w:spacing w:before="116" w:after="0" w:line="202" w:lineRule="exact"/>
              <w:ind w:right="4416"/>
              <w:jc w:val="right"/>
            </w:pPr>
            <w:r w:rsidRPr="007204D9">
              <w:rPr>
                <w:b/>
                <w:color w:val="000000"/>
                <w:sz w:val="18"/>
              </w:rPr>
              <w:t xml:space="preserve">5. Água Potável </w:t>
            </w:r>
          </w:p>
        </w:tc>
      </w:tr>
      <w:tr w:rsidR="0097296A" w:rsidRPr="007204D9" w14:paraId="307CFB9E" w14:textId="77777777">
        <w:trPr>
          <w:trHeight w:val="25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5703E45" w14:textId="77777777" w:rsidR="0097296A" w:rsidRPr="007204D9" w:rsidRDefault="00000000">
            <w:pPr>
              <w:autoSpaceDE w:val="0"/>
              <w:autoSpaceDN w:val="0"/>
              <w:spacing w:before="152" w:after="0" w:line="202" w:lineRule="exact"/>
              <w:jc w:val="center"/>
            </w:pPr>
            <w:r w:rsidRPr="007204D9">
              <w:rPr>
                <w:b/>
                <w:color w:val="000000"/>
                <w:sz w:val="18"/>
              </w:rPr>
              <w:t>Item</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E11CFEE" w14:textId="77777777" w:rsidR="0097296A" w:rsidRPr="007204D9" w:rsidRDefault="00000000">
            <w:pPr>
              <w:autoSpaceDE w:val="0"/>
              <w:autoSpaceDN w:val="0"/>
              <w:spacing w:before="152" w:after="0" w:line="202" w:lineRule="exact"/>
              <w:jc w:val="center"/>
            </w:pPr>
            <w:r w:rsidRPr="007204D9">
              <w:rPr>
                <w:b/>
                <w:color w:val="000000"/>
                <w:sz w:val="18"/>
              </w:rPr>
              <w:t xml:space="preserve">Relevância </w:t>
            </w:r>
          </w:p>
        </w:tc>
        <w:tc>
          <w:tcPr>
            <w:tcW w:w="7088" w:type="dxa"/>
            <w:gridSpan w:val="2"/>
            <w:vMerge w:val="restart"/>
            <w:tcBorders>
              <w:top w:val="single" w:sz="3" w:space="0" w:color="auto"/>
              <w:left w:val="single" w:sz="4" w:space="0" w:color="auto"/>
              <w:bottom w:val="single" w:sz="4" w:space="0" w:color="auto"/>
              <w:right w:val="single" w:sz="3" w:space="0" w:color="auto"/>
            </w:tcBorders>
            <w:tcMar>
              <w:left w:w="0" w:type="dxa"/>
              <w:right w:w="0" w:type="dxa"/>
            </w:tcMar>
          </w:tcPr>
          <w:p w14:paraId="3C62C8D5" w14:textId="77777777" w:rsidR="0097296A" w:rsidRPr="007204D9" w:rsidRDefault="00000000">
            <w:pPr>
              <w:autoSpaceDE w:val="0"/>
              <w:autoSpaceDN w:val="0"/>
              <w:spacing w:before="152" w:after="0" w:line="202" w:lineRule="exact"/>
              <w:jc w:val="center"/>
            </w:pPr>
            <w:r w:rsidRPr="007204D9">
              <w:rPr>
                <w:b/>
                <w:color w:val="000000"/>
                <w:sz w:val="18"/>
              </w:rPr>
              <w:t xml:space="preserve">Descrição </w:t>
            </w:r>
          </w:p>
        </w:tc>
        <w:tc>
          <w:tcPr>
            <w:tcW w:w="1604" w:type="dxa"/>
            <w:gridSpan w:val="2"/>
            <w:tcBorders>
              <w:top w:val="single" w:sz="3" w:space="0" w:color="auto"/>
              <w:left w:val="single" w:sz="3" w:space="0" w:color="auto"/>
              <w:bottom w:val="single" w:sz="4" w:space="0" w:color="auto"/>
              <w:right w:val="single" w:sz="4" w:space="0" w:color="auto"/>
            </w:tcBorders>
            <w:tcMar>
              <w:left w:w="0" w:type="dxa"/>
              <w:right w:w="0" w:type="dxa"/>
            </w:tcMar>
          </w:tcPr>
          <w:p w14:paraId="34BF7875" w14:textId="77777777" w:rsidR="0097296A" w:rsidRPr="007204D9" w:rsidRDefault="00000000">
            <w:pPr>
              <w:autoSpaceDE w:val="0"/>
              <w:autoSpaceDN w:val="0"/>
              <w:spacing w:before="14" w:after="0" w:line="200" w:lineRule="exact"/>
              <w:jc w:val="center"/>
            </w:pPr>
            <w:r w:rsidRPr="007204D9">
              <w:rPr>
                <w:b/>
                <w:color w:val="000000"/>
                <w:sz w:val="18"/>
              </w:rPr>
              <w:t xml:space="preserve">Resultado </w:t>
            </w:r>
          </w:p>
        </w:tc>
      </w:tr>
      <w:tr w:rsidR="0097296A" w:rsidRPr="007204D9" w14:paraId="3DCE275B" w14:textId="77777777">
        <w:trPr>
          <w:trHeight w:val="268"/>
        </w:trPr>
        <w:tc>
          <w:tcPr>
            <w:tcW w:w="1737" w:type="dxa"/>
            <w:vMerge/>
            <w:tcBorders>
              <w:top w:val="single" w:sz="3" w:space="0" w:color="auto"/>
              <w:left w:val="single" w:sz="4" w:space="0" w:color="auto"/>
              <w:bottom w:val="single" w:sz="4" w:space="0" w:color="auto"/>
              <w:right w:val="single" w:sz="4" w:space="0" w:color="auto"/>
            </w:tcBorders>
          </w:tcPr>
          <w:p w14:paraId="45CDB171" w14:textId="77777777" w:rsidR="0097296A" w:rsidRPr="007204D9" w:rsidRDefault="0097296A"/>
        </w:tc>
        <w:tc>
          <w:tcPr>
            <w:tcW w:w="1737" w:type="dxa"/>
            <w:vMerge/>
            <w:tcBorders>
              <w:top w:val="single" w:sz="3" w:space="0" w:color="auto"/>
              <w:left w:val="single" w:sz="4" w:space="0" w:color="auto"/>
              <w:bottom w:val="single" w:sz="4" w:space="0" w:color="auto"/>
              <w:right w:val="single" w:sz="4" w:space="0" w:color="auto"/>
            </w:tcBorders>
          </w:tcPr>
          <w:p w14:paraId="7F1D1C1B" w14:textId="77777777" w:rsidR="0097296A" w:rsidRPr="007204D9" w:rsidRDefault="0097296A"/>
        </w:tc>
        <w:tc>
          <w:tcPr>
            <w:tcW w:w="3474" w:type="dxa"/>
            <w:gridSpan w:val="2"/>
            <w:vMerge/>
            <w:tcBorders>
              <w:top w:val="single" w:sz="3" w:space="0" w:color="auto"/>
              <w:left w:val="single" w:sz="4" w:space="0" w:color="auto"/>
              <w:bottom w:val="single" w:sz="4" w:space="0" w:color="auto"/>
              <w:right w:val="single" w:sz="3" w:space="0" w:color="auto"/>
            </w:tcBorders>
          </w:tcPr>
          <w:p w14:paraId="1ACC32C5" w14:textId="77777777" w:rsidR="0097296A" w:rsidRPr="007204D9" w:rsidRDefault="0097296A"/>
        </w:tc>
        <w:tc>
          <w:tcPr>
            <w:tcW w:w="568" w:type="dxa"/>
            <w:tcBorders>
              <w:top w:val="single" w:sz="4" w:space="0" w:color="auto"/>
              <w:left w:val="single" w:sz="3" w:space="0" w:color="auto"/>
              <w:bottom w:val="single" w:sz="4" w:space="0" w:color="auto"/>
              <w:right w:val="single" w:sz="4" w:space="0" w:color="auto"/>
            </w:tcBorders>
            <w:tcMar>
              <w:left w:w="0" w:type="dxa"/>
              <w:right w:w="0" w:type="dxa"/>
            </w:tcMar>
          </w:tcPr>
          <w:p w14:paraId="26C465E4" w14:textId="77777777" w:rsidR="0097296A" w:rsidRPr="007204D9" w:rsidRDefault="00000000">
            <w:pPr>
              <w:autoSpaceDE w:val="0"/>
              <w:autoSpaceDN w:val="0"/>
              <w:spacing w:before="18" w:after="0" w:line="202" w:lineRule="exact"/>
              <w:jc w:val="center"/>
            </w:pPr>
            <w:r w:rsidRPr="007204D9">
              <w:rPr>
                <w:b/>
                <w:color w:val="000000"/>
                <w:sz w:val="18"/>
              </w:rPr>
              <w:t xml:space="preserve">X </w:t>
            </w:r>
          </w:p>
        </w:tc>
        <w:tc>
          <w:tcPr>
            <w:tcW w:w="1036" w:type="dxa"/>
            <w:tcBorders>
              <w:top w:val="single" w:sz="4" w:space="0" w:color="auto"/>
              <w:left w:val="single" w:sz="4" w:space="0" w:color="auto"/>
              <w:bottom w:val="single" w:sz="4" w:space="0" w:color="auto"/>
              <w:right w:val="single" w:sz="4" w:space="0" w:color="auto"/>
            </w:tcBorders>
            <w:tcMar>
              <w:left w:w="0" w:type="dxa"/>
              <w:right w:w="0" w:type="dxa"/>
            </w:tcMar>
          </w:tcPr>
          <w:p w14:paraId="5785A9C1" w14:textId="77777777" w:rsidR="0097296A" w:rsidRPr="007204D9" w:rsidRDefault="00000000">
            <w:pPr>
              <w:autoSpaceDE w:val="0"/>
              <w:autoSpaceDN w:val="0"/>
              <w:spacing w:before="18" w:after="0" w:line="202" w:lineRule="exact"/>
              <w:jc w:val="center"/>
            </w:pPr>
            <w:r w:rsidRPr="007204D9">
              <w:rPr>
                <w:b/>
                <w:color w:val="000000"/>
                <w:sz w:val="18"/>
              </w:rPr>
              <w:t xml:space="preserve">Impacto </w:t>
            </w:r>
          </w:p>
        </w:tc>
      </w:tr>
      <w:tr w:rsidR="0097296A" w:rsidRPr="007204D9" w14:paraId="03452A31" w14:textId="77777777">
        <w:trPr>
          <w:trHeight w:val="592"/>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28C8AA86" w14:textId="77777777" w:rsidR="0097296A" w:rsidRPr="007204D9" w:rsidRDefault="00000000">
            <w:pPr>
              <w:autoSpaceDE w:val="0"/>
              <w:autoSpaceDN w:val="0"/>
              <w:spacing w:before="1652" w:after="0" w:line="200" w:lineRule="exact"/>
              <w:jc w:val="center"/>
            </w:pPr>
            <w:r w:rsidRPr="007204D9">
              <w:rPr>
                <w:color w:val="000000"/>
                <w:sz w:val="18"/>
              </w:rPr>
              <w:t xml:space="preserve">5.1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35428FB3" w14:textId="77777777" w:rsidR="0097296A" w:rsidRPr="007204D9" w:rsidRDefault="00000000">
            <w:pPr>
              <w:autoSpaceDE w:val="0"/>
              <w:autoSpaceDN w:val="0"/>
              <w:spacing w:before="1652" w:after="0" w:line="200" w:lineRule="exact"/>
              <w:jc w:val="center"/>
            </w:pPr>
            <w:r w:rsidRPr="007204D9">
              <w:rPr>
                <w:color w:val="000000"/>
                <w:sz w:val="18"/>
              </w:rPr>
              <w:t xml:space="preserve">0 </w:t>
            </w:r>
          </w:p>
        </w:tc>
        <w:tc>
          <w:tcPr>
            <w:tcW w:w="8692" w:type="dxa"/>
            <w:gridSpan w:val="4"/>
            <w:tcBorders>
              <w:top w:val="single" w:sz="4" w:space="0" w:color="auto"/>
              <w:left w:val="single" w:sz="4" w:space="0" w:color="auto"/>
              <w:bottom w:val="single" w:sz="3" w:space="0" w:color="auto"/>
              <w:right w:val="single" w:sz="4" w:space="0" w:color="auto"/>
            </w:tcBorders>
            <w:tcMar>
              <w:left w:w="0" w:type="dxa"/>
              <w:right w:w="0" w:type="dxa"/>
            </w:tcMar>
          </w:tcPr>
          <w:p w14:paraId="558FA8A2" w14:textId="77777777" w:rsidR="0097296A" w:rsidRPr="007204D9" w:rsidRDefault="00000000">
            <w:pPr>
              <w:autoSpaceDE w:val="0"/>
              <w:autoSpaceDN w:val="0"/>
              <w:spacing w:before="72" w:after="0" w:line="208" w:lineRule="exact"/>
              <w:ind w:left="74"/>
            </w:pPr>
            <w:r w:rsidRPr="007204D9">
              <w:rPr>
                <w:b/>
                <w:color w:val="000000"/>
                <w:sz w:val="18"/>
              </w:rPr>
              <w:t xml:space="preserve">A água utilizada no estádio é advinda de um sistema público de abastecimento? </w:t>
            </w:r>
            <w:r w:rsidRPr="007204D9">
              <w:rPr>
                <w:b/>
                <w:color w:val="000000"/>
                <w:sz w:val="18"/>
              </w:rPr>
              <w:t xml:space="preserve">(Doc. Ref.: Portaria do Ministério da Saúde nº 2.914/2011). </w:t>
            </w:r>
          </w:p>
        </w:tc>
      </w:tr>
      <w:tr w:rsidR="0097296A" w:rsidRPr="007204D9" w14:paraId="2E00D36F" w14:textId="77777777">
        <w:trPr>
          <w:trHeight w:val="368"/>
        </w:trPr>
        <w:tc>
          <w:tcPr>
            <w:tcW w:w="1737" w:type="dxa"/>
            <w:vMerge/>
            <w:tcBorders>
              <w:top w:val="single" w:sz="4" w:space="0" w:color="auto"/>
              <w:left w:val="single" w:sz="4" w:space="0" w:color="auto"/>
              <w:bottom w:val="single" w:sz="3" w:space="0" w:color="auto"/>
              <w:right w:val="single" w:sz="4" w:space="0" w:color="auto"/>
            </w:tcBorders>
          </w:tcPr>
          <w:p w14:paraId="0F705D64" w14:textId="77777777" w:rsidR="0097296A" w:rsidRPr="007204D9" w:rsidRDefault="0097296A"/>
        </w:tc>
        <w:tc>
          <w:tcPr>
            <w:tcW w:w="1737" w:type="dxa"/>
            <w:vMerge/>
            <w:tcBorders>
              <w:top w:val="single" w:sz="4" w:space="0" w:color="auto"/>
              <w:left w:val="single" w:sz="4" w:space="0" w:color="auto"/>
              <w:bottom w:val="single" w:sz="3" w:space="0" w:color="auto"/>
              <w:right w:val="single" w:sz="4" w:space="0" w:color="auto"/>
            </w:tcBorders>
          </w:tcPr>
          <w:p w14:paraId="64BB72A9" w14:textId="77777777" w:rsidR="0097296A" w:rsidRPr="007204D9" w:rsidRDefault="0097296A"/>
        </w:tc>
        <w:tc>
          <w:tcPr>
            <w:tcW w:w="7088" w:type="dxa"/>
            <w:gridSpan w:val="2"/>
            <w:tcBorders>
              <w:top w:val="single" w:sz="3" w:space="0" w:color="auto"/>
              <w:left w:val="single" w:sz="4" w:space="0" w:color="auto"/>
              <w:bottom w:val="single" w:sz="4" w:space="0" w:color="auto"/>
              <w:right w:val="single" w:sz="3" w:space="0" w:color="auto"/>
            </w:tcBorders>
            <w:tcMar>
              <w:left w:w="0" w:type="dxa"/>
              <w:right w:w="0" w:type="dxa"/>
            </w:tcMar>
          </w:tcPr>
          <w:p w14:paraId="062AAA1F" w14:textId="77777777" w:rsidR="0097296A" w:rsidRPr="007204D9" w:rsidRDefault="00000000">
            <w:pPr>
              <w:autoSpaceDE w:val="0"/>
              <w:autoSpaceDN w:val="0"/>
              <w:spacing w:before="80" w:after="0" w:line="202" w:lineRule="exact"/>
              <w:ind w:left="74"/>
            </w:pPr>
            <w:r w:rsidRPr="007204D9">
              <w:rPr>
                <w:color w:val="000000"/>
                <w:sz w:val="18"/>
              </w:rPr>
              <w:t xml:space="preserve">Sim. Anexar comprovante da companhia fornecedora. </w:t>
            </w:r>
          </w:p>
        </w:tc>
        <w:tc>
          <w:tcPr>
            <w:tcW w:w="1604" w:type="dxa"/>
            <w:gridSpan w:val="2"/>
            <w:tcBorders>
              <w:top w:val="single" w:sz="3" w:space="0" w:color="auto"/>
              <w:left w:val="single" w:sz="3" w:space="0" w:color="auto"/>
              <w:bottom w:val="single" w:sz="4" w:space="0" w:color="auto"/>
              <w:right w:val="single" w:sz="4" w:space="0" w:color="auto"/>
            </w:tcBorders>
            <w:tcMar>
              <w:left w:w="0" w:type="dxa"/>
              <w:right w:w="0" w:type="dxa"/>
            </w:tcMar>
          </w:tcPr>
          <w:p w14:paraId="2DCD09E1" w14:textId="77777777" w:rsidR="0097296A" w:rsidRPr="007204D9" w:rsidRDefault="00000000">
            <w:pPr>
              <w:autoSpaceDE w:val="0"/>
              <w:autoSpaceDN w:val="0"/>
              <w:spacing w:before="80" w:after="0" w:line="202" w:lineRule="exact"/>
              <w:jc w:val="center"/>
            </w:pPr>
            <w:r w:rsidRPr="007204D9">
              <w:rPr>
                <w:color w:val="000000"/>
                <w:sz w:val="18"/>
              </w:rPr>
              <w:t xml:space="preserve">A </w:t>
            </w:r>
          </w:p>
        </w:tc>
      </w:tr>
      <w:tr w:rsidR="0097296A" w:rsidRPr="007204D9" w14:paraId="0BD19BB7" w14:textId="77777777">
        <w:trPr>
          <w:trHeight w:val="598"/>
        </w:trPr>
        <w:tc>
          <w:tcPr>
            <w:tcW w:w="1737" w:type="dxa"/>
            <w:vMerge/>
            <w:tcBorders>
              <w:top w:val="single" w:sz="4" w:space="0" w:color="auto"/>
              <w:left w:val="single" w:sz="4" w:space="0" w:color="auto"/>
              <w:bottom w:val="single" w:sz="3" w:space="0" w:color="auto"/>
              <w:right w:val="single" w:sz="4" w:space="0" w:color="auto"/>
            </w:tcBorders>
          </w:tcPr>
          <w:p w14:paraId="70BC02DE" w14:textId="77777777" w:rsidR="0097296A" w:rsidRPr="007204D9" w:rsidRDefault="0097296A"/>
        </w:tc>
        <w:tc>
          <w:tcPr>
            <w:tcW w:w="1737" w:type="dxa"/>
            <w:vMerge/>
            <w:tcBorders>
              <w:top w:val="single" w:sz="4" w:space="0" w:color="auto"/>
              <w:left w:val="single" w:sz="4" w:space="0" w:color="auto"/>
              <w:bottom w:val="single" w:sz="3" w:space="0" w:color="auto"/>
              <w:right w:val="single" w:sz="4" w:space="0" w:color="auto"/>
            </w:tcBorders>
          </w:tcPr>
          <w:p w14:paraId="77C6EBAB" w14:textId="77777777" w:rsidR="0097296A" w:rsidRPr="007204D9" w:rsidRDefault="0097296A"/>
        </w:tc>
        <w:tc>
          <w:tcPr>
            <w:tcW w:w="7088"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254BE40D" w14:textId="77777777" w:rsidR="0097296A" w:rsidRPr="007204D9" w:rsidRDefault="00000000">
            <w:pPr>
              <w:autoSpaceDE w:val="0"/>
              <w:autoSpaceDN w:val="0"/>
              <w:spacing w:before="86" w:after="0" w:line="206" w:lineRule="exact"/>
              <w:ind w:left="74"/>
            </w:pPr>
            <w:r w:rsidRPr="007204D9">
              <w:rPr>
                <w:color w:val="000000"/>
                <w:sz w:val="18"/>
              </w:rPr>
              <w:t xml:space="preserve">Sim. Além do sistema público de abastecimento possui outro sistema de fornecimento de água. </w:t>
            </w:r>
            <w:r w:rsidRPr="007204D9">
              <w:rPr>
                <w:color w:val="000000"/>
                <w:sz w:val="18"/>
              </w:rPr>
              <w:t xml:space="preserve">(Especificar). </w:t>
            </w:r>
          </w:p>
        </w:tc>
        <w:tc>
          <w:tcPr>
            <w:tcW w:w="1604" w:type="dxa"/>
            <w:gridSpan w:val="2"/>
            <w:tcBorders>
              <w:top w:val="single" w:sz="4" w:space="0" w:color="auto"/>
              <w:left w:val="single" w:sz="3" w:space="0" w:color="auto"/>
              <w:bottom w:val="single" w:sz="4" w:space="0" w:color="auto"/>
              <w:right w:val="single" w:sz="4" w:space="0" w:color="auto"/>
            </w:tcBorders>
            <w:tcMar>
              <w:left w:w="0" w:type="dxa"/>
              <w:right w:w="0" w:type="dxa"/>
            </w:tcMar>
          </w:tcPr>
          <w:p w14:paraId="6B7893F9" w14:textId="77777777" w:rsidR="0097296A" w:rsidRPr="007204D9" w:rsidRDefault="00000000">
            <w:pPr>
              <w:autoSpaceDE w:val="0"/>
              <w:autoSpaceDN w:val="0"/>
              <w:spacing w:before="194" w:after="0" w:line="202" w:lineRule="exact"/>
              <w:jc w:val="center"/>
            </w:pPr>
            <w:r w:rsidRPr="007204D9">
              <w:rPr>
                <w:color w:val="000000"/>
                <w:sz w:val="18"/>
              </w:rPr>
              <w:t xml:space="preserve">B </w:t>
            </w:r>
          </w:p>
        </w:tc>
      </w:tr>
      <w:tr w:rsidR="0097296A" w:rsidRPr="007204D9" w14:paraId="22F5C365" w14:textId="77777777">
        <w:trPr>
          <w:trHeight w:val="594"/>
        </w:trPr>
        <w:tc>
          <w:tcPr>
            <w:tcW w:w="1737" w:type="dxa"/>
            <w:vMerge/>
            <w:tcBorders>
              <w:top w:val="single" w:sz="4" w:space="0" w:color="auto"/>
              <w:left w:val="single" w:sz="4" w:space="0" w:color="auto"/>
              <w:bottom w:val="single" w:sz="3" w:space="0" w:color="auto"/>
              <w:right w:val="single" w:sz="4" w:space="0" w:color="auto"/>
            </w:tcBorders>
          </w:tcPr>
          <w:p w14:paraId="034F7075" w14:textId="77777777" w:rsidR="0097296A" w:rsidRPr="007204D9" w:rsidRDefault="0097296A"/>
        </w:tc>
        <w:tc>
          <w:tcPr>
            <w:tcW w:w="1737" w:type="dxa"/>
            <w:vMerge/>
            <w:tcBorders>
              <w:top w:val="single" w:sz="4" w:space="0" w:color="auto"/>
              <w:left w:val="single" w:sz="4" w:space="0" w:color="auto"/>
              <w:bottom w:val="single" w:sz="3" w:space="0" w:color="auto"/>
              <w:right w:val="single" w:sz="4" w:space="0" w:color="auto"/>
            </w:tcBorders>
          </w:tcPr>
          <w:p w14:paraId="1999FC18" w14:textId="77777777" w:rsidR="0097296A" w:rsidRPr="007204D9" w:rsidRDefault="0097296A"/>
        </w:tc>
        <w:tc>
          <w:tcPr>
            <w:tcW w:w="7088" w:type="dxa"/>
            <w:gridSpan w:val="2"/>
            <w:tcBorders>
              <w:top w:val="single" w:sz="4" w:space="0" w:color="auto"/>
              <w:left w:val="single" w:sz="4" w:space="0" w:color="auto"/>
              <w:bottom w:val="single" w:sz="3" w:space="0" w:color="auto"/>
              <w:right w:val="single" w:sz="3" w:space="0" w:color="auto"/>
            </w:tcBorders>
            <w:tcMar>
              <w:left w:w="0" w:type="dxa"/>
              <w:right w:w="0" w:type="dxa"/>
            </w:tcMar>
          </w:tcPr>
          <w:p w14:paraId="4368D20E" w14:textId="77777777" w:rsidR="0097296A" w:rsidRPr="007204D9" w:rsidRDefault="00000000">
            <w:pPr>
              <w:autoSpaceDE w:val="0"/>
              <w:autoSpaceDN w:val="0"/>
              <w:spacing w:before="84" w:after="0" w:line="206" w:lineRule="exact"/>
              <w:ind w:left="74"/>
            </w:pPr>
            <w:r w:rsidRPr="007204D9">
              <w:rPr>
                <w:color w:val="000000"/>
                <w:sz w:val="18"/>
              </w:rPr>
              <w:t xml:space="preserve">Não. É proveniente de abastecimento alternativo (caminhão- pipa; poço </w:t>
            </w:r>
            <w:proofErr w:type="gramStart"/>
            <w:r w:rsidRPr="007204D9">
              <w:rPr>
                <w:color w:val="000000"/>
                <w:sz w:val="18"/>
              </w:rPr>
              <w:t xml:space="preserve">artesiano, </w:t>
            </w:r>
            <w:proofErr w:type="spellStart"/>
            <w:r w:rsidRPr="007204D9">
              <w:rPr>
                <w:color w:val="000000"/>
                <w:sz w:val="18"/>
              </w:rPr>
              <w:t>etc</w:t>
            </w:r>
            <w:proofErr w:type="spellEnd"/>
            <w:proofErr w:type="gramEnd"/>
            <w:r w:rsidRPr="007204D9">
              <w:rPr>
                <w:color w:val="000000"/>
                <w:sz w:val="18"/>
              </w:rPr>
              <w:t xml:space="preserve">). Anexar o laudo de potabilidade da água e outorga do órgão ambiental. </w:t>
            </w:r>
          </w:p>
        </w:tc>
        <w:tc>
          <w:tcPr>
            <w:tcW w:w="1604" w:type="dxa"/>
            <w:gridSpan w:val="2"/>
            <w:tcBorders>
              <w:top w:val="single" w:sz="4" w:space="0" w:color="auto"/>
              <w:left w:val="single" w:sz="3" w:space="0" w:color="auto"/>
              <w:bottom w:val="single" w:sz="3" w:space="0" w:color="auto"/>
              <w:right w:val="single" w:sz="4" w:space="0" w:color="auto"/>
            </w:tcBorders>
            <w:tcMar>
              <w:left w:w="0" w:type="dxa"/>
              <w:right w:w="0" w:type="dxa"/>
            </w:tcMar>
          </w:tcPr>
          <w:p w14:paraId="274F2972" w14:textId="77777777" w:rsidR="0097296A" w:rsidRPr="007204D9" w:rsidRDefault="00000000">
            <w:pPr>
              <w:autoSpaceDE w:val="0"/>
              <w:autoSpaceDN w:val="0"/>
              <w:spacing w:before="192" w:after="0" w:line="200" w:lineRule="exact"/>
              <w:jc w:val="center"/>
            </w:pPr>
            <w:r w:rsidRPr="007204D9">
              <w:rPr>
                <w:color w:val="000000"/>
                <w:sz w:val="18"/>
              </w:rPr>
              <w:t xml:space="preserve">C </w:t>
            </w:r>
          </w:p>
        </w:tc>
      </w:tr>
      <w:tr w:rsidR="0097296A" w:rsidRPr="007204D9" w14:paraId="6621431A" w14:textId="77777777">
        <w:trPr>
          <w:trHeight w:val="440"/>
        </w:trPr>
        <w:tc>
          <w:tcPr>
            <w:tcW w:w="1737" w:type="dxa"/>
            <w:vMerge/>
            <w:tcBorders>
              <w:top w:val="single" w:sz="4" w:space="0" w:color="auto"/>
              <w:left w:val="single" w:sz="4" w:space="0" w:color="auto"/>
              <w:bottom w:val="single" w:sz="3" w:space="0" w:color="auto"/>
              <w:right w:val="single" w:sz="4" w:space="0" w:color="auto"/>
            </w:tcBorders>
          </w:tcPr>
          <w:p w14:paraId="4955D062" w14:textId="77777777" w:rsidR="0097296A" w:rsidRPr="007204D9" w:rsidRDefault="0097296A"/>
        </w:tc>
        <w:tc>
          <w:tcPr>
            <w:tcW w:w="1737" w:type="dxa"/>
            <w:vMerge/>
            <w:tcBorders>
              <w:top w:val="single" w:sz="4" w:space="0" w:color="auto"/>
              <w:left w:val="single" w:sz="4" w:space="0" w:color="auto"/>
              <w:bottom w:val="single" w:sz="3" w:space="0" w:color="auto"/>
              <w:right w:val="single" w:sz="4" w:space="0" w:color="auto"/>
            </w:tcBorders>
          </w:tcPr>
          <w:p w14:paraId="7C281F82" w14:textId="77777777" w:rsidR="0097296A" w:rsidRPr="007204D9" w:rsidRDefault="0097296A"/>
        </w:tc>
        <w:tc>
          <w:tcPr>
            <w:tcW w:w="7088" w:type="dxa"/>
            <w:gridSpan w:val="2"/>
            <w:tcBorders>
              <w:top w:val="single" w:sz="3" w:space="0" w:color="auto"/>
              <w:left w:val="single" w:sz="4" w:space="0" w:color="auto"/>
              <w:bottom w:val="single" w:sz="4" w:space="0" w:color="auto"/>
              <w:right w:val="single" w:sz="3" w:space="0" w:color="auto"/>
            </w:tcBorders>
            <w:tcMar>
              <w:left w:w="0" w:type="dxa"/>
              <w:right w:w="0" w:type="dxa"/>
            </w:tcMar>
          </w:tcPr>
          <w:p w14:paraId="2A4DAB40" w14:textId="77777777" w:rsidR="0097296A" w:rsidRPr="007204D9" w:rsidRDefault="00000000">
            <w:pPr>
              <w:autoSpaceDE w:val="0"/>
              <w:autoSpaceDN w:val="0"/>
              <w:spacing w:before="116" w:after="0" w:line="202" w:lineRule="exact"/>
              <w:ind w:left="74"/>
            </w:pPr>
            <w:r w:rsidRPr="007204D9">
              <w:rPr>
                <w:color w:val="000000"/>
                <w:sz w:val="18"/>
              </w:rPr>
              <w:t xml:space="preserve">Não observado. (Especificar no comentário o motivo da não observação) </w:t>
            </w:r>
          </w:p>
        </w:tc>
        <w:tc>
          <w:tcPr>
            <w:tcW w:w="1604" w:type="dxa"/>
            <w:gridSpan w:val="2"/>
            <w:tcBorders>
              <w:top w:val="single" w:sz="3" w:space="0" w:color="auto"/>
              <w:left w:val="single" w:sz="3" w:space="0" w:color="auto"/>
              <w:bottom w:val="single" w:sz="4" w:space="0" w:color="auto"/>
              <w:right w:val="single" w:sz="4" w:space="0" w:color="auto"/>
            </w:tcBorders>
            <w:tcMar>
              <w:left w:w="0" w:type="dxa"/>
              <w:right w:w="0" w:type="dxa"/>
            </w:tcMar>
          </w:tcPr>
          <w:p w14:paraId="00AF74D2" w14:textId="77777777" w:rsidR="0097296A" w:rsidRPr="007204D9" w:rsidRDefault="00000000">
            <w:pPr>
              <w:autoSpaceDE w:val="0"/>
              <w:autoSpaceDN w:val="0"/>
              <w:spacing w:before="116" w:after="0" w:line="202" w:lineRule="exact"/>
              <w:jc w:val="center"/>
            </w:pPr>
            <w:r w:rsidRPr="007204D9">
              <w:rPr>
                <w:color w:val="000000"/>
                <w:sz w:val="18"/>
              </w:rPr>
              <w:t xml:space="preserve">D </w:t>
            </w:r>
          </w:p>
        </w:tc>
      </w:tr>
      <w:tr w:rsidR="0097296A" w:rsidRPr="007204D9" w14:paraId="2B0565A0" w14:textId="77777777">
        <w:trPr>
          <w:trHeight w:val="916"/>
        </w:trPr>
        <w:tc>
          <w:tcPr>
            <w:tcW w:w="1737" w:type="dxa"/>
            <w:vMerge/>
            <w:tcBorders>
              <w:top w:val="single" w:sz="4" w:space="0" w:color="auto"/>
              <w:left w:val="single" w:sz="4" w:space="0" w:color="auto"/>
              <w:bottom w:val="single" w:sz="3" w:space="0" w:color="auto"/>
              <w:right w:val="single" w:sz="4" w:space="0" w:color="auto"/>
            </w:tcBorders>
          </w:tcPr>
          <w:p w14:paraId="251819BC" w14:textId="77777777" w:rsidR="0097296A" w:rsidRPr="007204D9" w:rsidRDefault="0097296A"/>
        </w:tc>
        <w:tc>
          <w:tcPr>
            <w:tcW w:w="1737" w:type="dxa"/>
            <w:vMerge/>
            <w:tcBorders>
              <w:top w:val="single" w:sz="4" w:space="0" w:color="auto"/>
              <w:left w:val="single" w:sz="4" w:space="0" w:color="auto"/>
              <w:bottom w:val="single" w:sz="3" w:space="0" w:color="auto"/>
              <w:right w:val="single" w:sz="4" w:space="0" w:color="auto"/>
            </w:tcBorders>
          </w:tcPr>
          <w:p w14:paraId="28A005B5" w14:textId="77777777" w:rsidR="0097296A" w:rsidRPr="007204D9" w:rsidRDefault="0097296A"/>
        </w:tc>
        <w:tc>
          <w:tcPr>
            <w:tcW w:w="8692" w:type="dxa"/>
            <w:gridSpan w:val="4"/>
            <w:tcBorders>
              <w:top w:val="single" w:sz="4" w:space="0" w:color="auto"/>
              <w:left w:val="single" w:sz="4" w:space="0" w:color="auto"/>
              <w:bottom w:val="single" w:sz="3" w:space="0" w:color="auto"/>
              <w:right w:val="single" w:sz="4" w:space="0" w:color="auto"/>
            </w:tcBorders>
            <w:tcMar>
              <w:left w:w="0" w:type="dxa"/>
              <w:right w:w="0" w:type="dxa"/>
            </w:tcMar>
          </w:tcPr>
          <w:p w14:paraId="1E07C460"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3582727D" w14:textId="77777777">
        <w:trPr>
          <w:trHeight w:val="948"/>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918814C" w14:textId="77777777" w:rsidR="0097296A" w:rsidRPr="007204D9" w:rsidRDefault="00000000">
            <w:pPr>
              <w:autoSpaceDE w:val="0"/>
              <w:autoSpaceDN w:val="0"/>
              <w:spacing w:before="1628" w:after="0" w:line="202" w:lineRule="exact"/>
              <w:jc w:val="center"/>
            </w:pPr>
            <w:r w:rsidRPr="007204D9">
              <w:rPr>
                <w:color w:val="000000"/>
                <w:sz w:val="18"/>
              </w:rPr>
              <w:t xml:space="preserve">5.2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C24EFBE" w14:textId="77777777" w:rsidR="0097296A" w:rsidRPr="007204D9" w:rsidRDefault="00000000">
            <w:pPr>
              <w:autoSpaceDE w:val="0"/>
              <w:autoSpaceDN w:val="0"/>
              <w:spacing w:before="1628" w:after="0" w:line="202" w:lineRule="exact"/>
              <w:jc w:val="center"/>
            </w:pPr>
            <w:r w:rsidRPr="007204D9">
              <w:rPr>
                <w:color w:val="000000"/>
                <w:sz w:val="18"/>
              </w:rPr>
              <w:t xml:space="preserve">3 </w:t>
            </w:r>
          </w:p>
        </w:tc>
        <w:tc>
          <w:tcPr>
            <w:tcW w:w="8692" w:type="dxa"/>
            <w:gridSpan w:val="4"/>
            <w:tcBorders>
              <w:top w:val="single" w:sz="3" w:space="0" w:color="auto"/>
              <w:left w:val="single" w:sz="4" w:space="0" w:color="auto"/>
              <w:bottom w:val="single" w:sz="3" w:space="0" w:color="auto"/>
              <w:right w:val="single" w:sz="4" w:space="0" w:color="auto"/>
            </w:tcBorders>
            <w:tcMar>
              <w:left w:w="0" w:type="dxa"/>
              <w:right w:w="0" w:type="dxa"/>
            </w:tcMar>
          </w:tcPr>
          <w:p w14:paraId="000E092B" w14:textId="77777777" w:rsidR="0097296A" w:rsidRPr="007204D9" w:rsidRDefault="00000000">
            <w:pPr>
              <w:autoSpaceDE w:val="0"/>
              <w:autoSpaceDN w:val="0"/>
              <w:spacing w:before="48" w:after="0" w:line="206" w:lineRule="exact"/>
              <w:ind w:left="74" w:right="2"/>
              <w:jc w:val="both"/>
            </w:pPr>
            <w:r w:rsidRPr="007204D9">
              <w:rPr>
                <w:b/>
                <w:color w:val="000000"/>
                <w:sz w:val="18"/>
              </w:rPr>
              <w:t xml:space="preserve">Os reservatórios de água potável como caixas </w:t>
            </w:r>
            <w:proofErr w:type="spellStart"/>
            <w:r w:rsidRPr="007204D9">
              <w:rPr>
                <w:b/>
                <w:color w:val="000000"/>
                <w:sz w:val="18"/>
              </w:rPr>
              <w:t>dágua</w:t>
            </w:r>
            <w:proofErr w:type="spellEnd"/>
            <w:r w:rsidRPr="007204D9">
              <w:rPr>
                <w:b/>
                <w:color w:val="000000"/>
                <w:sz w:val="18"/>
              </w:rPr>
              <w:t xml:space="preserve">, torres </w:t>
            </w:r>
            <w:proofErr w:type="spellStart"/>
            <w:r w:rsidRPr="007204D9">
              <w:rPr>
                <w:b/>
                <w:color w:val="000000"/>
                <w:sz w:val="18"/>
              </w:rPr>
              <w:t>dágua</w:t>
            </w:r>
            <w:proofErr w:type="spellEnd"/>
            <w:r w:rsidRPr="007204D9">
              <w:rPr>
                <w:b/>
                <w:color w:val="000000"/>
                <w:sz w:val="18"/>
              </w:rPr>
              <w:t xml:space="preserve"> e cisternas estão em boas condições, livres de rachaduras, vazamentos, infiltrações, desplacamentos, possuindo tampa e revestimento que não comprometa a qualidade da água? (Doc. Ref.: Resolução RDC n° 216/2004 da ANVISA; ABNT/NBR 5626/1998; Portaria do Ministério da Saúde nº 2.914/2011). </w:t>
            </w:r>
          </w:p>
        </w:tc>
      </w:tr>
      <w:tr w:rsidR="0097296A" w:rsidRPr="007204D9" w14:paraId="762DE324" w14:textId="77777777" w:rsidTr="00050CAE">
        <w:trPr>
          <w:trHeight w:val="398"/>
        </w:trPr>
        <w:tc>
          <w:tcPr>
            <w:tcW w:w="1737" w:type="dxa"/>
            <w:vMerge/>
            <w:tcBorders>
              <w:top w:val="single" w:sz="3" w:space="0" w:color="auto"/>
              <w:left w:val="single" w:sz="4" w:space="0" w:color="auto"/>
              <w:bottom w:val="single" w:sz="4" w:space="0" w:color="auto"/>
              <w:right w:val="single" w:sz="4" w:space="0" w:color="auto"/>
            </w:tcBorders>
          </w:tcPr>
          <w:p w14:paraId="686F0445" w14:textId="77777777" w:rsidR="0097296A" w:rsidRPr="007204D9" w:rsidRDefault="0097296A"/>
        </w:tc>
        <w:tc>
          <w:tcPr>
            <w:tcW w:w="1737" w:type="dxa"/>
            <w:vMerge/>
            <w:tcBorders>
              <w:top w:val="single" w:sz="3" w:space="0" w:color="auto"/>
              <w:left w:val="single" w:sz="4" w:space="0" w:color="auto"/>
              <w:bottom w:val="single" w:sz="4" w:space="0" w:color="auto"/>
              <w:right w:val="single" w:sz="4" w:space="0" w:color="auto"/>
            </w:tcBorders>
          </w:tcPr>
          <w:p w14:paraId="0603B0E6" w14:textId="77777777" w:rsidR="0097296A" w:rsidRPr="007204D9" w:rsidRDefault="0097296A"/>
        </w:tc>
        <w:tc>
          <w:tcPr>
            <w:tcW w:w="7088" w:type="dxa"/>
            <w:gridSpan w:val="2"/>
            <w:tcBorders>
              <w:top w:val="single" w:sz="3" w:space="0" w:color="auto"/>
              <w:left w:val="single" w:sz="4" w:space="0" w:color="auto"/>
              <w:bottom w:val="single" w:sz="4" w:space="0" w:color="auto"/>
              <w:right w:val="single" w:sz="3" w:space="0" w:color="auto"/>
            </w:tcBorders>
            <w:tcMar>
              <w:left w:w="0" w:type="dxa"/>
              <w:right w:w="0" w:type="dxa"/>
            </w:tcMar>
          </w:tcPr>
          <w:p w14:paraId="56A61543" w14:textId="77777777" w:rsidR="0097296A" w:rsidRPr="007204D9" w:rsidRDefault="00000000">
            <w:pPr>
              <w:autoSpaceDE w:val="0"/>
              <w:autoSpaceDN w:val="0"/>
              <w:spacing w:before="94" w:after="0" w:line="202" w:lineRule="exact"/>
              <w:ind w:left="74"/>
            </w:pPr>
            <w:r w:rsidRPr="007204D9">
              <w:rPr>
                <w:color w:val="000000"/>
                <w:sz w:val="18"/>
              </w:rPr>
              <w:t xml:space="preserve">Sim. Estão em boas condições. </w:t>
            </w:r>
          </w:p>
        </w:tc>
        <w:tc>
          <w:tcPr>
            <w:tcW w:w="568" w:type="dxa"/>
            <w:tcBorders>
              <w:top w:val="single" w:sz="3" w:space="0" w:color="auto"/>
              <w:left w:val="single" w:sz="3" w:space="0" w:color="auto"/>
              <w:bottom w:val="single" w:sz="4" w:space="0" w:color="auto"/>
              <w:right w:val="single" w:sz="4" w:space="0" w:color="auto"/>
            </w:tcBorders>
            <w:tcMar>
              <w:left w:w="0" w:type="dxa"/>
              <w:right w:w="0" w:type="dxa"/>
            </w:tcMar>
          </w:tcPr>
          <w:p w14:paraId="3C8A7D89" w14:textId="77777777" w:rsidR="0097296A" w:rsidRPr="007204D9" w:rsidRDefault="00000000">
            <w:pPr>
              <w:autoSpaceDE w:val="0"/>
              <w:autoSpaceDN w:val="0"/>
              <w:spacing w:before="94" w:after="0" w:line="202" w:lineRule="exact"/>
              <w:jc w:val="center"/>
            </w:pPr>
            <w:r w:rsidRPr="007204D9">
              <w:rPr>
                <w:color w:val="000000"/>
                <w:sz w:val="18"/>
              </w:rPr>
              <w:t xml:space="preserve">AT </w:t>
            </w:r>
          </w:p>
        </w:tc>
        <w:tc>
          <w:tcPr>
            <w:tcW w:w="1036" w:type="dxa"/>
            <w:tcBorders>
              <w:top w:val="single" w:sz="3" w:space="0" w:color="auto"/>
              <w:left w:val="single" w:sz="4" w:space="0" w:color="auto"/>
              <w:bottom w:val="single" w:sz="4" w:space="0" w:color="auto"/>
              <w:right w:val="single" w:sz="4" w:space="0" w:color="auto"/>
            </w:tcBorders>
            <w:shd w:val="clear" w:color="auto" w:fill="92D050"/>
            <w:tcMar>
              <w:left w:w="0" w:type="dxa"/>
              <w:right w:w="0" w:type="dxa"/>
            </w:tcMar>
          </w:tcPr>
          <w:p w14:paraId="27FED493" w14:textId="77777777" w:rsidR="0097296A" w:rsidRPr="007204D9" w:rsidRDefault="00000000">
            <w:pPr>
              <w:autoSpaceDE w:val="0"/>
              <w:autoSpaceDN w:val="0"/>
              <w:spacing w:before="94" w:after="0" w:line="202" w:lineRule="exact"/>
              <w:jc w:val="center"/>
            </w:pPr>
            <w:r w:rsidRPr="007204D9">
              <w:rPr>
                <w:color w:val="000000"/>
                <w:sz w:val="18"/>
              </w:rPr>
              <w:t xml:space="preserve">1 </w:t>
            </w:r>
          </w:p>
        </w:tc>
      </w:tr>
      <w:tr w:rsidR="0097296A" w:rsidRPr="007204D9" w14:paraId="18C65596" w14:textId="77777777" w:rsidTr="0082116F">
        <w:trPr>
          <w:trHeight w:val="398"/>
        </w:trPr>
        <w:tc>
          <w:tcPr>
            <w:tcW w:w="1737" w:type="dxa"/>
            <w:vMerge/>
            <w:tcBorders>
              <w:top w:val="single" w:sz="3" w:space="0" w:color="auto"/>
              <w:left w:val="single" w:sz="4" w:space="0" w:color="auto"/>
              <w:bottom w:val="single" w:sz="4" w:space="0" w:color="auto"/>
              <w:right w:val="single" w:sz="4" w:space="0" w:color="auto"/>
            </w:tcBorders>
          </w:tcPr>
          <w:p w14:paraId="596FD0D1" w14:textId="77777777" w:rsidR="0097296A" w:rsidRPr="007204D9" w:rsidRDefault="0097296A"/>
        </w:tc>
        <w:tc>
          <w:tcPr>
            <w:tcW w:w="1737" w:type="dxa"/>
            <w:vMerge/>
            <w:tcBorders>
              <w:top w:val="single" w:sz="3" w:space="0" w:color="auto"/>
              <w:left w:val="single" w:sz="4" w:space="0" w:color="auto"/>
              <w:bottom w:val="single" w:sz="4" w:space="0" w:color="auto"/>
              <w:right w:val="single" w:sz="4" w:space="0" w:color="auto"/>
            </w:tcBorders>
          </w:tcPr>
          <w:p w14:paraId="31AABBC4" w14:textId="77777777" w:rsidR="0097296A" w:rsidRPr="007204D9" w:rsidRDefault="0097296A"/>
        </w:tc>
        <w:tc>
          <w:tcPr>
            <w:tcW w:w="7088"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7DF21FDF" w14:textId="77777777" w:rsidR="0097296A" w:rsidRPr="007204D9" w:rsidRDefault="00000000">
            <w:pPr>
              <w:autoSpaceDE w:val="0"/>
              <w:autoSpaceDN w:val="0"/>
              <w:spacing w:before="92" w:after="0" w:line="202" w:lineRule="exact"/>
              <w:ind w:left="74"/>
            </w:pPr>
            <w:r w:rsidRPr="007204D9">
              <w:rPr>
                <w:color w:val="000000"/>
                <w:sz w:val="18"/>
              </w:rPr>
              <w:t xml:space="preserve">Não. </w:t>
            </w:r>
          </w:p>
        </w:tc>
        <w:tc>
          <w:tcPr>
            <w:tcW w:w="568" w:type="dxa"/>
            <w:tcBorders>
              <w:top w:val="single" w:sz="4" w:space="0" w:color="auto"/>
              <w:left w:val="single" w:sz="3" w:space="0" w:color="auto"/>
              <w:bottom w:val="single" w:sz="4" w:space="0" w:color="auto"/>
              <w:right w:val="single" w:sz="4" w:space="0" w:color="auto"/>
            </w:tcBorders>
            <w:tcMar>
              <w:left w:w="0" w:type="dxa"/>
              <w:right w:w="0" w:type="dxa"/>
            </w:tcMar>
          </w:tcPr>
          <w:p w14:paraId="4CBDADC4" w14:textId="77777777" w:rsidR="0097296A" w:rsidRPr="007204D9" w:rsidRDefault="00000000">
            <w:pPr>
              <w:autoSpaceDE w:val="0"/>
              <w:autoSpaceDN w:val="0"/>
              <w:spacing w:before="92" w:after="0" w:line="202" w:lineRule="exact"/>
              <w:jc w:val="center"/>
            </w:pPr>
            <w:r w:rsidRPr="007204D9">
              <w:rPr>
                <w:color w:val="000000"/>
                <w:sz w:val="18"/>
              </w:rPr>
              <w:t>NAT</w:t>
            </w:r>
          </w:p>
        </w:tc>
        <w:tc>
          <w:tcPr>
            <w:tcW w:w="10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3C00681" w14:textId="77777777" w:rsidR="0097296A" w:rsidRPr="007204D9" w:rsidRDefault="00000000">
            <w:pPr>
              <w:autoSpaceDE w:val="0"/>
              <w:autoSpaceDN w:val="0"/>
              <w:spacing w:before="92" w:after="0" w:line="202" w:lineRule="exact"/>
              <w:jc w:val="center"/>
            </w:pPr>
            <w:r w:rsidRPr="007204D9">
              <w:rPr>
                <w:color w:val="000000"/>
                <w:sz w:val="18"/>
              </w:rPr>
              <w:t xml:space="preserve">2 </w:t>
            </w:r>
          </w:p>
        </w:tc>
      </w:tr>
      <w:tr w:rsidR="0097296A" w:rsidRPr="007204D9" w14:paraId="1D9B710B" w14:textId="77777777">
        <w:trPr>
          <w:trHeight w:val="400"/>
        </w:trPr>
        <w:tc>
          <w:tcPr>
            <w:tcW w:w="1737" w:type="dxa"/>
            <w:vMerge/>
            <w:tcBorders>
              <w:top w:val="single" w:sz="3" w:space="0" w:color="auto"/>
              <w:left w:val="single" w:sz="4" w:space="0" w:color="auto"/>
              <w:bottom w:val="single" w:sz="4" w:space="0" w:color="auto"/>
              <w:right w:val="single" w:sz="4" w:space="0" w:color="auto"/>
            </w:tcBorders>
          </w:tcPr>
          <w:p w14:paraId="0BCE235A" w14:textId="77777777" w:rsidR="0097296A" w:rsidRPr="007204D9" w:rsidRDefault="0097296A"/>
        </w:tc>
        <w:tc>
          <w:tcPr>
            <w:tcW w:w="1737" w:type="dxa"/>
            <w:vMerge/>
            <w:tcBorders>
              <w:top w:val="single" w:sz="3" w:space="0" w:color="auto"/>
              <w:left w:val="single" w:sz="4" w:space="0" w:color="auto"/>
              <w:bottom w:val="single" w:sz="4" w:space="0" w:color="auto"/>
              <w:right w:val="single" w:sz="4" w:space="0" w:color="auto"/>
            </w:tcBorders>
          </w:tcPr>
          <w:p w14:paraId="7E2EEE96" w14:textId="77777777" w:rsidR="0097296A" w:rsidRPr="007204D9" w:rsidRDefault="0097296A"/>
        </w:tc>
        <w:tc>
          <w:tcPr>
            <w:tcW w:w="7088"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6983E7DA" w14:textId="77777777" w:rsidR="0097296A" w:rsidRPr="007204D9" w:rsidRDefault="00000000">
            <w:pPr>
              <w:autoSpaceDE w:val="0"/>
              <w:autoSpaceDN w:val="0"/>
              <w:spacing w:before="96" w:after="0" w:line="200" w:lineRule="exact"/>
              <w:ind w:left="74"/>
            </w:pPr>
            <w:r w:rsidRPr="007204D9">
              <w:rPr>
                <w:color w:val="000000"/>
                <w:sz w:val="18"/>
              </w:rPr>
              <w:t xml:space="preserve">Não se aplica. Não existem reservatórios de água potável. </w:t>
            </w:r>
          </w:p>
        </w:tc>
        <w:tc>
          <w:tcPr>
            <w:tcW w:w="568" w:type="dxa"/>
            <w:tcBorders>
              <w:top w:val="single" w:sz="4" w:space="0" w:color="auto"/>
              <w:left w:val="single" w:sz="3" w:space="0" w:color="auto"/>
              <w:bottom w:val="single" w:sz="4" w:space="0" w:color="auto"/>
              <w:right w:val="single" w:sz="4" w:space="0" w:color="auto"/>
            </w:tcBorders>
            <w:tcMar>
              <w:left w:w="0" w:type="dxa"/>
              <w:right w:w="0" w:type="dxa"/>
            </w:tcMar>
          </w:tcPr>
          <w:p w14:paraId="04627DAD"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1036" w:type="dxa"/>
            <w:tcBorders>
              <w:top w:val="single" w:sz="4" w:space="0" w:color="auto"/>
              <w:left w:val="single" w:sz="4" w:space="0" w:color="auto"/>
              <w:bottom w:val="single" w:sz="4" w:space="0" w:color="auto"/>
              <w:right w:val="single" w:sz="4" w:space="0" w:color="auto"/>
            </w:tcBorders>
            <w:tcMar>
              <w:left w:w="0" w:type="dxa"/>
              <w:right w:w="0" w:type="dxa"/>
            </w:tcMar>
          </w:tcPr>
          <w:p w14:paraId="517C0367"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DF38192" w14:textId="77777777">
        <w:trPr>
          <w:trHeight w:val="400"/>
        </w:trPr>
        <w:tc>
          <w:tcPr>
            <w:tcW w:w="1737" w:type="dxa"/>
            <w:vMerge/>
            <w:tcBorders>
              <w:top w:val="single" w:sz="3" w:space="0" w:color="auto"/>
              <w:left w:val="single" w:sz="4" w:space="0" w:color="auto"/>
              <w:bottom w:val="single" w:sz="4" w:space="0" w:color="auto"/>
              <w:right w:val="single" w:sz="4" w:space="0" w:color="auto"/>
            </w:tcBorders>
          </w:tcPr>
          <w:p w14:paraId="6F4C78AD" w14:textId="77777777" w:rsidR="0097296A" w:rsidRPr="007204D9" w:rsidRDefault="0097296A"/>
        </w:tc>
        <w:tc>
          <w:tcPr>
            <w:tcW w:w="1737" w:type="dxa"/>
            <w:vMerge/>
            <w:tcBorders>
              <w:top w:val="single" w:sz="3" w:space="0" w:color="auto"/>
              <w:left w:val="single" w:sz="4" w:space="0" w:color="auto"/>
              <w:bottom w:val="single" w:sz="4" w:space="0" w:color="auto"/>
              <w:right w:val="single" w:sz="4" w:space="0" w:color="auto"/>
            </w:tcBorders>
          </w:tcPr>
          <w:p w14:paraId="63BE8233" w14:textId="77777777" w:rsidR="0097296A" w:rsidRPr="007204D9" w:rsidRDefault="0097296A"/>
        </w:tc>
        <w:tc>
          <w:tcPr>
            <w:tcW w:w="7088" w:type="dxa"/>
            <w:gridSpan w:val="2"/>
            <w:tcBorders>
              <w:top w:val="single" w:sz="4" w:space="0" w:color="auto"/>
              <w:left w:val="single" w:sz="4" w:space="0" w:color="auto"/>
              <w:bottom w:val="single" w:sz="3" w:space="0" w:color="auto"/>
              <w:right w:val="single" w:sz="3" w:space="0" w:color="auto"/>
            </w:tcBorders>
            <w:tcMar>
              <w:left w:w="0" w:type="dxa"/>
              <w:right w:w="0" w:type="dxa"/>
            </w:tcMar>
          </w:tcPr>
          <w:p w14:paraId="1E95DA63" w14:textId="77777777" w:rsidR="0097296A" w:rsidRPr="007204D9" w:rsidRDefault="00000000">
            <w:pPr>
              <w:autoSpaceDE w:val="0"/>
              <w:autoSpaceDN w:val="0"/>
              <w:spacing w:before="94" w:after="0" w:line="202"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3" w:space="0" w:color="auto"/>
              <w:bottom w:val="single" w:sz="3" w:space="0" w:color="auto"/>
              <w:right w:val="single" w:sz="4" w:space="0" w:color="auto"/>
            </w:tcBorders>
            <w:tcMar>
              <w:left w:w="0" w:type="dxa"/>
              <w:right w:w="0" w:type="dxa"/>
            </w:tcMar>
          </w:tcPr>
          <w:p w14:paraId="75E7C51A" w14:textId="77777777" w:rsidR="0097296A" w:rsidRPr="007204D9" w:rsidRDefault="00000000">
            <w:pPr>
              <w:autoSpaceDE w:val="0"/>
              <w:autoSpaceDN w:val="0"/>
              <w:spacing w:before="94" w:after="0" w:line="202" w:lineRule="exact"/>
              <w:jc w:val="center"/>
            </w:pPr>
            <w:r w:rsidRPr="007204D9">
              <w:rPr>
                <w:color w:val="000000"/>
                <w:sz w:val="18"/>
              </w:rPr>
              <w:t xml:space="preserve">NO </w:t>
            </w:r>
          </w:p>
        </w:tc>
        <w:tc>
          <w:tcPr>
            <w:tcW w:w="1036" w:type="dxa"/>
            <w:tcBorders>
              <w:top w:val="single" w:sz="4" w:space="0" w:color="auto"/>
              <w:left w:val="single" w:sz="4" w:space="0" w:color="auto"/>
              <w:bottom w:val="single" w:sz="3" w:space="0" w:color="auto"/>
              <w:right w:val="single" w:sz="4" w:space="0" w:color="auto"/>
            </w:tcBorders>
            <w:tcMar>
              <w:left w:w="0" w:type="dxa"/>
              <w:right w:w="0" w:type="dxa"/>
            </w:tcMar>
          </w:tcPr>
          <w:p w14:paraId="57817F0A" w14:textId="77777777" w:rsidR="0097296A" w:rsidRPr="007204D9" w:rsidRDefault="00000000">
            <w:pPr>
              <w:autoSpaceDE w:val="0"/>
              <w:autoSpaceDN w:val="0"/>
              <w:spacing w:before="94" w:after="0" w:line="202" w:lineRule="exact"/>
              <w:jc w:val="center"/>
            </w:pPr>
            <w:r w:rsidRPr="007204D9">
              <w:rPr>
                <w:color w:val="000000"/>
                <w:sz w:val="18"/>
              </w:rPr>
              <w:t xml:space="preserve">0 </w:t>
            </w:r>
          </w:p>
        </w:tc>
      </w:tr>
      <w:tr w:rsidR="0097296A" w:rsidRPr="007204D9" w14:paraId="718AD192" w14:textId="77777777">
        <w:trPr>
          <w:trHeight w:val="916"/>
        </w:trPr>
        <w:tc>
          <w:tcPr>
            <w:tcW w:w="1737" w:type="dxa"/>
            <w:vMerge/>
            <w:tcBorders>
              <w:top w:val="single" w:sz="3" w:space="0" w:color="auto"/>
              <w:left w:val="single" w:sz="4" w:space="0" w:color="auto"/>
              <w:bottom w:val="single" w:sz="4" w:space="0" w:color="auto"/>
              <w:right w:val="single" w:sz="4" w:space="0" w:color="auto"/>
            </w:tcBorders>
          </w:tcPr>
          <w:p w14:paraId="21BE76D6" w14:textId="77777777" w:rsidR="0097296A" w:rsidRPr="007204D9" w:rsidRDefault="0097296A"/>
        </w:tc>
        <w:tc>
          <w:tcPr>
            <w:tcW w:w="1737" w:type="dxa"/>
            <w:vMerge/>
            <w:tcBorders>
              <w:top w:val="single" w:sz="3" w:space="0" w:color="auto"/>
              <w:left w:val="single" w:sz="4" w:space="0" w:color="auto"/>
              <w:bottom w:val="single" w:sz="4" w:space="0" w:color="auto"/>
              <w:right w:val="single" w:sz="4" w:space="0" w:color="auto"/>
            </w:tcBorders>
          </w:tcPr>
          <w:p w14:paraId="22E1BD72" w14:textId="77777777" w:rsidR="0097296A" w:rsidRPr="007204D9" w:rsidRDefault="0097296A"/>
        </w:tc>
        <w:tc>
          <w:tcPr>
            <w:tcW w:w="8692" w:type="dxa"/>
            <w:gridSpan w:val="4"/>
            <w:tcBorders>
              <w:top w:val="single" w:sz="3" w:space="0" w:color="auto"/>
              <w:left w:val="single" w:sz="4" w:space="0" w:color="auto"/>
              <w:bottom w:val="single" w:sz="4" w:space="0" w:color="auto"/>
              <w:right w:val="single" w:sz="4" w:space="0" w:color="auto"/>
            </w:tcBorders>
            <w:tcMar>
              <w:left w:w="0" w:type="dxa"/>
              <w:right w:w="0" w:type="dxa"/>
            </w:tcMar>
          </w:tcPr>
          <w:p w14:paraId="492D7FC0"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r w:rsidR="0097296A" w:rsidRPr="007204D9" w14:paraId="777FE26C" w14:textId="77777777">
        <w:trPr>
          <w:trHeight w:val="68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596D2A9" w14:textId="77777777" w:rsidR="0097296A" w:rsidRPr="007204D9" w:rsidRDefault="00000000">
            <w:pPr>
              <w:autoSpaceDE w:val="0"/>
              <w:autoSpaceDN w:val="0"/>
              <w:spacing w:before="1692" w:after="0" w:line="200" w:lineRule="exact"/>
              <w:jc w:val="center"/>
            </w:pPr>
            <w:r w:rsidRPr="007204D9">
              <w:rPr>
                <w:color w:val="000000"/>
                <w:sz w:val="18"/>
              </w:rPr>
              <w:t xml:space="preserve">5.3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61C8AB7" w14:textId="77777777" w:rsidR="0097296A" w:rsidRPr="007204D9" w:rsidRDefault="00000000">
            <w:pPr>
              <w:autoSpaceDE w:val="0"/>
              <w:autoSpaceDN w:val="0"/>
              <w:spacing w:before="1692" w:after="0" w:line="200" w:lineRule="exact"/>
              <w:jc w:val="center"/>
            </w:pPr>
            <w:r w:rsidRPr="007204D9">
              <w:rPr>
                <w:color w:val="000000"/>
                <w:sz w:val="18"/>
              </w:rPr>
              <w:t xml:space="preserve">3 </w:t>
            </w:r>
          </w:p>
        </w:tc>
        <w:tc>
          <w:tcPr>
            <w:tcW w:w="8692"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000268EC" w14:textId="77777777" w:rsidR="0097296A" w:rsidRPr="007204D9" w:rsidRDefault="00000000">
            <w:pPr>
              <w:autoSpaceDE w:val="0"/>
              <w:autoSpaceDN w:val="0"/>
              <w:spacing w:before="16" w:after="0" w:line="206" w:lineRule="exact"/>
              <w:ind w:left="74"/>
              <w:jc w:val="both"/>
            </w:pPr>
            <w:r w:rsidRPr="007204D9">
              <w:rPr>
                <w:b/>
                <w:color w:val="000000"/>
                <w:sz w:val="18"/>
              </w:rPr>
              <w:t xml:space="preserve">Os reservatórios de água potável são higienizados, no máximo, a cada 6 meses? (Doc. Ref.: ABNT/NBR 5626/1998; Resolução RDC n° 216/2004 da ANVISA; Portaria do Ministério da Saúde nº 2.914/2011). </w:t>
            </w:r>
          </w:p>
        </w:tc>
      </w:tr>
      <w:tr w:rsidR="0097296A" w:rsidRPr="007204D9" w14:paraId="3ADC7FCA" w14:textId="77777777" w:rsidTr="00050CAE">
        <w:trPr>
          <w:trHeight w:val="398"/>
        </w:trPr>
        <w:tc>
          <w:tcPr>
            <w:tcW w:w="1737" w:type="dxa"/>
            <w:vMerge/>
            <w:tcBorders>
              <w:top w:val="single" w:sz="4" w:space="0" w:color="auto"/>
              <w:left w:val="single" w:sz="4" w:space="0" w:color="auto"/>
              <w:bottom w:val="single" w:sz="4" w:space="0" w:color="auto"/>
              <w:right w:val="single" w:sz="4" w:space="0" w:color="auto"/>
            </w:tcBorders>
          </w:tcPr>
          <w:p w14:paraId="001E4E63"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25B1E4B0"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349EFAAC" w14:textId="77777777" w:rsidR="0097296A" w:rsidRPr="007204D9" w:rsidRDefault="00000000">
            <w:pPr>
              <w:autoSpaceDE w:val="0"/>
              <w:autoSpaceDN w:val="0"/>
              <w:spacing w:before="96" w:after="0" w:line="200" w:lineRule="exact"/>
              <w:ind w:left="74"/>
            </w:pPr>
            <w:r w:rsidRPr="007204D9">
              <w:rPr>
                <w:color w:val="000000"/>
                <w:sz w:val="18"/>
              </w:rPr>
              <w:t xml:space="preserve">Sim. E foi apresentado o registro de higienização na validade.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2036C54"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1036"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685FB62B"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1981C2AC" w14:textId="77777777" w:rsidTr="0082116F">
        <w:trPr>
          <w:trHeight w:val="396"/>
        </w:trPr>
        <w:tc>
          <w:tcPr>
            <w:tcW w:w="1737" w:type="dxa"/>
            <w:vMerge/>
            <w:tcBorders>
              <w:top w:val="single" w:sz="4" w:space="0" w:color="auto"/>
              <w:left w:val="single" w:sz="4" w:space="0" w:color="auto"/>
              <w:bottom w:val="single" w:sz="4" w:space="0" w:color="auto"/>
              <w:right w:val="single" w:sz="4" w:space="0" w:color="auto"/>
            </w:tcBorders>
          </w:tcPr>
          <w:p w14:paraId="381F3F00"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21C0BBF1"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79F6D753" w14:textId="77777777" w:rsidR="0097296A" w:rsidRPr="007204D9" w:rsidRDefault="00000000">
            <w:pPr>
              <w:autoSpaceDE w:val="0"/>
              <w:autoSpaceDN w:val="0"/>
              <w:spacing w:before="94" w:after="0" w:line="202" w:lineRule="exact"/>
              <w:ind w:left="74"/>
            </w:pPr>
            <w:r w:rsidRPr="007204D9">
              <w:rPr>
                <w:color w:val="000000"/>
                <w:sz w:val="18"/>
              </w:rPr>
              <w:t xml:space="preserve">Sim. Mas o registro de higienização está vencido ou não foi apresentado.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DAF95FF" w14:textId="77777777" w:rsidR="0097296A" w:rsidRPr="007204D9" w:rsidRDefault="00000000">
            <w:pPr>
              <w:autoSpaceDE w:val="0"/>
              <w:autoSpaceDN w:val="0"/>
              <w:spacing w:before="94" w:after="0" w:line="202" w:lineRule="exact"/>
              <w:jc w:val="center"/>
            </w:pPr>
            <w:r w:rsidRPr="007204D9">
              <w:rPr>
                <w:color w:val="000000"/>
                <w:sz w:val="18"/>
              </w:rPr>
              <w:t xml:space="preserve">AP </w:t>
            </w:r>
          </w:p>
        </w:tc>
        <w:tc>
          <w:tcPr>
            <w:tcW w:w="10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41A2171" w14:textId="77777777" w:rsidR="0097296A" w:rsidRPr="007204D9" w:rsidRDefault="00000000">
            <w:pPr>
              <w:autoSpaceDE w:val="0"/>
              <w:autoSpaceDN w:val="0"/>
              <w:spacing w:before="94" w:after="0" w:line="202" w:lineRule="exact"/>
              <w:jc w:val="center"/>
            </w:pPr>
            <w:r w:rsidRPr="007204D9">
              <w:rPr>
                <w:color w:val="000000"/>
                <w:sz w:val="18"/>
              </w:rPr>
              <w:t xml:space="preserve">2 </w:t>
            </w:r>
          </w:p>
        </w:tc>
      </w:tr>
      <w:tr w:rsidR="0097296A" w:rsidRPr="007204D9" w14:paraId="6D4054DE" w14:textId="77777777" w:rsidTr="0082116F">
        <w:trPr>
          <w:trHeight w:val="400"/>
        </w:trPr>
        <w:tc>
          <w:tcPr>
            <w:tcW w:w="1737" w:type="dxa"/>
            <w:vMerge/>
            <w:tcBorders>
              <w:top w:val="single" w:sz="4" w:space="0" w:color="auto"/>
              <w:left w:val="single" w:sz="4" w:space="0" w:color="auto"/>
              <w:bottom w:val="single" w:sz="4" w:space="0" w:color="auto"/>
              <w:right w:val="single" w:sz="4" w:space="0" w:color="auto"/>
            </w:tcBorders>
          </w:tcPr>
          <w:p w14:paraId="2215F310"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3F1A7797" w14:textId="77777777" w:rsidR="0097296A" w:rsidRPr="007204D9" w:rsidRDefault="0097296A"/>
        </w:tc>
        <w:tc>
          <w:tcPr>
            <w:tcW w:w="6844" w:type="dxa"/>
            <w:tcBorders>
              <w:top w:val="single" w:sz="4" w:space="0" w:color="auto"/>
              <w:left w:val="single" w:sz="4" w:space="0" w:color="auto"/>
              <w:bottom w:val="single" w:sz="3" w:space="0" w:color="auto"/>
              <w:right w:val="single" w:sz="4" w:space="0" w:color="auto"/>
            </w:tcBorders>
            <w:tcMar>
              <w:left w:w="0" w:type="dxa"/>
              <w:right w:w="0" w:type="dxa"/>
            </w:tcMar>
          </w:tcPr>
          <w:p w14:paraId="756AC055" w14:textId="77777777" w:rsidR="0097296A" w:rsidRPr="007204D9" w:rsidRDefault="00000000">
            <w:pPr>
              <w:autoSpaceDE w:val="0"/>
              <w:autoSpaceDN w:val="0"/>
              <w:spacing w:before="96" w:after="0" w:line="202" w:lineRule="exact"/>
              <w:ind w:left="74"/>
            </w:pPr>
            <w:r w:rsidRPr="007204D9">
              <w:rPr>
                <w:color w:val="000000"/>
                <w:sz w:val="18"/>
              </w:rPr>
              <w:t xml:space="preserve">Não. </w:t>
            </w:r>
          </w:p>
        </w:tc>
        <w:tc>
          <w:tcPr>
            <w:tcW w:w="812"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1B616CF9"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1036"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039E5C1C"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7FCCFF77" w14:textId="77777777">
        <w:trPr>
          <w:trHeight w:val="400"/>
        </w:trPr>
        <w:tc>
          <w:tcPr>
            <w:tcW w:w="1737" w:type="dxa"/>
            <w:vMerge/>
            <w:tcBorders>
              <w:top w:val="single" w:sz="4" w:space="0" w:color="auto"/>
              <w:left w:val="single" w:sz="4" w:space="0" w:color="auto"/>
              <w:bottom w:val="single" w:sz="4" w:space="0" w:color="auto"/>
              <w:right w:val="single" w:sz="4" w:space="0" w:color="auto"/>
            </w:tcBorders>
          </w:tcPr>
          <w:p w14:paraId="5804B96A"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4849FF95" w14:textId="77777777" w:rsidR="0097296A" w:rsidRPr="007204D9" w:rsidRDefault="0097296A"/>
        </w:tc>
        <w:tc>
          <w:tcPr>
            <w:tcW w:w="6844" w:type="dxa"/>
            <w:tcBorders>
              <w:top w:val="single" w:sz="3" w:space="0" w:color="auto"/>
              <w:left w:val="single" w:sz="4" w:space="0" w:color="auto"/>
              <w:bottom w:val="single" w:sz="4" w:space="0" w:color="auto"/>
              <w:right w:val="single" w:sz="4" w:space="0" w:color="auto"/>
            </w:tcBorders>
            <w:tcMar>
              <w:left w:w="0" w:type="dxa"/>
              <w:right w:w="0" w:type="dxa"/>
            </w:tcMar>
          </w:tcPr>
          <w:p w14:paraId="59DEDC6E" w14:textId="77777777" w:rsidR="0097296A" w:rsidRPr="007204D9" w:rsidRDefault="00000000">
            <w:pPr>
              <w:autoSpaceDE w:val="0"/>
              <w:autoSpaceDN w:val="0"/>
              <w:spacing w:before="98" w:after="0" w:line="200" w:lineRule="exact"/>
              <w:ind w:left="74"/>
            </w:pPr>
            <w:r w:rsidRPr="007204D9">
              <w:rPr>
                <w:color w:val="000000"/>
                <w:sz w:val="18"/>
              </w:rPr>
              <w:t xml:space="preserve">Não se aplica. Não existem reservatórios de água potável. </w:t>
            </w:r>
          </w:p>
        </w:tc>
        <w:tc>
          <w:tcPr>
            <w:tcW w:w="812"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55BB57FA" w14:textId="77777777" w:rsidR="0097296A" w:rsidRPr="007204D9" w:rsidRDefault="00000000">
            <w:pPr>
              <w:autoSpaceDE w:val="0"/>
              <w:autoSpaceDN w:val="0"/>
              <w:spacing w:before="98" w:after="0" w:line="200" w:lineRule="exact"/>
              <w:jc w:val="center"/>
            </w:pPr>
            <w:r w:rsidRPr="007204D9">
              <w:rPr>
                <w:color w:val="000000"/>
                <w:sz w:val="18"/>
              </w:rPr>
              <w:t xml:space="preserve">NAP </w:t>
            </w:r>
          </w:p>
        </w:tc>
        <w:tc>
          <w:tcPr>
            <w:tcW w:w="1036" w:type="dxa"/>
            <w:tcBorders>
              <w:top w:val="single" w:sz="3" w:space="0" w:color="auto"/>
              <w:left w:val="single" w:sz="4" w:space="0" w:color="auto"/>
              <w:bottom w:val="single" w:sz="4" w:space="0" w:color="auto"/>
              <w:right w:val="single" w:sz="4" w:space="0" w:color="auto"/>
            </w:tcBorders>
            <w:tcMar>
              <w:left w:w="0" w:type="dxa"/>
              <w:right w:w="0" w:type="dxa"/>
            </w:tcMar>
          </w:tcPr>
          <w:p w14:paraId="0F2B00DE"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28958C9A" w14:textId="77777777">
        <w:trPr>
          <w:trHeight w:val="398"/>
        </w:trPr>
        <w:tc>
          <w:tcPr>
            <w:tcW w:w="1737" w:type="dxa"/>
            <w:vMerge/>
            <w:tcBorders>
              <w:top w:val="single" w:sz="4" w:space="0" w:color="auto"/>
              <w:left w:val="single" w:sz="4" w:space="0" w:color="auto"/>
              <w:bottom w:val="single" w:sz="4" w:space="0" w:color="auto"/>
              <w:right w:val="single" w:sz="4" w:space="0" w:color="auto"/>
            </w:tcBorders>
          </w:tcPr>
          <w:p w14:paraId="7671689F"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77C78748"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3C9DC82C" w14:textId="77777777" w:rsidR="0097296A" w:rsidRPr="007204D9" w:rsidRDefault="00000000">
            <w:pPr>
              <w:autoSpaceDE w:val="0"/>
              <w:autoSpaceDN w:val="0"/>
              <w:spacing w:before="92" w:after="0" w:line="200" w:lineRule="exact"/>
              <w:ind w:left="74"/>
            </w:pPr>
            <w:r w:rsidRPr="007204D9">
              <w:rPr>
                <w:color w:val="000000"/>
                <w:sz w:val="18"/>
              </w:rPr>
              <w:t xml:space="preserve">Não observado. (Especificar no comentário o motivo da não observação)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C1512EF" w14:textId="77777777" w:rsidR="0097296A" w:rsidRPr="007204D9" w:rsidRDefault="00000000">
            <w:pPr>
              <w:autoSpaceDE w:val="0"/>
              <w:autoSpaceDN w:val="0"/>
              <w:spacing w:before="92" w:after="0" w:line="200" w:lineRule="exact"/>
              <w:jc w:val="center"/>
            </w:pPr>
            <w:r w:rsidRPr="007204D9">
              <w:rPr>
                <w:color w:val="000000"/>
                <w:sz w:val="18"/>
              </w:rPr>
              <w:t xml:space="preserve">NO </w:t>
            </w:r>
          </w:p>
        </w:tc>
        <w:tc>
          <w:tcPr>
            <w:tcW w:w="1036" w:type="dxa"/>
            <w:tcBorders>
              <w:top w:val="single" w:sz="4" w:space="0" w:color="auto"/>
              <w:left w:val="single" w:sz="4" w:space="0" w:color="auto"/>
              <w:bottom w:val="single" w:sz="4" w:space="0" w:color="auto"/>
              <w:right w:val="single" w:sz="4" w:space="0" w:color="auto"/>
            </w:tcBorders>
            <w:tcMar>
              <w:left w:w="0" w:type="dxa"/>
              <w:right w:w="0" w:type="dxa"/>
            </w:tcMar>
          </w:tcPr>
          <w:p w14:paraId="1F841139" w14:textId="77777777" w:rsidR="0097296A" w:rsidRPr="007204D9" w:rsidRDefault="00000000">
            <w:pPr>
              <w:autoSpaceDE w:val="0"/>
              <w:autoSpaceDN w:val="0"/>
              <w:spacing w:before="92" w:after="0" w:line="200" w:lineRule="exact"/>
              <w:jc w:val="center"/>
            </w:pPr>
            <w:r w:rsidRPr="007204D9">
              <w:rPr>
                <w:color w:val="000000"/>
                <w:sz w:val="18"/>
              </w:rPr>
              <w:t xml:space="preserve">0 </w:t>
            </w:r>
          </w:p>
        </w:tc>
      </w:tr>
      <w:tr w:rsidR="0097296A" w:rsidRPr="007204D9" w14:paraId="5207EFA4" w14:textId="77777777">
        <w:trPr>
          <w:trHeight w:val="914"/>
        </w:trPr>
        <w:tc>
          <w:tcPr>
            <w:tcW w:w="1737" w:type="dxa"/>
            <w:vMerge/>
            <w:tcBorders>
              <w:top w:val="single" w:sz="4" w:space="0" w:color="auto"/>
              <w:left w:val="single" w:sz="4" w:space="0" w:color="auto"/>
              <w:bottom w:val="single" w:sz="4" w:space="0" w:color="auto"/>
              <w:right w:val="single" w:sz="4" w:space="0" w:color="auto"/>
            </w:tcBorders>
          </w:tcPr>
          <w:p w14:paraId="0C3FC212"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0504E304" w14:textId="77777777" w:rsidR="0097296A" w:rsidRPr="007204D9" w:rsidRDefault="0097296A"/>
        </w:tc>
        <w:tc>
          <w:tcPr>
            <w:tcW w:w="8692"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2785C5F4"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6CA22ED0" w14:textId="77777777">
        <w:trPr>
          <w:trHeight w:val="48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58143CB" w14:textId="77777777" w:rsidR="0097296A" w:rsidRPr="007204D9" w:rsidRDefault="00000000">
            <w:pPr>
              <w:autoSpaceDE w:val="0"/>
              <w:autoSpaceDN w:val="0"/>
              <w:spacing w:before="1396" w:after="0" w:line="200" w:lineRule="exact"/>
              <w:jc w:val="center"/>
            </w:pPr>
            <w:r w:rsidRPr="007204D9">
              <w:rPr>
                <w:color w:val="000000"/>
                <w:sz w:val="18"/>
              </w:rPr>
              <w:t xml:space="preserve">5.4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B1274BA" w14:textId="77777777" w:rsidR="0097296A" w:rsidRPr="007204D9" w:rsidRDefault="00000000">
            <w:pPr>
              <w:autoSpaceDE w:val="0"/>
              <w:autoSpaceDN w:val="0"/>
              <w:spacing w:before="1396" w:after="0" w:line="200" w:lineRule="exact"/>
              <w:jc w:val="center"/>
            </w:pPr>
            <w:r w:rsidRPr="007204D9">
              <w:rPr>
                <w:color w:val="000000"/>
                <w:sz w:val="18"/>
              </w:rPr>
              <w:t xml:space="preserve">3 </w:t>
            </w:r>
          </w:p>
        </w:tc>
        <w:tc>
          <w:tcPr>
            <w:tcW w:w="8692"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2E14BCF8" w14:textId="77777777" w:rsidR="0097296A" w:rsidRPr="007204D9" w:rsidRDefault="00000000">
            <w:pPr>
              <w:autoSpaceDE w:val="0"/>
              <w:autoSpaceDN w:val="0"/>
              <w:spacing w:before="22" w:after="0" w:line="206" w:lineRule="exact"/>
              <w:ind w:left="74" w:right="288"/>
            </w:pPr>
            <w:r w:rsidRPr="007204D9">
              <w:rPr>
                <w:b/>
                <w:color w:val="000000"/>
                <w:sz w:val="18"/>
              </w:rPr>
              <w:t xml:space="preserve">Existe o laudo oficial de potabilidade da água disponibilizada no estádio? </w:t>
            </w:r>
            <w:r w:rsidRPr="007204D9">
              <w:rPr>
                <w:b/>
                <w:color w:val="000000"/>
                <w:sz w:val="18"/>
              </w:rPr>
              <w:t xml:space="preserve">(Doc. Ref.: Portaria do Ministério da Saúde nº 2.914/2011)? </w:t>
            </w:r>
          </w:p>
        </w:tc>
      </w:tr>
      <w:tr w:rsidR="0097296A" w:rsidRPr="007204D9" w14:paraId="21F64251" w14:textId="77777777" w:rsidTr="00050CAE">
        <w:trPr>
          <w:trHeight w:val="400"/>
        </w:trPr>
        <w:tc>
          <w:tcPr>
            <w:tcW w:w="1737" w:type="dxa"/>
            <w:vMerge/>
            <w:tcBorders>
              <w:top w:val="single" w:sz="4" w:space="0" w:color="auto"/>
              <w:left w:val="single" w:sz="4" w:space="0" w:color="auto"/>
              <w:bottom w:val="single" w:sz="4" w:space="0" w:color="auto"/>
              <w:right w:val="single" w:sz="4" w:space="0" w:color="auto"/>
            </w:tcBorders>
          </w:tcPr>
          <w:p w14:paraId="24EACEA9"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5F06EEDA"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280609A6" w14:textId="77777777" w:rsidR="0097296A" w:rsidRPr="007204D9" w:rsidRDefault="00000000">
            <w:pPr>
              <w:autoSpaceDE w:val="0"/>
              <w:autoSpaceDN w:val="0"/>
              <w:spacing w:before="96" w:after="0" w:line="200" w:lineRule="exact"/>
              <w:ind w:left="74"/>
            </w:pPr>
            <w:r w:rsidRPr="007204D9">
              <w:rPr>
                <w:color w:val="000000"/>
                <w:sz w:val="18"/>
              </w:rPr>
              <w:t xml:space="preserve">Sim, e o laudo foi emitido por empresa certificada.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AACE0BA"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1036"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2535F49F"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2AF350FB" w14:textId="77777777" w:rsidTr="0082116F">
        <w:trPr>
          <w:trHeight w:val="398"/>
        </w:trPr>
        <w:tc>
          <w:tcPr>
            <w:tcW w:w="1737" w:type="dxa"/>
            <w:vMerge/>
            <w:tcBorders>
              <w:top w:val="single" w:sz="4" w:space="0" w:color="auto"/>
              <w:left w:val="single" w:sz="4" w:space="0" w:color="auto"/>
              <w:bottom w:val="single" w:sz="4" w:space="0" w:color="auto"/>
              <w:right w:val="single" w:sz="4" w:space="0" w:color="auto"/>
            </w:tcBorders>
          </w:tcPr>
          <w:p w14:paraId="7F5AECFF"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5E42EF17"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48DB3A51" w14:textId="77777777" w:rsidR="0097296A" w:rsidRPr="007204D9" w:rsidRDefault="00000000">
            <w:pPr>
              <w:autoSpaceDE w:val="0"/>
              <w:autoSpaceDN w:val="0"/>
              <w:spacing w:before="94" w:after="0" w:line="200" w:lineRule="exact"/>
              <w:ind w:left="74"/>
            </w:pPr>
            <w:r w:rsidRPr="007204D9">
              <w:rPr>
                <w:color w:val="000000"/>
                <w:sz w:val="18"/>
              </w:rPr>
              <w:t xml:space="preserve">Sim, mas o laudo não foi emitido por empresa certificada.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1D592406" w14:textId="77777777" w:rsidR="0097296A" w:rsidRPr="007204D9" w:rsidRDefault="00000000">
            <w:pPr>
              <w:autoSpaceDE w:val="0"/>
              <w:autoSpaceDN w:val="0"/>
              <w:spacing w:before="94" w:after="0" w:line="200" w:lineRule="exact"/>
              <w:jc w:val="center"/>
            </w:pPr>
            <w:r w:rsidRPr="007204D9">
              <w:rPr>
                <w:color w:val="000000"/>
                <w:sz w:val="18"/>
              </w:rPr>
              <w:t xml:space="preserve">AP </w:t>
            </w:r>
          </w:p>
        </w:tc>
        <w:tc>
          <w:tcPr>
            <w:tcW w:w="10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7FC7B18C" w14:textId="77777777" w:rsidR="0097296A" w:rsidRPr="007204D9" w:rsidRDefault="00000000">
            <w:pPr>
              <w:autoSpaceDE w:val="0"/>
              <w:autoSpaceDN w:val="0"/>
              <w:spacing w:before="94" w:after="0" w:line="200" w:lineRule="exact"/>
              <w:jc w:val="center"/>
            </w:pPr>
            <w:r w:rsidRPr="007204D9">
              <w:rPr>
                <w:color w:val="000000"/>
                <w:sz w:val="18"/>
              </w:rPr>
              <w:t xml:space="preserve">2 </w:t>
            </w:r>
          </w:p>
        </w:tc>
      </w:tr>
      <w:tr w:rsidR="0097296A" w:rsidRPr="007204D9" w14:paraId="0356624D" w14:textId="77777777" w:rsidTr="0082116F">
        <w:trPr>
          <w:trHeight w:val="396"/>
        </w:trPr>
        <w:tc>
          <w:tcPr>
            <w:tcW w:w="1737" w:type="dxa"/>
            <w:vMerge/>
            <w:tcBorders>
              <w:top w:val="single" w:sz="4" w:space="0" w:color="auto"/>
              <w:left w:val="single" w:sz="4" w:space="0" w:color="auto"/>
              <w:bottom w:val="single" w:sz="4" w:space="0" w:color="auto"/>
              <w:right w:val="single" w:sz="4" w:space="0" w:color="auto"/>
            </w:tcBorders>
          </w:tcPr>
          <w:p w14:paraId="5376703E"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01BCEA2C"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47703FD3" w14:textId="77777777" w:rsidR="0097296A" w:rsidRPr="007204D9" w:rsidRDefault="00000000">
            <w:pPr>
              <w:autoSpaceDE w:val="0"/>
              <w:autoSpaceDN w:val="0"/>
              <w:spacing w:before="96" w:after="0" w:line="202" w:lineRule="exact"/>
              <w:ind w:left="74"/>
            </w:pPr>
            <w:r w:rsidRPr="007204D9">
              <w:rPr>
                <w:color w:val="000000"/>
                <w:sz w:val="18"/>
              </w:rPr>
              <w:t xml:space="preserve">Não, o laudo não existe e/ou não foi apresentado.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84D5114"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10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092C4B6E"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760D3828" w14:textId="77777777">
        <w:trPr>
          <w:trHeight w:val="404"/>
        </w:trPr>
        <w:tc>
          <w:tcPr>
            <w:tcW w:w="1737" w:type="dxa"/>
            <w:vMerge/>
            <w:tcBorders>
              <w:top w:val="single" w:sz="4" w:space="0" w:color="auto"/>
              <w:left w:val="single" w:sz="4" w:space="0" w:color="auto"/>
              <w:bottom w:val="single" w:sz="4" w:space="0" w:color="auto"/>
              <w:right w:val="single" w:sz="4" w:space="0" w:color="auto"/>
            </w:tcBorders>
          </w:tcPr>
          <w:p w14:paraId="2405E550"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113AF087" w14:textId="77777777" w:rsidR="0097296A" w:rsidRPr="007204D9" w:rsidRDefault="0097296A"/>
        </w:tc>
        <w:tc>
          <w:tcPr>
            <w:tcW w:w="6844" w:type="dxa"/>
            <w:tcBorders>
              <w:top w:val="single" w:sz="4" w:space="0" w:color="auto"/>
              <w:left w:val="single" w:sz="4" w:space="0" w:color="auto"/>
              <w:bottom w:val="single" w:sz="4" w:space="0" w:color="auto"/>
              <w:right w:val="single" w:sz="4" w:space="0" w:color="auto"/>
            </w:tcBorders>
            <w:tcMar>
              <w:left w:w="0" w:type="dxa"/>
              <w:right w:w="0" w:type="dxa"/>
            </w:tcMar>
          </w:tcPr>
          <w:p w14:paraId="1D2A22F1"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81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748B3E5B"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1036" w:type="dxa"/>
            <w:tcBorders>
              <w:top w:val="single" w:sz="4" w:space="0" w:color="auto"/>
              <w:left w:val="single" w:sz="4" w:space="0" w:color="auto"/>
              <w:bottom w:val="single" w:sz="4" w:space="0" w:color="auto"/>
              <w:right w:val="single" w:sz="4" w:space="0" w:color="auto"/>
            </w:tcBorders>
            <w:tcMar>
              <w:left w:w="0" w:type="dxa"/>
              <w:right w:w="0" w:type="dxa"/>
            </w:tcMar>
          </w:tcPr>
          <w:p w14:paraId="1CE41BDA"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767C4781" w14:textId="77777777">
        <w:trPr>
          <w:trHeight w:val="914"/>
        </w:trPr>
        <w:tc>
          <w:tcPr>
            <w:tcW w:w="1737" w:type="dxa"/>
            <w:vMerge/>
            <w:tcBorders>
              <w:top w:val="single" w:sz="4" w:space="0" w:color="auto"/>
              <w:left w:val="single" w:sz="4" w:space="0" w:color="auto"/>
              <w:bottom w:val="single" w:sz="4" w:space="0" w:color="auto"/>
              <w:right w:val="single" w:sz="4" w:space="0" w:color="auto"/>
            </w:tcBorders>
          </w:tcPr>
          <w:p w14:paraId="74305F0C" w14:textId="77777777" w:rsidR="0097296A" w:rsidRPr="007204D9" w:rsidRDefault="0097296A"/>
        </w:tc>
        <w:tc>
          <w:tcPr>
            <w:tcW w:w="1737" w:type="dxa"/>
            <w:vMerge/>
            <w:tcBorders>
              <w:top w:val="single" w:sz="4" w:space="0" w:color="auto"/>
              <w:left w:val="single" w:sz="4" w:space="0" w:color="auto"/>
              <w:bottom w:val="single" w:sz="4" w:space="0" w:color="auto"/>
              <w:right w:val="single" w:sz="4" w:space="0" w:color="auto"/>
            </w:tcBorders>
          </w:tcPr>
          <w:p w14:paraId="7EBB4DC3" w14:textId="77777777" w:rsidR="0097296A" w:rsidRPr="007204D9" w:rsidRDefault="0097296A"/>
        </w:tc>
        <w:tc>
          <w:tcPr>
            <w:tcW w:w="8692"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72A31C29"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bl>
    <w:p w14:paraId="18D00E63" w14:textId="77777777" w:rsidR="0097296A" w:rsidRPr="007204D9" w:rsidRDefault="00000000">
      <w:pPr>
        <w:autoSpaceDE w:val="0"/>
        <w:autoSpaceDN w:val="0"/>
        <w:spacing w:before="240" w:after="0" w:line="266" w:lineRule="exact"/>
        <w:ind w:right="114"/>
        <w:jc w:val="right"/>
      </w:pPr>
      <w:r w:rsidRPr="007204D9">
        <w:rPr>
          <w:color w:val="000000"/>
          <w:sz w:val="24"/>
        </w:rPr>
        <w:t>20</w:t>
      </w:r>
    </w:p>
    <w:p w14:paraId="00C49C73" w14:textId="77777777" w:rsidR="0097296A" w:rsidRPr="007204D9" w:rsidRDefault="0097296A">
      <w:pPr>
        <w:sectPr w:rsidR="0097296A" w:rsidRPr="007204D9">
          <w:pgSz w:w="11906" w:h="16838"/>
          <w:pgMar w:top="340" w:right="606" w:bottom="340" w:left="876" w:header="720" w:footer="720" w:gutter="0"/>
          <w:cols w:space="720"/>
          <w:docGrid w:linePitch="360"/>
        </w:sectPr>
      </w:pPr>
    </w:p>
    <w:p w14:paraId="11B288E6" w14:textId="77777777" w:rsidR="0097296A" w:rsidRPr="007204D9" w:rsidRDefault="0097296A">
      <w:pPr>
        <w:autoSpaceDE w:val="0"/>
        <w:autoSpaceDN w:val="0"/>
        <w:spacing w:after="120" w:line="220" w:lineRule="exact"/>
      </w:pPr>
    </w:p>
    <w:tbl>
      <w:tblPr>
        <w:tblW w:w="0" w:type="auto"/>
        <w:tblInd w:w="10" w:type="dxa"/>
        <w:tblLayout w:type="fixed"/>
        <w:tblLook w:val="04A0" w:firstRow="1" w:lastRow="0" w:firstColumn="1" w:lastColumn="0" w:noHBand="0" w:noVBand="1"/>
      </w:tblPr>
      <w:tblGrid>
        <w:gridCol w:w="566"/>
        <w:gridCol w:w="1132"/>
        <w:gridCol w:w="7236"/>
        <w:gridCol w:w="568"/>
        <w:gridCol w:w="900"/>
      </w:tblGrid>
      <w:tr w:rsidR="0097296A" w:rsidRPr="007204D9" w14:paraId="57869693" w14:textId="77777777">
        <w:trPr>
          <w:trHeight w:val="984"/>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93A9DFA" w14:textId="77777777" w:rsidR="0097296A" w:rsidRPr="007204D9" w:rsidRDefault="00000000">
            <w:pPr>
              <w:autoSpaceDE w:val="0"/>
              <w:autoSpaceDN w:val="0"/>
              <w:spacing w:before="1846" w:after="0" w:line="202" w:lineRule="exact"/>
              <w:jc w:val="center"/>
            </w:pPr>
            <w:r w:rsidRPr="007204D9">
              <w:rPr>
                <w:color w:val="000000"/>
                <w:sz w:val="18"/>
              </w:rPr>
              <w:t xml:space="preserve">5.5 </w:t>
            </w:r>
          </w:p>
        </w:tc>
        <w:tc>
          <w:tcPr>
            <w:tcW w:w="1132"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28CB2433" w14:textId="77777777" w:rsidR="0097296A" w:rsidRPr="007204D9" w:rsidRDefault="00000000">
            <w:pPr>
              <w:autoSpaceDE w:val="0"/>
              <w:autoSpaceDN w:val="0"/>
              <w:spacing w:before="1846" w:after="0" w:line="202" w:lineRule="exact"/>
              <w:ind w:right="444"/>
              <w:jc w:val="right"/>
            </w:pPr>
            <w:r w:rsidRPr="007204D9">
              <w:rPr>
                <w:color w:val="000000"/>
                <w:sz w:val="18"/>
              </w:rPr>
              <w:t xml:space="preserve">3 </w:t>
            </w:r>
          </w:p>
        </w:tc>
        <w:tc>
          <w:tcPr>
            <w:tcW w:w="8704" w:type="dxa"/>
            <w:gridSpan w:val="3"/>
            <w:tcBorders>
              <w:top w:val="single" w:sz="3" w:space="0" w:color="auto"/>
              <w:left w:val="single" w:sz="4" w:space="0" w:color="auto"/>
              <w:bottom w:val="single" w:sz="3" w:space="0" w:color="auto"/>
              <w:right w:val="single" w:sz="3" w:space="0" w:color="auto"/>
            </w:tcBorders>
            <w:tcMar>
              <w:left w:w="0" w:type="dxa"/>
              <w:right w:w="0" w:type="dxa"/>
            </w:tcMar>
          </w:tcPr>
          <w:p w14:paraId="14388658" w14:textId="77777777" w:rsidR="0097296A" w:rsidRPr="007204D9" w:rsidRDefault="00000000">
            <w:pPr>
              <w:autoSpaceDE w:val="0"/>
              <w:autoSpaceDN w:val="0"/>
              <w:spacing w:before="64" w:after="0" w:line="206" w:lineRule="exact"/>
              <w:ind w:left="86"/>
              <w:jc w:val="both"/>
            </w:pPr>
            <w:r w:rsidRPr="007204D9">
              <w:rPr>
                <w:b/>
                <w:color w:val="000000"/>
                <w:sz w:val="18"/>
              </w:rPr>
              <w:t xml:space="preserve">É enviado à autoridade de saúde pública os relatórios das análises dos parâmetros mensais, trimestrais e semestrais com informações sobre o controle da qualidade da água, advinda de abastecimento alternativo, conforme o modelo estabelecido pela referida autoridade? </w:t>
            </w:r>
            <w:r w:rsidRPr="007204D9">
              <w:rPr>
                <w:b/>
                <w:color w:val="000000"/>
                <w:sz w:val="18"/>
              </w:rPr>
              <w:t xml:space="preserve">(Doc. Ref.: Portaria n° 2.914 / 2011). </w:t>
            </w:r>
          </w:p>
        </w:tc>
      </w:tr>
      <w:tr w:rsidR="0097296A" w:rsidRPr="007204D9" w14:paraId="68BBB2A4" w14:textId="77777777" w:rsidTr="00050CAE">
        <w:trPr>
          <w:trHeight w:val="398"/>
        </w:trPr>
        <w:tc>
          <w:tcPr>
            <w:tcW w:w="2088" w:type="dxa"/>
            <w:vMerge/>
            <w:tcBorders>
              <w:top w:val="single" w:sz="3" w:space="0" w:color="auto"/>
              <w:left w:val="single" w:sz="4" w:space="0" w:color="auto"/>
              <w:bottom w:val="single" w:sz="4" w:space="0" w:color="auto"/>
              <w:right w:val="single" w:sz="4" w:space="0" w:color="auto"/>
            </w:tcBorders>
          </w:tcPr>
          <w:p w14:paraId="614B7B3A" w14:textId="77777777" w:rsidR="0097296A" w:rsidRPr="007204D9" w:rsidRDefault="0097296A"/>
        </w:tc>
        <w:tc>
          <w:tcPr>
            <w:tcW w:w="2088" w:type="dxa"/>
            <w:vMerge/>
            <w:tcBorders>
              <w:top w:val="single" w:sz="3" w:space="0" w:color="auto"/>
              <w:left w:val="single" w:sz="4" w:space="0" w:color="auto"/>
              <w:bottom w:val="single" w:sz="4" w:space="0" w:color="auto"/>
              <w:right w:val="single" w:sz="4" w:space="0" w:color="auto"/>
            </w:tcBorders>
          </w:tcPr>
          <w:p w14:paraId="27C33EEE" w14:textId="77777777" w:rsidR="0097296A" w:rsidRPr="007204D9" w:rsidRDefault="0097296A"/>
        </w:tc>
        <w:tc>
          <w:tcPr>
            <w:tcW w:w="7236" w:type="dxa"/>
            <w:tcBorders>
              <w:top w:val="single" w:sz="3" w:space="0" w:color="auto"/>
              <w:left w:val="single" w:sz="4" w:space="0" w:color="auto"/>
              <w:bottom w:val="single" w:sz="4" w:space="0" w:color="auto"/>
              <w:right w:val="single" w:sz="4" w:space="0" w:color="auto"/>
            </w:tcBorders>
            <w:tcMar>
              <w:left w:w="0" w:type="dxa"/>
              <w:right w:w="0" w:type="dxa"/>
            </w:tcMar>
          </w:tcPr>
          <w:p w14:paraId="085208A8" w14:textId="77777777" w:rsidR="0097296A" w:rsidRPr="007204D9" w:rsidRDefault="00000000">
            <w:pPr>
              <w:autoSpaceDE w:val="0"/>
              <w:autoSpaceDN w:val="0"/>
              <w:spacing w:before="98" w:after="0" w:line="200" w:lineRule="exact"/>
              <w:ind w:left="86"/>
            </w:pPr>
            <w:r w:rsidRPr="007204D9">
              <w:rPr>
                <w:color w:val="000000"/>
                <w:sz w:val="18"/>
              </w:rPr>
              <w:t xml:space="preserve">Sim. E foi apresentado o laudo na validade e os comprovantes de entrega.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4E22C07D" w14:textId="77777777" w:rsidR="0097296A" w:rsidRPr="007204D9" w:rsidRDefault="00000000">
            <w:pPr>
              <w:autoSpaceDE w:val="0"/>
              <w:autoSpaceDN w:val="0"/>
              <w:spacing w:before="98" w:after="0" w:line="200" w:lineRule="exact"/>
              <w:ind w:right="102"/>
              <w:jc w:val="right"/>
            </w:pPr>
            <w:r w:rsidRPr="007204D9">
              <w:rPr>
                <w:color w:val="000000"/>
                <w:sz w:val="18"/>
              </w:rPr>
              <w:t xml:space="preserve">AT </w:t>
            </w:r>
          </w:p>
        </w:tc>
        <w:tc>
          <w:tcPr>
            <w:tcW w:w="900" w:type="dxa"/>
            <w:tcBorders>
              <w:top w:val="single" w:sz="3" w:space="0" w:color="auto"/>
              <w:left w:val="single" w:sz="3" w:space="0" w:color="auto"/>
              <w:bottom w:val="single" w:sz="4" w:space="0" w:color="auto"/>
              <w:right w:val="single" w:sz="3" w:space="0" w:color="auto"/>
            </w:tcBorders>
            <w:shd w:val="clear" w:color="auto" w:fill="92D050"/>
            <w:tcMar>
              <w:left w:w="0" w:type="dxa"/>
              <w:right w:w="0" w:type="dxa"/>
            </w:tcMar>
          </w:tcPr>
          <w:p w14:paraId="263F62BD" w14:textId="77777777" w:rsidR="0097296A" w:rsidRPr="007204D9" w:rsidRDefault="00000000">
            <w:pPr>
              <w:autoSpaceDE w:val="0"/>
              <w:autoSpaceDN w:val="0"/>
              <w:spacing w:before="98" w:after="0" w:line="200" w:lineRule="exact"/>
              <w:jc w:val="center"/>
            </w:pPr>
            <w:r w:rsidRPr="007204D9">
              <w:rPr>
                <w:color w:val="000000"/>
                <w:sz w:val="18"/>
              </w:rPr>
              <w:t xml:space="preserve">1 </w:t>
            </w:r>
          </w:p>
        </w:tc>
      </w:tr>
      <w:tr w:rsidR="0097296A" w:rsidRPr="007204D9" w14:paraId="2F7681D1" w14:textId="77777777" w:rsidTr="0082116F">
        <w:trPr>
          <w:trHeight w:val="400"/>
        </w:trPr>
        <w:tc>
          <w:tcPr>
            <w:tcW w:w="2088" w:type="dxa"/>
            <w:vMerge/>
            <w:tcBorders>
              <w:top w:val="single" w:sz="3" w:space="0" w:color="auto"/>
              <w:left w:val="single" w:sz="4" w:space="0" w:color="auto"/>
              <w:bottom w:val="single" w:sz="4" w:space="0" w:color="auto"/>
              <w:right w:val="single" w:sz="4" w:space="0" w:color="auto"/>
            </w:tcBorders>
          </w:tcPr>
          <w:p w14:paraId="03C13072" w14:textId="77777777" w:rsidR="0097296A" w:rsidRPr="007204D9" w:rsidRDefault="0097296A"/>
        </w:tc>
        <w:tc>
          <w:tcPr>
            <w:tcW w:w="2088" w:type="dxa"/>
            <w:vMerge/>
            <w:tcBorders>
              <w:top w:val="single" w:sz="3" w:space="0" w:color="auto"/>
              <w:left w:val="single" w:sz="4" w:space="0" w:color="auto"/>
              <w:bottom w:val="single" w:sz="4" w:space="0" w:color="auto"/>
              <w:right w:val="single" w:sz="4" w:space="0" w:color="auto"/>
            </w:tcBorders>
          </w:tcPr>
          <w:p w14:paraId="256C4A5A" w14:textId="77777777" w:rsidR="0097296A" w:rsidRPr="007204D9" w:rsidRDefault="0097296A"/>
        </w:tc>
        <w:tc>
          <w:tcPr>
            <w:tcW w:w="7236" w:type="dxa"/>
            <w:tcBorders>
              <w:top w:val="single" w:sz="4" w:space="0" w:color="auto"/>
              <w:left w:val="single" w:sz="4" w:space="0" w:color="auto"/>
              <w:bottom w:val="single" w:sz="4" w:space="0" w:color="auto"/>
              <w:right w:val="single" w:sz="4" w:space="0" w:color="auto"/>
            </w:tcBorders>
            <w:tcMar>
              <w:left w:w="0" w:type="dxa"/>
              <w:right w:w="0" w:type="dxa"/>
            </w:tcMar>
          </w:tcPr>
          <w:p w14:paraId="466D165E" w14:textId="77777777" w:rsidR="0097296A" w:rsidRPr="007204D9" w:rsidRDefault="00000000">
            <w:pPr>
              <w:autoSpaceDE w:val="0"/>
              <w:autoSpaceDN w:val="0"/>
              <w:spacing w:before="98" w:after="0" w:line="200" w:lineRule="exact"/>
              <w:ind w:left="86"/>
            </w:pPr>
            <w:r w:rsidRPr="007204D9">
              <w:rPr>
                <w:color w:val="000000"/>
                <w:sz w:val="18"/>
              </w:rPr>
              <w:t xml:space="preserve">Sim. mas o laudo está vencido.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61FFEC6A" w14:textId="77777777" w:rsidR="0097296A" w:rsidRPr="007204D9" w:rsidRDefault="00000000">
            <w:pPr>
              <w:autoSpaceDE w:val="0"/>
              <w:autoSpaceDN w:val="0"/>
              <w:spacing w:before="98" w:after="0" w:line="200" w:lineRule="exact"/>
              <w:ind w:right="98"/>
              <w:jc w:val="right"/>
            </w:pPr>
            <w:r w:rsidRPr="007204D9">
              <w:rPr>
                <w:color w:val="000000"/>
                <w:sz w:val="18"/>
              </w:rPr>
              <w:t xml:space="preserve">AP </w:t>
            </w:r>
          </w:p>
        </w:tc>
        <w:tc>
          <w:tcPr>
            <w:tcW w:w="900" w:type="dxa"/>
            <w:tcBorders>
              <w:top w:val="single" w:sz="4" w:space="0" w:color="auto"/>
              <w:left w:val="single" w:sz="3" w:space="0" w:color="auto"/>
              <w:bottom w:val="single" w:sz="4" w:space="0" w:color="auto"/>
              <w:right w:val="single" w:sz="3" w:space="0" w:color="auto"/>
            </w:tcBorders>
            <w:shd w:val="clear" w:color="auto" w:fill="EE0000"/>
            <w:tcMar>
              <w:left w:w="0" w:type="dxa"/>
              <w:right w:w="0" w:type="dxa"/>
            </w:tcMar>
          </w:tcPr>
          <w:p w14:paraId="321D774D" w14:textId="77777777" w:rsidR="0097296A" w:rsidRPr="007204D9" w:rsidRDefault="00000000">
            <w:pPr>
              <w:autoSpaceDE w:val="0"/>
              <w:autoSpaceDN w:val="0"/>
              <w:spacing w:before="98" w:after="0" w:line="200" w:lineRule="exact"/>
              <w:jc w:val="center"/>
            </w:pPr>
            <w:r w:rsidRPr="007204D9">
              <w:rPr>
                <w:color w:val="000000"/>
                <w:sz w:val="18"/>
              </w:rPr>
              <w:t xml:space="preserve">2 </w:t>
            </w:r>
          </w:p>
        </w:tc>
      </w:tr>
      <w:tr w:rsidR="0097296A" w:rsidRPr="007204D9" w14:paraId="67BBAF30" w14:textId="77777777" w:rsidTr="0082116F">
        <w:trPr>
          <w:trHeight w:val="398"/>
        </w:trPr>
        <w:tc>
          <w:tcPr>
            <w:tcW w:w="2088" w:type="dxa"/>
            <w:vMerge/>
            <w:tcBorders>
              <w:top w:val="single" w:sz="3" w:space="0" w:color="auto"/>
              <w:left w:val="single" w:sz="4" w:space="0" w:color="auto"/>
              <w:bottom w:val="single" w:sz="4" w:space="0" w:color="auto"/>
              <w:right w:val="single" w:sz="4" w:space="0" w:color="auto"/>
            </w:tcBorders>
          </w:tcPr>
          <w:p w14:paraId="705EF548" w14:textId="77777777" w:rsidR="0097296A" w:rsidRPr="007204D9" w:rsidRDefault="0097296A"/>
        </w:tc>
        <w:tc>
          <w:tcPr>
            <w:tcW w:w="2088" w:type="dxa"/>
            <w:vMerge/>
            <w:tcBorders>
              <w:top w:val="single" w:sz="3" w:space="0" w:color="auto"/>
              <w:left w:val="single" w:sz="4" w:space="0" w:color="auto"/>
              <w:bottom w:val="single" w:sz="4" w:space="0" w:color="auto"/>
              <w:right w:val="single" w:sz="4" w:space="0" w:color="auto"/>
            </w:tcBorders>
          </w:tcPr>
          <w:p w14:paraId="05F4BA81" w14:textId="77777777" w:rsidR="0097296A" w:rsidRPr="007204D9" w:rsidRDefault="0097296A"/>
        </w:tc>
        <w:tc>
          <w:tcPr>
            <w:tcW w:w="7236" w:type="dxa"/>
            <w:tcBorders>
              <w:top w:val="single" w:sz="4" w:space="0" w:color="auto"/>
              <w:left w:val="single" w:sz="4" w:space="0" w:color="auto"/>
              <w:bottom w:val="single" w:sz="4" w:space="0" w:color="auto"/>
              <w:right w:val="single" w:sz="4" w:space="0" w:color="auto"/>
            </w:tcBorders>
            <w:tcMar>
              <w:left w:w="0" w:type="dxa"/>
              <w:right w:w="0" w:type="dxa"/>
            </w:tcMar>
          </w:tcPr>
          <w:p w14:paraId="18A39758" w14:textId="77777777" w:rsidR="0097296A" w:rsidRPr="007204D9" w:rsidRDefault="00000000">
            <w:pPr>
              <w:autoSpaceDE w:val="0"/>
              <w:autoSpaceDN w:val="0"/>
              <w:spacing w:before="98" w:after="0" w:line="202" w:lineRule="exact"/>
              <w:ind w:left="86"/>
            </w:pPr>
            <w:r w:rsidRPr="007204D9">
              <w:rPr>
                <w:color w:val="000000"/>
                <w:sz w:val="18"/>
              </w:rPr>
              <w:t xml:space="preserve">Não é realizada a análise.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6F1D273" w14:textId="77777777" w:rsidR="0097296A" w:rsidRPr="007204D9" w:rsidRDefault="00000000">
            <w:pPr>
              <w:autoSpaceDE w:val="0"/>
              <w:autoSpaceDN w:val="0"/>
              <w:spacing w:before="98" w:after="0" w:line="202" w:lineRule="exact"/>
              <w:jc w:val="center"/>
            </w:pPr>
            <w:r w:rsidRPr="007204D9">
              <w:rPr>
                <w:color w:val="000000"/>
                <w:sz w:val="18"/>
              </w:rPr>
              <w:t>NAT</w:t>
            </w:r>
          </w:p>
        </w:tc>
        <w:tc>
          <w:tcPr>
            <w:tcW w:w="900" w:type="dxa"/>
            <w:tcBorders>
              <w:top w:val="single" w:sz="4" w:space="0" w:color="auto"/>
              <w:left w:val="single" w:sz="3" w:space="0" w:color="auto"/>
              <w:bottom w:val="single" w:sz="4" w:space="0" w:color="auto"/>
              <w:right w:val="single" w:sz="3" w:space="0" w:color="auto"/>
            </w:tcBorders>
            <w:shd w:val="clear" w:color="auto" w:fill="EE0000"/>
            <w:tcMar>
              <w:left w:w="0" w:type="dxa"/>
              <w:right w:w="0" w:type="dxa"/>
            </w:tcMar>
          </w:tcPr>
          <w:p w14:paraId="16236A8F"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03714D50" w14:textId="77777777">
        <w:trPr>
          <w:trHeight w:val="398"/>
        </w:trPr>
        <w:tc>
          <w:tcPr>
            <w:tcW w:w="2088" w:type="dxa"/>
            <w:vMerge/>
            <w:tcBorders>
              <w:top w:val="single" w:sz="3" w:space="0" w:color="auto"/>
              <w:left w:val="single" w:sz="4" w:space="0" w:color="auto"/>
              <w:bottom w:val="single" w:sz="4" w:space="0" w:color="auto"/>
              <w:right w:val="single" w:sz="4" w:space="0" w:color="auto"/>
            </w:tcBorders>
          </w:tcPr>
          <w:p w14:paraId="263CA9F8" w14:textId="77777777" w:rsidR="0097296A" w:rsidRPr="007204D9" w:rsidRDefault="0097296A"/>
        </w:tc>
        <w:tc>
          <w:tcPr>
            <w:tcW w:w="2088" w:type="dxa"/>
            <w:vMerge/>
            <w:tcBorders>
              <w:top w:val="single" w:sz="3" w:space="0" w:color="auto"/>
              <w:left w:val="single" w:sz="4" w:space="0" w:color="auto"/>
              <w:bottom w:val="single" w:sz="4" w:space="0" w:color="auto"/>
              <w:right w:val="single" w:sz="4" w:space="0" w:color="auto"/>
            </w:tcBorders>
          </w:tcPr>
          <w:p w14:paraId="0051474B" w14:textId="77777777" w:rsidR="0097296A" w:rsidRPr="007204D9" w:rsidRDefault="0097296A"/>
        </w:tc>
        <w:tc>
          <w:tcPr>
            <w:tcW w:w="7236" w:type="dxa"/>
            <w:tcBorders>
              <w:top w:val="single" w:sz="4" w:space="0" w:color="auto"/>
              <w:left w:val="single" w:sz="4" w:space="0" w:color="auto"/>
              <w:bottom w:val="single" w:sz="4" w:space="0" w:color="auto"/>
              <w:right w:val="single" w:sz="4" w:space="0" w:color="auto"/>
            </w:tcBorders>
            <w:tcMar>
              <w:left w:w="0" w:type="dxa"/>
              <w:right w:w="0" w:type="dxa"/>
            </w:tcMar>
          </w:tcPr>
          <w:p w14:paraId="4928C490" w14:textId="77777777" w:rsidR="0097296A" w:rsidRPr="007204D9" w:rsidRDefault="00000000">
            <w:pPr>
              <w:autoSpaceDE w:val="0"/>
              <w:autoSpaceDN w:val="0"/>
              <w:spacing w:before="98" w:after="0" w:line="202" w:lineRule="exact"/>
              <w:ind w:left="86"/>
            </w:pPr>
            <w:r w:rsidRPr="007204D9">
              <w:rPr>
                <w:color w:val="000000"/>
                <w:sz w:val="18"/>
              </w:rPr>
              <w:t xml:space="preserve">A água utilizada no estádio é advinda apenas do sistema público de abastecimento.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3C09AA9F" w14:textId="77777777" w:rsidR="0097296A" w:rsidRPr="007204D9" w:rsidRDefault="00000000">
            <w:pPr>
              <w:autoSpaceDE w:val="0"/>
              <w:autoSpaceDN w:val="0"/>
              <w:spacing w:before="98" w:after="0" w:line="202" w:lineRule="exact"/>
              <w:jc w:val="center"/>
            </w:pPr>
            <w:r w:rsidRPr="007204D9">
              <w:rPr>
                <w:color w:val="000000"/>
                <w:sz w:val="18"/>
              </w:rPr>
              <w:t>NAP</w:t>
            </w:r>
          </w:p>
        </w:tc>
        <w:tc>
          <w:tcPr>
            <w:tcW w:w="900" w:type="dxa"/>
            <w:tcBorders>
              <w:top w:val="single" w:sz="4" w:space="0" w:color="auto"/>
              <w:left w:val="single" w:sz="3" w:space="0" w:color="auto"/>
              <w:bottom w:val="single" w:sz="4" w:space="0" w:color="auto"/>
              <w:right w:val="single" w:sz="3" w:space="0" w:color="auto"/>
            </w:tcBorders>
            <w:tcMar>
              <w:left w:w="0" w:type="dxa"/>
              <w:right w:w="0" w:type="dxa"/>
            </w:tcMar>
          </w:tcPr>
          <w:p w14:paraId="59E3639C"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6483313B" w14:textId="77777777">
        <w:trPr>
          <w:trHeight w:val="402"/>
        </w:trPr>
        <w:tc>
          <w:tcPr>
            <w:tcW w:w="2088" w:type="dxa"/>
            <w:vMerge/>
            <w:tcBorders>
              <w:top w:val="single" w:sz="3" w:space="0" w:color="auto"/>
              <w:left w:val="single" w:sz="4" w:space="0" w:color="auto"/>
              <w:bottom w:val="single" w:sz="4" w:space="0" w:color="auto"/>
              <w:right w:val="single" w:sz="4" w:space="0" w:color="auto"/>
            </w:tcBorders>
          </w:tcPr>
          <w:p w14:paraId="2CAFB049" w14:textId="77777777" w:rsidR="0097296A" w:rsidRPr="007204D9" w:rsidRDefault="0097296A"/>
        </w:tc>
        <w:tc>
          <w:tcPr>
            <w:tcW w:w="2088" w:type="dxa"/>
            <w:vMerge/>
            <w:tcBorders>
              <w:top w:val="single" w:sz="3" w:space="0" w:color="auto"/>
              <w:left w:val="single" w:sz="4" w:space="0" w:color="auto"/>
              <w:bottom w:val="single" w:sz="4" w:space="0" w:color="auto"/>
              <w:right w:val="single" w:sz="4" w:space="0" w:color="auto"/>
            </w:tcBorders>
          </w:tcPr>
          <w:p w14:paraId="6B0A992A" w14:textId="77777777" w:rsidR="0097296A" w:rsidRPr="007204D9" w:rsidRDefault="0097296A"/>
        </w:tc>
        <w:tc>
          <w:tcPr>
            <w:tcW w:w="7236" w:type="dxa"/>
            <w:tcBorders>
              <w:top w:val="single" w:sz="4" w:space="0" w:color="auto"/>
              <w:left w:val="single" w:sz="4" w:space="0" w:color="auto"/>
              <w:bottom w:val="single" w:sz="4" w:space="0" w:color="auto"/>
              <w:right w:val="single" w:sz="4" w:space="0" w:color="auto"/>
            </w:tcBorders>
            <w:tcMar>
              <w:left w:w="0" w:type="dxa"/>
              <w:right w:w="0" w:type="dxa"/>
            </w:tcMar>
          </w:tcPr>
          <w:p w14:paraId="10A2C663" w14:textId="77777777" w:rsidR="0097296A" w:rsidRPr="007204D9" w:rsidRDefault="00000000">
            <w:pPr>
              <w:autoSpaceDE w:val="0"/>
              <w:autoSpaceDN w:val="0"/>
              <w:spacing w:before="96" w:after="0" w:line="202" w:lineRule="exact"/>
              <w:ind w:left="86"/>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FA18D9E" w14:textId="77777777" w:rsidR="0097296A" w:rsidRPr="007204D9" w:rsidRDefault="00000000">
            <w:pPr>
              <w:autoSpaceDE w:val="0"/>
              <w:autoSpaceDN w:val="0"/>
              <w:spacing w:before="96" w:after="0" w:line="202" w:lineRule="exact"/>
              <w:ind w:right="86"/>
              <w:jc w:val="right"/>
            </w:pPr>
            <w:r w:rsidRPr="007204D9">
              <w:rPr>
                <w:color w:val="000000"/>
                <w:sz w:val="18"/>
              </w:rPr>
              <w:t xml:space="preserve">NO </w:t>
            </w:r>
          </w:p>
        </w:tc>
        <w:tc>
          <w:tcPr>
            <w:tcW w:w="900" w:type="dxa"/>
            <w:tcBorders>
              <w:top w:val="single" w:sz="4" w:space="0" w:color="auto"/>
              <w:left w:val="single" w:sz="3" w:space="0" w:color="auto"/>
              <w:bottom w:val="single" w:sz="4" w:space="0" w:color="auto"/>
              <w:right w:val="single" w:sz="3" w:space="0" w:color="auto"/>
            </w:tcBorders>
            <w:tcMar>
              <w:left w:w="0" w:type="dxa"/>
              <w:right w:w="0" w:type="dxa"/>
            </w:tcMar>
          </w:tcPr>
          <w:p w14:paraId="03C2D572"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0D56B001" w14:textId="77777777">
        <w:trPr>
          <w:trHeight w:val="914"/>
        </w:trPr>
        <w:tc>
          <w:tcPr>
            <w:tcW w:w="2088" w:type="dxa"/>
            <w:vMerge/>
            <w:tcBorders>
              <w:top w:val="single" w:sz="3" w:space="0" w:color="auto"/>
              <w:left w:val="single" w:sz="4" w:space="0" w:color="auto"/>
              <w:bottom w:val="single" w:sz="4" w:space="0" w:color="auto"/>
              <w:right w:val="single" w:sz="4" w:space="0" w:color="auto"/>
            </w:tcBorders>
          </w:tcPr>
          <w:p w14:paraId="180494D4" w14:textId="77777777" w:rsidR="0097296A" w:rsidRPr="007204D9" w:rsidRDefault="0097296A"/>
        </w:tc>
        <w:tc>
          <w:tcPr>
            <w:tcW w:w="2088" w:type="dxa"/>
            <w:vMerge/>
            <w:tcBorders>
              <w:top w:val="single" w:sz="3" w:space="0" w:color="auto"/>
              <w:left w:val="single" w:sz="4" w:space="0" w:color="auto"/>
              <w:bottom w:val="single" w:sz="4" w:space="0" w:color="auto"/>
              <w:right w:val="single" w:sz="4" w:space="0" w:color="auto"/>
            </w:tcBorders>
          </w:tcPr>
          <w:p w14:paraId="02CE4E2E" w14:textId="77777777" w:rsidR="0097296A" w:rsidRPr="007204D9" w:rsidRDefault="0097296A"/>
        </w:tc>
        <w:tc>
          <w:tcPr>
            <w:tcW w:w="8704"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3F99E0ED" w14:textId="77777777" w:rsidR="0097296A" w:rsidRPr="007204D9" w:rsidRDefault="00000000">
            <w:pPr>
              <w:autoSpaceDE w:val="0"/>
              <w:autoSpaceDN w:val="0"/>
              <w:spacing w:after="0" w:line="200" w:lineRule="exact"/>
              <w:ind w:left="86"/>
            </w:pPr>
            <w:r w:rsidRPr="007204D9">
              <w:rPr>
                <w:color w:val="000000"/>
                <w:sz w:val="18"/>
              </w:rPr>
              <w:t xml:space="preserve">Comentário: </w:t>
            </w:r>
          </w:p>
        </w:tc>
      </w:tr>
      <w:tr w:rsidR="0097296A" w:rsidRPr="007204D9" w14:paraId="4438A340" w14:textId="77777777">
        <w:trPr>
          <w:trHeight w:val="488"/>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1AAE0EB" w14:textId="77777777" w:rsidR="0097296A" w:rsidRPr="007204D9" w:rsidRDefault="00000000">
            <w:pPr>
              <w:autoSpaceDE w:val="0"/>
              <w:autoSpaceDN w:val="0"/>
              <w:spacing w:before="600" w:after="0" w:line="202" w:lineRule="exact"/>
              <w:jc w:val="center"/>
            </w:pPr>
            <w:r w:rsidRPr="007204D9">
              <w:rPr>
                <w:color w:val="000000"/>
                <w:sz w:val="18"/>
              </w:rPr>
              <w:t xml:space="preserve">5.6 </w:t>
            </w:r>
          </w:p>
        </w:tc>
        <w:tc>
          <w:tcPr>
            <w:tcW w:w="113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38366F2" w14:textId="77777777" w:rsidR="0097296A" w:rsidRPr="007204D9" w:rsidRDefault="00000000">
            <w:pPr>
              <w:autoSpaceDE w:val="0"/>
              <w:autoSpaceDN w:val="0"/>
              <w:spacing w:before="600" w:after="0" w:line="202" w:lineRule="exact"/>
              <w:ind w:right="444"/>
              <w:jc w:val="right"/>
            </w:pPr>
            <w:r w:rsidRPr="007204D9">
              <w:rPr>
                <w:color w:val="000000"/>
                <w:sz w:val="18"/>
              </w:rPr>
              <w:t xml:space="preserve">0 </w:t>
            </w:r>
          </w:p>
        </w:tc>
        <w:tc>
          <w:tcPr>
            <w:tcW w:w="8704"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03112803" w14:textId="77777777" w:rsidR="0097296A" w:rsidRPr="007204D9" w:rsidRDefault="00000000">
            <w:pPr>
              <w:autoSpaceDE w:val="0"/>
              <w:autoSpaceDN w:val="0"/>
              <w:spacing w:before="22" w:after="0" w:line="206" w:lineRule="exact"/>
              <w:ind w:left="86"/>
            </w:pPr>
            <w:r w:rsidRPr="007204D9">
              <w:rPr>
                <w:b/>
                <w:color w:val="000000"/>
                <w:sz w:val="18"/>
              </w:rPr>
              <w:t xml:space="preserve">Qual a capacidade nominal em litros dos reservatórios (caixas d'água, e cisternas) do estádio? </w:t>
            </w:r>
            <w:r w:rsidRPr="007204D9">
              <w:rPr>
                <w:b/>
                <w:color w:val="000000"/>
                <w:sz w:val="18"/>
              </w:rPr>
              <w:t xml:space="preserve">(Doc. Ref.: ABNT NBR 5626/1998). </w:t>
            </w:r>
          </w:p>
        </w:tc>
      </w:tr>
      <w:tr w:rsidR="0097296A" w:rsidRPr="007204D9" w14:paraId="29091DCB" w14:textId="77777777">
        <w:trPr>
          <w:trHeight w:val="916"/>
        </w:trPr>
        <w:tc>
          <w:tcPr>
            <w:tcW w:w="2088" w:type="dxa"/>
            <w:vMerge/>
            <w:tcBorders>
              <w:top w:val="single" w:sz="4" w:space="0" w:color="auto"/>
              <w:left w:val="single" w:sz="4" w:space="0" w:color="auto"/>
              <w:bottom w:val="single" w:sz="4" w:space="0" w:color="auto"/>
              <w:right w:val="single" w:sz="4" w:space="0" w:color="auto"/>
            </w:tcBorders>
          </w:tcPr>
          <w:p w14:paraId="4BDBB5E1" w14:textId="77777777" w:rsidR="0097296A" w:rsidRPr="007204D9" w:rsidRDefault="0097296A"/>
        </w:tc>
        <w:tc>
          <w:tcPr>
            <w:tcW w:w="2088" w:type="dxa"/>
            <w:vMerge/>
            <w:tcBorders>
              <w:top w:val="single" w:sz="4" w:space="0" w:color="auto"/>
              <w:left w:val="single" w:sz="4" w:space="0" w:color="auto"/>
              <w:bottom w:val="single" w:sz="4" w:space="0" w:color="auto"/>
              <w:right w:val="single" w:sz="4" w:space="0" w:color="auto"/>
            </w:tcBorders>
          </w:tcPr>
          <w:p w14:paraId="46DD4B3C" w14:textId="77777777" w:rsidR="0097296A" w:rsidRPr="007204D9" w:rsidRDefault="0097296A"/>
        </w:tc>
        <w:tc>
          <w:tcPr>
            <w:tcW w:w="8704"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329C161D" w14:textId="77777777" w:rsidR="0097296A" w:rsidRPr="007204D9" w:rsidRDefault="00000000">
            <w:pPr>
              <w:autoSpaceDE w:val="0"/>
              <w:autoSpaceDN w:val="0"/>
              <w:spacing w:after="0" w:line="200" w:lineRule="exact"/>
              <w:ind w:left="86"/>
            </w:pPr>
            <w:r w:rsidRPr="007204D9">
              <w:rPr>
                <w:color w:val="000000"/>
                <w:sz w:val="18"/>
              </w:rPr>
              <w:t xml:space="preserve">Comentário: </w:t>
            </w:r>
          </w:p>
        </w:tc>
      </w:tr>
      <w:tr w:rsidR="0097296A" w:rsidRPr="007204D9" w14:paraId="237AC990" w14:textId="77777777">
        <w:trPr>
          <w:trHeight w:val="99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DC8C49E" w14:textId="77777777" w:rsidR="0097296A" w:rsidRPr="007204D9" w:rsidRDefault="00000000">
            <w:pPr>
              <w:autoSpaceDE w:val="0"/>
              <w:autoSpaceDN w:val="0"/>
              <w:spacing w:before="1896" w:after="0" w:line="202" w:lineRule="exact"/>
              <w:jc w:val="center"/>
            </w:pPr>
            <w:r w:rsidRPr="007204D9">
              <w:rPr>
                <w:color w:val="000000"/>
                <w:sz w:val="18"/>
              </w:rPr>
              <w:t xml:space="preserve">5.7 </w:t>
            </w:r>
          </w:p>
        </w:tc>
        <w:tc>
          <w:tcPr>
            <w:tcW w:w="113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A2BD35C" w14:textId="77777777" w:rsidR="0097296A" w:rsidRPr="007204D9" w:rsidRDefault="00000000">
            <w:pPr>
              <w:autoSpaceDE w:val="0"/>
              <w:autoSpaceDN w:val="0"/>
              <w:spacing w:before="1896" w:after="0" w:line="202" w:lineRule="exact"/>
              <w:ind w:right="444"/>
              <w:jc w:val="right"/>
            </w:pPr>
            <w:r w:rsidRPr="007204D9">
              <w:rPr>
                <w:color w:val="000000"/>
                <w:sz w:val="18"/>
              </w:rPr>
              <w:t xml:space="preserve">1 </w:t>
            </w:r>
          </w:p>
        </w:tc>
        <w:tc>
          <w:tcPr>
            <w:tcW w:w="8704"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7E587B30" w14:textId="77777777" w:rsidR="0097296A" w:rsidRPr="007204D9" w:rsidRDefault="00000000">
            <w:pPr>
              <w:autoSpaceDE w:val="0"/>
              <w:autoSpaceDN w:val="0"/>
              <w:spacing w:before="172" w:after="0" w:line="206" w:lineRule="exact"/>
              <w:ind w:left="86" w:right="8"/>
              <w:jc w:val="both"/>
            </w:pPr>
            <w:r w:rsidRPr="007204D9">
              <w:rPr>
                <w:b/>
                <w:color w:val="000000"/>
                <w:sz w:val="18"/>
              </w:rPr>
              <w:t xml:space="preserve">Estão instalados bebedouros de material lavável, providos de água potável, em locais acessíveis, fora das instalações sanitárias, para uso dos </w:t>
            </w:r>
            <w:proofErr w:type="spellStart"/>
            <w:r w:rsidRPr="007204D9">
              <w:rPr>
                <w:b/>
                <w:color w:val="000000"/>
                <w:sz w:val="18"/>
              </w:rPr>
              <w:t>frequentadores</w:t>
            </w:r>
            <w:proofErr w:type="spellEnd"/>
            <w:r w:rsidRPr="007204D9">
              <w:rPr>
                <w:b/>
                <w:color w:val="000000"/>
                <w:sz w:val="18"/>
              </w:rPr>
              <w:t xml:space="preserve">, na proporção de um para cada 500 pessoas? </w:t>
            </w:r>
            <w:r w:rsidRPr="007204D9">
              <w:rPr>
                <w:b/>
                <w:color w:val="000000"/>
                <w:sz w:val="18"/>
              </w:rPr>
              <w:t xml:space="preserve">(Doc. Ref.: Portaria CVS n° 02/2010). </w:t>
            </w:r>
          </w:p>
        </w:tc>
      </w:tr>
      <w:tr w:rsidR="0097296A" w:rsidRPr="007204D9" w14:paraId="11FB4B99" w14:textId="77777777" w:rsidTr="00050CAE">
        <w:trPr>
          <w:trHeight w:val="624"/>
        </w:trPr>
        <w:tc>
          <w:tcPr>
            <w:tcW w:w="2088" w:type="dxa"/>
            <w:vMerge/>
            <w:tcBorders>
              <w:top w:val="single" w:sz="4" w:space="0" w:color="auto"/>
              <w:left w:val="single" w:sz="4" w:space="0" w:color="auto"/>
              <w:bottom w:val="single" w:sz="4" w:space="0" w:color="auto"/>
              <w:right w:val="single" w:sz="4" w:space="0" w:color="auto"/>
            </w:tcBorders>
          </w:tcPr>
          <w:p w14:paraId="38936D28" w14:textId="77777777" w:rsidR="0097296A" w:rsidRPr="007204D9" w:rsidRDefault="0097296A"/>
        </w:tc>
        <w:tc>
          <w:tcPr>
            <w:tcW w:w="2088" w:type="dxa"/>
            <w:vMerge/>
            <w:tcBorders>
              <w:top w:val="single" w:sz="4" w:space="0" w:color="auto"/>
              <w:left w:val="single" w:sz="4" w:space="0" w:color="auto"/>
              <w:bottom w:val="single" w:sz="4" w:space="0" w:color="auto"/>
              <w:right w:val="single" w:sz="4" w:space="0" w:color="auto"/>
            </w:tcBorders>
          </w:tcPr>
          <w:p w14:paraId="0ACF7B30" w14:textId="77777777" w:rsidR="0097296A" w:rsidRPr="007204D9" w:rsidRDefault="0097296A"/>
        </w:tc>
        <w:tc>
          <w:tcPr>
            <w:tcW w:w="7236" w:type="dxa"/>
            <w:tcBorders>
              <w:top w:val="single" w:sz="4" w:space="0" w:color="auto"/>
              <w:left w:val="single" w:sz="4" w:space="0" w:color="auto"/>
              <w:bottom w:val="single" w:sz="4" w:space="0" w:color="auto"/>
              <w:right w:val="single" w:sz="4" w:space="0" w:color="auto"/>
            </w:tcBorders>
            <w:tcMar>
              <w:left w:w="0" w:type="dxa"/>
              <w:right w:w="0" w:type="dxa"/>
            </w:tcMar>
          </w:tcPr>
          <w:p w14:paraId="54B5AA3E" w14:textId="77777777" w:rsidR="0097296A" w:rsidRPr="007204D9" w:rsidRDefault="00000000">
            <w:pPr>
              <w:autoSpaceDE w:val="0"/>
              <w:autoSpaceDN w:val="0"/>
              <w:spacing w:before="100" w:after="0" w:line="206" w:lineRule="exact"/>
              <w:ind w:left="86" w:right="144"/>
            </w:pPr>
            <w:r w:rsidRPr="007204D9">
              <w:rPr>
                <w:color w:val="000000"/>
                <w:sz w:val="18"/>
              </w:rPr>
              <w:t xml:space="preserve">Sim. A proporção de bebedouros está sendo atendida e possuem plano de limpeza e manutenção do equipamento com troca regular dos filtros (anexar comprovantes).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850E324" w14:textId="77777777" w:rsidR="0097296A" w:rsidRPr="007204D9" w:rsidRDefault="00000000">
            <w:pPr>
              <w:autoSpaceDE w:val="0"/>
              <w:autoSpaceDN w:val="0"/>
              <w:spacing w:before="212" w:after="0" w:line="200" w:lineRule="exact"/>
              <w:ind w:right="102"/>
              <w:jc w:val="right"/>
            </w:pPr>
            <w:r w:rsidRPr="007204D9">
              <w:rPr>
                <w:color w:val="000000"/>
                <w:sz w:val="18"/>
              </w:rPr>
              <w:t xml:space="preserve">AT </w:t>
            </w:r>
          </w:p>
        </w:tc>
        <w:tc>
          <w:tcPr>
            <w:tcW w:w="900" w:type="dxa"/>
            <w:tcBorders>
              <w:top w:val="single" w:sz="4" w:space="0" w:color="auto"/>
              <w:left w:val="single" w:sz="3" w:space="0" w:color="auto"/>
              <w:bottom w:val="single" w:sz="4" w:space="0" w:color="auto"/>
              <w:right w:val="single" w:sz="3" w:space="0" w:color="auto"/>
            </w:tcBorders>
            <w:shd w:val="clear" w:color="auto" w:fill="92D050"/>
            <w:tcMar>
              <w:left w:w="0" w:type="dxa"/>
              <w:right w:w="0" w:type="dxa"/>
            </w:tcMar>
          </w:tcPr>
          <w:p w14:paraId="3226B505" w14:textId="77777777" w:rsidR="0097296A" w:rsidRPr="007204D9" w:rsidRDefault="00000000">
            <w:pPr>
              <w:autoSpaceDE w:val="0"/>
              <w:autoSpaceDN w:val="0"/>
              <w:spacing w:before="212" w:after="0" w:line="200" w:lineRule="exact"/>
              <w:jc w:val="center"/>
            </w:pPr>
            <w:r w:rsidRPr="007204D9">
              <w:rPr>
                <w:color w:val="000000"/>
                <w:sz w:val="18"/>
              </w:rPr>
              <w:t xml:space="preserve">1 </w:t>
            </w:r>
          </w:p>
        </w:tc>
      </w:tr>
      <w:tr w:rsidR="0097296A" w:rsidRPr="007204D9" w14:paraId="7D04839A" w14:textId="77777777" w:rsidTr="0082116F">
        <w:trPr>
          <w:trHeight w:val="640"/>
        </w:trPr>
        <w:tc>
          <w:tcPr>
            <w:tcW w:w="2088" w:type="dxa"/>
            <w:vMerge/>
            <w:tcBorders>
              <w:top w:val="single" w:sz="4" w:space="0" w:color="auto"/>
              <w:left w:val="single" w:sz="4" w:space="0" w:color="auto"/>
              <w:bottom w:val="single" w:sz="4" w:space="0" w:color="auto"/>
              <w:right w:val="single" w:sz="4" w:space="0" w:color="auto"/>
            </w:tcBorders>
          </w:tcPr>
          <w:p w14:paraId="708FEAB2" w14:textId="77777777" w:rsidR="0097296A" w:rsidRPr="007204D9" w:rsidRDefault="0097296A"/>
        </w:tc>
        <w:tc>
          <w:tcPr>
            <w:tcW w:w="2088" w:type="dxa"/>
            <w:vMerge/>
            <w:tcBorders>
              <w:top w:val="single" w:sz="4" w:space="0" w:color="auto"/>
              <w:left w:val="single" w:sz="4" w:space="0" w:color="auto"/>
              <w:bottom w:val="single" w:sz="4" w:space="0" w:color="auto"/>
              <w:right w:val="single" w:sz="4" w:space="0" w:color="auto"/>
            </w:tcBorders>
          </w:tcPr>
          <w:p w14:paraId="5C2B9EC1" w14:textId="77777777" w:rsidR="0097296A" w:rsidRPr="007204D9" w:rsidRDefault="0097296A"/>
        </w:tc>
        <w:tc>
          <w:tcPr>
            <w:tcW w:w="7236" w:type="dxa"/>
            <w:tcBorders>
              <w:top w:val="single" w:sz="4" w:space="0" w:color="auto"/>
              <w:left w:val="single" w:sz="4" w:space="0" w:color="auto"/>
              <w:bottom w:val="single" w:sz="4" w:space="0" w:color="auto"/>
              <w:right w:val="single" w:sz="4" w:space="0" w:color="auto"/>
            </w:tcBorders>
            <w:tcMar>
              <w:left w:w="0" w:type="dxa"/>
              <w:right w:w="0" w:type="dxa"/>
            </w:tcMar>
          </w:tcPr>
          <w:p w14:paraId="10764821" w14:textId="77777777" w:rsidR="0097296A" w:rsidRPr="007204D9" w:rsidRDefault="00000000">
            <w:pPr>
              <w:autoSpaceDE w:val="0"/>
              <w:autoSpaceDN w:val="0"/>
              <w:spacing w:before="108" w:after="0" w:line="206" w:lineRule="exact"/>
              <w:ind w:left="86" w:right="720"/>
            </w:pPr>
            <w:r w:rsidRPr="007204D9">
              <w:rPr>
                <w:color w:val="000000"/>
                <w:sz w:val="18"/>
              </w:rPr>
              <w:t xml:space="preserve">Sim, os bebedouros possuem plano de limpeza atendido, mas a proporção de bebedouros é insuficiente para atender ao público.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24B9D0B0" w14:textId="77777777" w:rsidR="0097296A" w:rsidRPr="007204D9" w:rsidRDefault="00000000">
            <w:pPr>
              <w:autoSpaceDE w:val="0"/>
              <w:autoSpaceDN w:val="0"/>
              <w:spacing w:before="216" w:after="0" w:line="202" w:lineRule="exact"/>
              <w:ind w:right="98"/>
              <w:jc w:val="right"/>
            </w:pPr>
            <w:r w:rsidRPr="007204D9">
              <w:rPr>
                <w:color w:val="000000"/>
                <w:sz w:val="18"/>
              </w:rPr>
              <w:t xml:space="preserve">AP </w:t>
            </w:r>
          </w:p>
        </w:tc>
        <w:tc>
          <w:tcPr>
            <w:tcW w:w="900" w:type="dxa"/>
            <w:tcBorders>
              <w:top w:val="single" w:sz="4" w:space="0" w:color="auto"/>
              <w:left w:val="single" w:sz="3" w:space="0" w:color="auto"/>
              <w:bottom w:val="single" w:sz="4" w:space="0" w:color="auto"/>
              <w:right w:val="single" w:sz="3" w:space="0" w:color="auto"/>
            </w:tcBorders>
            <w:shd w:val="clear" w:color="auto" w:fill="FFFF00"/>
            <w:tcMar>
              <w:left w:w="0" w:type="dxa"/>
              <w:right w:w="0" w:type="dxa"/>
            </w:tcMar>
          </w:tcPr>
          <w:p w14:paraId="0787BA58" w14:textId="77777777" w:rsidR="0097296A" w:rsidRPr="007204D9" w:rsidRDefault="00000000">
            <w:pPr>
              <w:autoSpaceDE w:val="0"/>
              <w:autoSpaceDN w:val="0"/>
              <w:spacing w:before="216" w:after="0" w:line="202" w:lineRule="exact"/>
              <w:jc w:val="center"/>
            </w:pPr>
            <w:r w:rsidRPr="007204D9">
              <w:rPr>
                <w:color w:val="000000"/>
                <w:sz w:val="18"/>
              </w:rPr>
              <w:t xml:space="preserve">2 </w:t>
            </w:r>
          </w:p>
        </w:tc>
      </w:tr>
      <w:tr w:rsidR="0097296A" w:rsidRPr="007204D9" w14:paraId="41DBD4F1" w14:textId="77777777" w:rsidTr="0082116F">
        <w:trPr>
          <w:trHeight w:val="422"/>
        </w:trPr>
        <w:tc>
          <w:tcPr>
            <w:tcW w:w="2088" w:type="dxa"/>
            <w:vMerge/>
            <w:tcBorders>
              <w:top w:val="single" w:sz="4" w:space="0" w:color="auto"/>
              <w:left w:val="single" w:sz="4" w:space="0" w:color="auto"/>
              <w:bottom w:val="single" w:sz="4" w:space="0" w:color="auto"/>
              <w:right w:val="single" w:sz="4" w:space="0" w:color="auto"/>
            </w:tcBorders>
          </w:tcPr>
          <w:p w14:paraId="3139AFA5" w14:textId="77777777" w:rsidR="0097296A" w:rsidRPr="007204D9" w:rsidRDefault="0097296A"/>
        </w:tc>
        <w:tc>
          <w:tcPr>
            <w:tcW w:w="2088" w:type="dxa"/>
            <w:vMerge/>
            <w:tcBorders>
              <w:top w:val="single" w:sz="4" w:space="0" w:color="auto"/>
              <w:left w:val="single" w:sz="4" w:space="0" w:color="auto"/>
              <w:bottom w:val="single" w:sz="4" w:space="0" w:color="auto"/>
              <w:right w:val="single" w:sz="4" w:space="0" w:color="auto"/>
            </w:tcBorders>
          </w:tcPr>
          <w:p w14:paraId="0D141ACC" w14:textId="77777777" w:rsidR="0097296A" w:rsidRPr="007204D9" w:rsidRDefault="0097296A"/>
        </w:tc>
        <w:tc>
          <w:tcPr>
            <w:tcW w:w="7236" w:type="dxa"/>
            <w:tcBorders>
              <w:top w:val="single" w:sz="4" w:space="0" w:color="auto"/>
              <w:left w:val="single" w:sz="4" w:space="0" w:color="auto"/>
              <w:bottom w:val="single" w:sz="3" w:space="0" w:color="auto"/>
              <w:right w:val="single" w:sz="4" w:space="0" w:color="auto"/>
            </w:tcBorders>
            <w:tcMar>
              <w:left w:w="0" w:type="dxa"/>
              <w:right w:w="0" w:type="dxa"/>
            </w:tcMar>
          </w:tcPr>
          <w:p w14:paraId="5754AD05" w14:textId="77777777" w:rsidR="0097296A" w:rsidRPr="007204D9" w:rsidRDefault="00000000">
            <w:pPr>
              <w:autoSpaceDE w:val="0"/>
              <w:autoSpaceDN w:val="0"/>
              <w:spacing w:after="0" w:line="204" w:lineRule="exact"/>
              <w:ind w:left="86" w:right="144"/>
            </w:pPr>
            <w:r w:rsidRPr="007204D9">
              <w:rPr>
                <w:color w:val="000000"/>
                <w:sz w:val="18"/>
              </w:rPr>
              <w:t xml:space="preserve">Não existem bebedouros e / ou os existentes não atendem a todas as especificações acima.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667E7966" w14:textId="77777777" w:rsidR="0097296A" w:rsidRPr="007204D9" w:rsidRDefault="00000000">
            <w:pPr>
              <w:autoSpaceDE w:val="0"/>
              <w:autoSpaceDN w:val="0"/>
              <w:spacing w:before="106" w:after="0" w:line="202" w:lineRule="exact"/>
              <w:jc w:val="center"/>
            </w:pPr>
            <w:r w:rsidRPr="007204D9">
              <w:rPr>
                <w:color w:val="000000"/>
                <w:sz w:val="18"/>
              </w:rPr>
              <w:t>NAT</w:t>
            </w:r>
          </w:p>
        </w:tc>
        <w:tc>
          <w:tcPr>
            <w:tcW w:w="900" w:type="dxa"/>
            <w:tcBorders>
              <w:top w:val="single" w:sz="4" w:space="0" w:color="auto"/>
              <w:left w:val="single" w:sz="3" w:space="0" w:color="auto"/>
              <w:bottom w:val="single" w:sz="3" w:space="0" w:color="auto"/>
              <w:right w:val="single" w:sz="3" w:space="0" w:color="auto"/>
            </w:tcBorders>
            <w:shd w:val="clear" w:color="auto" w:fill="FFFF00"/>
            <w:tcMar>
              <w:left w:w="0" w:type="dxa"/>
              <w:right w:w="0" w:type="dxa"/>
            </w:tcMar>
          </w:tcPr>
          <w:p w14:paraId="1D041D11" w14:textId="77777777" w:rsidR="0097296A" w:rsidRPr="007204D9" w:rsidRDefault="00000000">
            <w:pPr>
              <w:autoSpaceDE w:val="0"/>
              <w:autoSpaceDN w:val="0"/>
              <w:spacing w:before="106" w:after="0" w:line="202" w:lineRule="exact"/>
              <w:jc w:val="center"/>
            </w:pPr>
            <w:r w:rsidRPr="007204D9">
              <w:rPr>
                <w:color w:val="000000"/>
                <w:sz w:val="18"/>
              </w:rPr>
              <w:t xml:space="preserve">3 </w:t>
            </w:r>
          </w:p>
        </w:tc>
      </w:tr>
      <w:tr w:rsidR="0097296A" w:rsidRPr="007204D9" w14:paraId="595F69E2" w14:textId="77777777">
        <w:trPr>
          <w:trHeight w:val="398"/>
        </w:trPr>
        <w:tc>
          <w:tcPr>
            <w:tcW w:w="2088" w:type="dxa"/>
            <w:vMerge/>
            <w:tcBorders>
              <w:top w:val="single" w:sz="4" w:space="0" w:color="auto"/>
              <w:left w:val="single" w:sz="4" w:space="0" w:color="auto"/>
              <w:bottom w:val="single" w:sz="4" w:space="0" w:color="auto"/>
              <w:right w:val="single" w:sz="4" w:space="0" w:color="auto"/>
            </w:tcBorders>
          </w:tcPr>
          <w:p w14:paraId="2984EB22" w14:textId="77777777" w:rsidR="0097296A" w:rsidRPr="007204D9" w:rsidRDefault="0097296A"/>
        </w:tc>
        <w:tc>
          <w:tcPr>
            <w:tcW w:w="2088" w:type="dxa"/>
            <w:vMerge/>
            <w:tcBorders>
              <w:top w:val="single" w:sz="4" w:space="0" w:color="auto"/>
              <w:left w:val="single" w:sz="4" w:space="0" w:color="auto"/>
              <w:bottom w:val="single" w:sz="4" w:space="0" w:color="auto"/>
              <w:right w:val="single" w:sz="4" w:space="0" w:color="auto"/>
            </w:tcBorders>
          </w:tcPr>
          <w:p w14:paraId="6B3D3910" w14:textId="77777777" w:rsidR="0097296A" w:rsidRPr="007204D9" w:rsidRDefault="0097296A"/>
        </w:tc>
        <w:tc>
          <w:tcPr>
            <w:tcW w:w="7236" w:type="dxa"/>
            <w:tcBorders>
              <w:top w:val="single" w:sz="3" w:space="0" w:color="auto"/>
              <w:left w:val="single" w:sz="4" w:space="0" w:color="auto"/>
              <w:bottom w:val="single" w:sz="4" w:space="0" w:color="auto"/>
              <w:right w:val="single" w:sz="4" w:space="0" w:color="auto"/>
            </w:tcBorders>
            <w:tcMar>
              <w:left w:w="0" w:type="dxa"/>
              <w:right w:w="0" w:type="dxa"/>
            </w:tcMar>
          </w:tcPr>
          <w:p w14:paraId="26C3001E" w14:textId="77777777" w:rsidR="0097296A" w:rsidRPr="007204D9" w:rsidRDefault="00000000">
            <w:pPr>
              <w:autoSpaceDE w:val="0"/>
              <w:autoSpaceDN w:val="0"/>
              <w:spacing w:before="98" w:after="0" w:line="200" w:lineRule="exact"/>
              <w:ind w:left="86"/>
            </w:pPr>
            <w:r w:rsidRPr="007204D9">
              <w:rPr>
                <w:color w:val="000000"/>
                <w:sz w:val="18"/>
              </w:rPr>
              <w:t xml:space="preserve">Não observado. (Especificar no comentário o motivo da não observação)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21E8488E" w14:textId="77777777" w:rsidR="0097296A" w:rsidRPr="007204D9" w:rsidRDefault="00000000">
            <w:pPr>
              <w:autoSpaceDE w:val="0"/>
              <w:autoSpaceDN w:val="0"/>
              <w:spacing w:before="98" w:after="0" w:line="200" w:lineRule="exact"/>
              <w:ind w:right="86"/>
              <w:jc w:val="right"/>
            </w:pPr>
            <w:r w:rsidRPr="007204D9">
              <w:rPr>
                <w:color w:val="000000"/>
                <w:sz w:val="18"/>
              </w:rPr>
              <w:t xml:space="preserve">NO </w:t>
            </w:r>
          </w:p>
        </w:tc>
        <w:tc>
          <w:tcPr>
            <w:tcW w:w="900" w:type="dxa"/>
            <w:tcBorders>
              <w:top w:val="single" w:sz="3" w:space="0" w:color="auto"/>
              <w:left w:val="single" w:sz="3" w:space="0" w:color="auto"/>
              <w:bottom w:val="single" w:sz="4" w:space="0" w:color="auto"/>
              <w:right w:val="single" w:sz="3" w:space="0" w:color="auto"/>
            </w:tcBorders>
            <w:tcMar>
              <w:left w:w="0" w:type="dxa"/>
              <w:right w:w="0" w:type="dxa"/>
            </w:tcMar>
          </w:tcPr>
          <w:p w14:paraId="67343844"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204C2158" w14:textId="77777777">
        <w:trPr>
          <w:trHeight w:val="916"/>
        </w:trPr>
        <w:tc>
          <w:tcPr>
            <w:tcW w:w="2088" w:type="dxa"/>
            <w:vMerge/>
            <w:tcBorders>
              <w:top w:val="single" w:sz="4" w:space="0" w:color="auto"/>
              <w:left w:val="single" w:sz="4" w:space="0" w:color="auto"/>
              <w:bottom w:val="single" w:sz="4" w:space="0" w:color="auto"/>
              <w:right w:val="single" w:sz="4" w:space="0" w:color="auto"/>
            </w:tcBorders>
          </w:tcPr>
          <w:p w14:paraId="3C6DF37F" w14:textId="77777777" w:rsidR="0097296A" w:rsidRPr="007204D9" w:rsidRDefault="0097296A"/>
        </w:tc>
        <w:tc>
          <w:tcPr>
            <w:tcW w:w="2088" w:type="dxa"/>
            <w:vMerge/>
            <w:tcBorders>
              <w:top w:val="single" w:sz="4" w:space="0" w:color="auto"/>
              <w:left w:val="single" w:sz="4" w:space="0" w:color="auto"/>
              <w:bottom w:val="single" w:sz="4" w:space="0" w:color="auto"/>
              <w:right w:val="single" w:sz="4" w:space="0" w:color="auto"/>
            </w:tcBorders>
          </w:tcPr>
          <w:p w14:paraId="6123144B" w14:textId="77777777" w:rsidR="0097296A" w:rsidRPr="007204D9" w:rsidRDefault="0097296A"/>
        </w:tc>
        <w:tc>
          <w:tcPr>
            <w:tcW w:w="8704" w:type="dxa"/>
            <w:gridSpan w:val="3"/>
            <w:tcBorders>
              <w:top w:val="single" w:sz="4" w:space="0" w:color="auto"/>
              <w:left w:val="single" w:sz="4" w:space="0" w:color="auto"/>
              <w:bottom w:val="single" w:sz="4" w:space="0" w:color="auto"/>
              <w:right w:val="single" w:sz="3" w:space="0" w:color="auto"/>
            </w:tcBorders>
            <w:tcMar>
              <w:left w:w="0" w:type="dxa"/>
              <w:right w:w="0" w:type="dxa"/>
            </w:tcMar>
          </w:tcPr>
          <w:p w14:paraId="19CE7430" w14:textId="77777777" w:rsidR="0097296A" w:rsidRPr="007204D9" w:rsidRDefault="00000000">
            <w:pPr>
              <w:autoSpaceDE w:val="0"/>
              <w:autoSpaceDN w:val="0"/>
              <w:spacing w:after="0" w:line="200" w:lineRule="exact"/>
              <w:ind w:left="86"/>
            </w:pPr>
            <w:r w:rsidRPr="007204D9">
              <w:rPr>
                <w:color w:val="000000"/>
                <w:sz w:val="18"/>
              </w:rPr>
              <w:t xml:space="preserve">Comentário: </w:t>
            </w:r>
          </w:p>
        </w:tc>
      </w:tr>
      <w:tr w:rsidR="0097296A" w:rsidRPr="007204D9" w14:paraId="7A5D26F4" w14:textId="77777777">
        <w:trPr>
          <w:trHeight w:val="328"/>
        </w:trPr>
        <w:tc>
          <w:tcPr>
            <w:tcW w:w="10402" w:type="dxa"/>
            <w:gridSpan w:val="5"/>
            <w:tcBorders>
              <w:top w:val="single" w:sz="4" w:space="0" w:color="auto"/>
              <w:left w:val="single" w:sz="8" w:space="0" w:color="auto"/>
              <w:bottom w:val="single" w:sz="8" w:space="0" w:color="auto"/>
              <w:right w:val="single" w:sz="8" w:space="0" w:color="auto"/>
            </w:tcBorders>
            <w:tcMar>
              <w:left w:w="0" w:type="dxa"/>
              <w:right w:w="0" w:type="dxa"/>
            </w:tcMar>
          </w:tcPr>
          <w:p w14:paraId="23A7E085" w14:textId="77777777" w:rsidR="0097296A" w:rsidRPr="007204D9" w:rsidRDefault="00000000">
            <w:pPr>
              <w:autoSpaceDE w:val="0"/>
              <w:autoSpaceDN w:val="0"/>
              <w:spacing w:before="52" w:after="0" w:line="202" w:lineRule="exact"/>
              <w:jc w:val="center"/>
            </w:pPr>
            <w:r w:rsidRPr="007204D9">
              <w:rPr>
                <w:b/>
                <w:color w:val="000000"/>
                <w:sz w:val="18"/>
              </w:rPr>
              <w:t xml:space="preserve">RESULTADO </w:t>
            </w:r>
          </w:p>
        </w:tc>
      </w:tr>
      <w:tr w:rsidR="0097296A" w:rsidRPr="007204D9" w14:paraId="572E58CE" w14:textId="77777777">
        <w:trPr>
          <w:trHeight w:val="4666"/>
        </w:trPr>
        <w:tc>
          <w:tcPr>
            <w:tcW w:w="10402" w:type="dxa"/>
            <w:gridSpan w:val="5"/>
            <w:tcBorders>
              <w:top w:val="single" w:sz="8" w:space="0" w:color="auto"/>
              <w:left w:val="single" w:sz="4" w:space="0" w:color="auto"/>
              <w:bottom w:val="single" w:sz="4" w:space="0" w:color="auto"/>
              <w:right w:val="single" w:sz="3" w:space="0" w:color="auto"/>
            </w:tcBorders>
            <w:tcMar>
              <w:left w:w="0" w:type="dxa"/>
              <w:right w:w="0" w:type="dxa"/>
            </w:tcMar>
          </w:tcPr>
          <w:p w14:paraId="62AC5A45" w14:textId="77777777" w:rsidR="0097296A" w:rsidRPr="007204D9" w:rsidRDefault="00000000">
            <w:pPr>
              <w:autoSpaceDE w:val="0"/>
              <w:autoSpaceDN w:val="0"/>
              <w:spacing w:before="86" w:after="62" w:line="200" w:lineRule="exact"/>
              <w:ind w:right="3812"/>
              <w:jc w:val="right"/>
            </w:pPr>
            <w:r w:rsidRPr="007204D9">
              <w:rPr>
                <w:b/>
                <w:color w:val="000000"/>
                <w:sz w:val="18"/>
              </w:rPr>
              <w:t xml:space="preserve">DIAGNÓSTICO QUANTITATIVO </w:t>
            </w:r>
          </w:p>
          <w:tbl>
            <w:tblPr>
              <w:tblW w:w="0" w:type="auto"/>
              <w:tblInd w:w="24" w:type="dxa"/>
              <w:tblLayout w:type="fixed"/>
              <w:tblLook w:val="04A0" w:firstRow="1" w:lastRow="0" w:firstColumn="1" w:lastColumn="0" w:noHBand="0" w:noVBand="1"/>
            </w:tblPr>
            <w:tblGrid>
              <w:gridCol w:w="1720"/>
              <w:gridCol w:w="240"/>
              <w:gridCol w:w="1400"/>
              <w:gridCol w:w="560"/>
              <w:gridCol w:w="3200"/>
              <w:gridCol w:w="760"/>
              <w:gridCol w:w="640"/>
              <w:gridCol w:w="1700"/>
            </w:tblGrid>
            <w:tr w:rsidR="0097296A" w:rsidRPr="007204D9" w14:paraId="027BF3F1" w14:textId="77777777">
              <w:trPr>
                <w:trHeight w:val="256"/>
              </w:trPr>
              <w:tc>
                <w:tcPr>
                  <w:tcW w:w="3360" w:type="dxa"/>
                  <w:gridSpan w:val="3"/>
                  <w:vMerge w:val="restart"/>
                  <w:tcMar>
                    <w:left w:w="0" w:type="dxa"/>
                    <w:right w:w="0" w:type="dxa"/>
                  </w:tcMar>
                </w:tcPr>
                <w:p w14:paraId="090FFE2F" w14:textId="77777777" w:rsidR="0097296A" w:rsidRPr="007204D9" w:rsidRDefault="00000000">
                  <w:pPr>
                    <w:autoSpaceDE w:val="0"/>
                    <w:autoSpaceDN w:val="0"/>
                    <w:spacing w:before="166" w:after="0" w:line="200" w:lineRule="exact"/>
                    <w:ind w:left="60"/>
                  </w:pPr>
                  <w:r w:rsidRPr="007204D9">
                    <w:rPr>
                      <w:b/>
                      <w:color w:val="000000"/>
                      <w:sz w:val="18"/>
                    </w:rPr>
                    <w:t xml:space="preserve">Número de questões da subárea: </w:t>
                  </w:r>
                </w:p>
              </w:tc>
              <w:tc>
                <w:tcPr>
                  <w:tcW w:w="560" w:type="dxa"/>
                  <w:vMerge w:val="restart"/>
                  <w:tcMar>
                    <w:left w:w="0" w:type="dxa"/>
                    <w:right w:w="0" w:type="dxa"/>
                  </w:tcMar>
                </w:tcPr>
                <w:p w14:paraId="459700E1" w14:textId="77777777" w:rsidR="0097296A" w:rsidRPr="007204D9" w:rsidRDefault="00000000">
                  <w:pPr>
                    <w:autoSpaceDE w:val="0"/>
                    <w:autoSpaceDN w:val="0"/>
                    <w:spacing w:before="174" w:after="0" w:line="202" w:lineRule="exact"/>
                    <w:jc w:val="right"/>
                  </w:pPr>
                  <w:r w:rsidRPr="007204D9">
                    <w:rPr>
                      <w:color w:val="000000"/>
                      <w:sz w:val="18"/>
                    </w:rPr>
                    <w:t xml:space="preserve">7 </w:t>
                  </w:r>
                </w:p>
              </w:tc>
              <w:tc>
                <w:tcPr>
                  <w:tcW w:w="6300" w:type="dxa"/>
                  <w:gridSpan w:val="4"/>
                  <w:tcMar>
                    <w:left w:w="0" w:type="dxa"/>
                    <w:right w:w="0" w:type="dxa"/>
                  </w:tcMar>
                </w:tcPr>
                <w:p w14:paraId="4D098D3B" w14:textId="77777777" w:rsidR="0097296A" w:rsidRPr="007204D9" w:rsidRDefault="00000000">
                  <w:pPr>
                    <w:autoSpaceDE w:val="0"/>
                    <w:autoSpaceDN w:val="0"/>
                    <w:spacing w:before="56" w:after="0" w:line="200" w:lineRule="exact"/>
                    <w:ind w:right="874"/>
                    <w:jc w:val="right"/>
                  </w:pPr>
                  <w:r w:rsidRPr="007204D9">
                    <w:rPr>
                      <w:color w:val="000000"/>
                      <w:sz w:val="18"/>
                    </w:rPr>
                    <w:t xml:space="preserve">Máximo </w:t>
                  </w:r>
                </w:p>
              </w:tc>
            </w:tr>
            <w:tr w:rsidR="0097296A" w:rsidRPr="007204D9" w14:paraId="58FFBABE" w14:textId="77777777">
              <w:trPr>
                <w:trHeight w:val="220"/>
              </w:trPr>
              <w:tc>
                <w:tcPr>
                  <w:tcW w:w="3900" w:type="dxa"/>
                  <w:gridSpan w:val="3"/>
                  <w:vMerge/>
                </w:tcPr>
                <w:p w14:paraId="684A206B" w14:textId="77777777" w:rsidR="0097296A" w:rsidRPr="007204D9" w:rsidRDefault="0097296A"/>
              </w:tc>
              <w:tc>
                <w:tcPr>
                  <w:tcW w:w="1300" w:type="dxa"/>
                  <w:vMerge/>
                </w:tcPr>
                <w:p w14:paraId="7ECA87BB" w14:textId="77777777" w:rsidR="0097296A" w:rsidRPr="007204D9" w:rsidRDefault="0097296A"/>
              </w:tc>
              <w:tc>
                <w:tcPr>
                  <w:tcW w:w="6300" w:type="dxa"/>
                  <w:gridSpan w:val="4"/>
                  <w:tcMar>
                    <w:left w:w="0" w:type="dxa"/>
                    <w:right w:w="0" w:type="dxa"/>
                  </w:tcMar>
                </w:tcPr>
                <w:p w14:paraId="3AC60021" w14:textId="77777777" w:rsidR="0097296A" w:rsidRPr="007204D9" w:rsidRDefault="00000000">
                  <w:pPr>
                    <w:autoSpaceDE w:val="0"/>
                    <w:autoSpaceDN w:val="0"/>
                    <w:spacing w:before="12" w:after="0" w:line="202" w:lineRule="exact"/>
                    <w:ind w:right="864"/>
                    <w:jc w:val="right"/>
                  </w:pPr>
                  <w:r w:rsidRPr="007204D9">
                    <w:rPr>
                      <w:color w:val="000000"/>
                      <w:sz w:val="18"/>
                    </w:rPr>
                    <w:t xml:space="preserve">possível </w:t>
                  </w:r>
                </w:p>
              </w:tc>
            </w:tr>
            <w:tr w:rsidR="0097296A" w:rsidRPr="007204D9" w14:paraId="1ADC4F68" w14:textId="77777777">
              <w:trPr>
                <w:trHeight w:val="220"/>
              </w:trPr>
              <w:tc>
                <w:tcPr>
                  <w:tcW w:w="3360" w:type="dxa"/>
                  <w:gridSpan w:val="3"/>
                  <w:vMerge w:val="restart"/>
                  <w:tcMar>
                    <w:left w:w="0" w:type="dxa"/>
                    <w:right w:w="0" w:type="dxa"/>
                  </w:tcMar>
                </w:tcPr>
                <w:p w14:paraId="65ABF32C" w14:textId="77777777" w:rsidR="0097296A" w:rsidRPr="007204D9" w:rsidRDefault="00000000">
                  <w:pPr>
                    <w:autoSpaceDE w:val="0"/>
                    <w:autoSpaceDN w:val="0"/>
                    <w:spacing w:before="128" w:after="0" w:line="202" w:lineRule="exact"/>
                    <w:ind w:left="60"/>
                  </w:pPr>
                  <w:r w:rsidRPr="007204D9">
                    <w:rPr>
                      <w:b/>
                      <w:color w:val="000000"/>
                      <w:sz w:val="18"/>
                    </w:rPr>
                    <w:t xml:space="preserve">Número de questões qualitativas: </w:t>
                  </w:r>
                </w:p>
              </w:tc>
              <w:tc>
                <w:tcPr>
                  <w:tcW w:w="560" w:type="dxa"/>
                  <w:vMerge w:val="restart"/>
                  <w:tcMar>
                    <w:left w:w="0" w:type="dxa"/>
                    <w:right w:w="0" w:type="dxa"/>
                  </w:tcMar>
                </w:tcPr>
                <w:p w14:paraId="109CCB42" w14:textId="77777777" w:rsidR="0097296A" w:rsidRPr="007204D9" w:rsidRDefault="00000000">
                  <w:pPr>
                    <w:autoSpaceDE w:val="0"/>
                    <w:autoSpaceDN w:val="0"/>
                    <w:spacing w:before="140" w:after="0" w:line="202" w:lineRule="exact"/>
                    <w:jc w:val="right"/>
                  </w:pPr>
                  <w:r w:rsidRPr="007204D9">
                    <w:rPr>
                      <w:color w:val="000000"/>
                      <w:sz w:val="18"/>
                    </w:rPr>
                    <w:t xml:space="preserve">1 </w:t>
                  </w:r>
                </w:p>
              </w:tc>
              <w:tc>
                <w:tcPr>
                  <w:tcW w:w="3200" w:type="dxa"/>
                  <w:tcMar>
                    <w:left w:w="0" w:type="dxa"/>
                    <w:right w:w="0" w:type="dxa"/>
                  </w:tcMar>
                </w:tcPr>
                <w:p w14:paraId="6A2E6882" w14:textId="77777777" w:rsidR="0097296A" w:rsidRPr="007204D9" w:rsidRDefault="00000000">
                  <w:pPr>
                    <w:autoSpaceDE w:val="0"/>
                    <w:autoSpaceDN w:val="0"/>
                    <w:spacing w:before="20" w:after="0" w:line="200" w:lineRule="exact"/>
                    <w:ind w:left="488"/>
                  </w:pPr>
                  <w:r w:rsidRPr="007204D9">
                    <w:rPr>
                      <w:b/>
                      <w:color w:val="000000"/>
                      <w:sz w:val="18"/>
                    </w:rPr>
                    <w:t xml:space="preserve">Atendimento em relação ao </w:t>
                  </w:r>
                </w:p>
              </w:tc>
              <w:tc>
                <w:tcPr>
                  <w:tcW w:w="760" w:type="dxa"/>
                  <w:vMerge w:val="restart"/>
                  <w:tcMar>
                    <w:left w:w="0" w:type="dxa"/>
                    <w:right w:w="0" w:type="dxa"/>
                  </w:tcMar>
                </w:tcPr>
                <w:p w14:paraId="116C32A6" w14:textId="77777777" w:rsidR="0097296A" w:rsidRPr="007204D9" w:rsidRDefault="00000000">
                  <w:pPr>
                    <w:autoSpaceDE w:val="0"/>
                    <w:autoSpaceDN w:val="0"/>
                    <w:spacing w:before="128" w:after="0" w:line="202" w:lineRule="exact"/>
                    <w:jc w:val="center"/>
                  </w:pPr>
                  <w:r w:rsidRPr="007204D9">
                    <w:rPr>
                      <w:b/>
                      <w:color w:val="000000"/>
                      <w:sz w:val="18"/>
                    </w:rPr>
                    <w:t xml:space="preserve">0,0% </w:t>
                  </w:r>
                </w:p>
              </w:tc>
              <w:tc>
                <w:tcPr>
                  <w:tcW w:w="640" w:type="dxa"/>
                  <w:vMerge w:val="restart"/>
                  <w:tcMar>
                    <w:left w:w="0" w:type="dxa"/>
                    <w:right w:w="0" w:type="dxa"/>
                  </w:tcMar>
                </w:tcPr>
                <w:p w14:paraId="7EDFC199" w14:textId="77777777" w:rsidR="0097296A" w:rsidRPr="007204D9" w:rsidRDefault="00000000">
                  <w:pPr>
                    <w:autoSpaceDE w:val="0"/>
                    <w:autoSpaceDN w:val="0"/>
                    <w:spacing w:before="128" w:after="0" w:line="202" w:lineRule="exact"/>
                    <w:jc w:val="center"/>
                  </w:pPr>
                  <w:r w:rsidRPr="007204D9">
                    <w:rPr>
                      <w:b/>
                      <w:color w:val="000000"/>
                      <w:sz w:val="18"/>
                    </w:rPr>
                    <w:t xml:space="preserve">de </w:t>
                  </w:r>
                </w:p>
              </w:tc>
              <w:tc>
                <w:tcPr>
                  <w:tcW w:w="1700" w:type="dxa"/>
                  <w:vMerge w:val="restart"/>
                  <w:tcMar>
                    <w:left w:w="0" w:type="dxa"/>
                    <w:right w:w="0" w:type="dxa"/>
                  </w:tcMar>
                </w:tcPr>
                <w:p w14:paraId="69130CBB" w14:textId="77777777" w:rsidR="0097296A" w:rsidRPr="007204D9" w:rsidRDefault="00000000">
                  <w:pPr>
                    <w:autoSpaceDE w:val="0"/>
                    <w:autoSpaceDN w:val="0"/>
                    <w:spacing w:before="128" w:after="0" w:line="202" w:lineRule="exact"/>
                    <w:ind w:left="268"/>
                  </w:pPr>
                  <w:r w:rsidRPr="007204D9">
                    <w:rPr>
                      <w:b/>
                      <w:color w:val="000000"/>
                      <w:sz w:val="18"/>
                    </w:rPr>
                    <w:t xml:space="preserve">8,8% </w:t>
                  </w:r>
                </w:p>
              </w:tc>
            </w:tr>
            <w:tr w:rsidR="0097296A" w:rsidRPr="007204D9" w14:paraId="6F7E2893" w14:textId="77777777">
              <w:trPr>
                <w:trHeight w:val="260"/>
              </w:trPr>
              <w:tc>
                <w:tcPr>
                  <w:tcW w:w="3900" w:type="dxa"/>
                  <w:gridSpan w:val="3"/>
                  <w:vMerge/>
                </w:tcPr>
                <w:p w14:paraId="10DF0AB9" w14:textId="77777777" w:rsidR="0097296A" w:rsidRPr="007204D9" w:rsidRDefault="0097296A"/>
              </w:tc>
              <w:tc>
                <w:tcPr>
                  <w:tcW w:w="1300" w:type="dxa"/>
                  <w:vMerge/>
                </w:tcPr>
                <w:p w14:paraId="57AB08B0" w14:textId="77777777" w:rsidR="0097296A" w:rsidRPr="007204D9" w:rsidRDefault="0097296A"/>
              </w:tc>
              <w:tc>
                <w:tcPr>
                  <w:tcW w:w="3200" w:type="dxa"/>
                  <w:tcMar>
                    <w:left w:w="0" w:type="dxa"/>
                    <w:right w:w="0" w:type="dxa"/>
                  </w:tcMar>
                </w:tcPr>
                <w:p w14:paraId="57792B97" w14:textId="77777777" w:rsidR="0097296A" w:rsidRPr="007204D9" w:rsidRDefault="00000000">
                  <w:pPr>
                    <w:autoSpaceDE w:val="0"/>
                    <w:autoSpaceDN w:val="0"/>
                    <w:spacing w:before="14" w:after="0" w:line="200" w:lineRule="exact"/>
                    <w:ind w:left="488"/>
                  </w:pPr>
                  <w:r w:rsidRPr="007204D9">
                    <w:rPr>
                      <w:b/>
                      <w:color w:val="000000"/>
                      <w:sz w:val="18"/>
                    </w:rPr>
                    <w:t xml:space="preserve">total (ART): </w:t>
                  </w:r>
                </w:p>
              </w:tc>
              <w:tc>
                <w:tcPr>
                  <w:tcW w:w="1300" w:type="dxa"/>
                  <w:vMerge/>
                </w:tcPr>
                <w:p w14:paraId="5E8A3006" w14:textId="77777777" w:rsidR="0097296A" w:rsidRPr="007204D9" w:rsidRDefault="0097296A"/>
              </w:tc>
              <w:tc>
                <w:tcPr>
                  <w:tcW w:w="1300" w:type="dxa"/>
                  <w:vMerge/>
                </w:tcPr>
                <w:p w14:paraId="76612CCB" w14:textId="77777777" w:rsidR="0097296A" w:rsidRPr="007204D9" w:rsidRDefault="0097296A"/>
              </w:tc>
              <w:tc>
                <w:tcPr>
                  <w:tcW w:w="1300" w:type="dxa"/>
                  <w:vMerge/>
                </w:tcPr>
                <w:p w14:paraId="0900670E" w14:textId="77777777" w:rsidR="0097296A" w:rsidRPr="007204D9" w:rsidRDefault="0097296A"/>
              </w:tc>
            </w:tr>
            <w:tr w:rsidR="0097296A" w:rsidRPr="007204D9" w14:paraId="10978070" w14:textId="77777777">
              <w:trPr>
                <w:trHeight w:val="240"/>
              </w:trPr>
              <w:tc>
                <w:tcPr>
                  <w:tcW w:w="3360" w:type="dxa"/>
                  <w:gridSpan w:val="3"/>
                  <w:tcMar>
                    <w:left w:w="0" w:type="dxa"/>
                    <w:right w:w="0" w:type="dxa"/>
                  </w:tcMar>
                </w:tcPr>
                <w:p w14:paraId="55E77AD9" w14:textId="77777777" w:rsidR="0097296A" w:rsidRPr="007204D9" w:rsidRDefault="00000000">
                  <w:pPr>
                    <w:autoSpaceDE w:val="0"/>
                    <w:autoSpaceDN w:val="0"/>
                    <w:spacing w:before="40" w:after="0" w:line="200" w:lineRule="exact"/>
                    <w:ind w:left="60"/>
                  </w:pPr>
                  <w:r w:rsidRPr="007204D9">
                    <w:rPr>
                      <w:b/>
                      <w:color w:val="000000"/>
                      <w:sz w:val="18"/>
                    </w:rPr>
                    <w:t xml:space="preserve">Total de questões atendidas: </w:t>
                  </w:r>
                </w:p>
              </w:tc>
              <w:tc>
                <w:tcPr>
                  <w:tcW w:w="560" w:type="dxa"/>
                  <w:vMerge w:val="restart"/>
                  <w:tcMar>
                    <w:left w:w="0" w:type="dxa"/>
                    <w:right w:w="0" w:type="dxa"/>
                  </w:tcMar>
                </w:tcPr>
                <w:p w14:paraId="2C60C2F4" w14:textId="77777777" w:rsidR="0097296A" w:rsidRPr="007204D9" w:rsidRDefault="00000000">
                  <w:pPr>
                    <w:autoSpaceDE w:val="0"/>
                    <w:autoSpaceDN w:val="0"/>
                    <w:spacing w:before="62" w:after="0" w:line="200" w:lineRule="exact"/>
                    <w:jc w:val="right"/>
                  </w:pPr>
                  <w:r w:rsidRPr="007204D9">
                    <w:rPr>
                      <w:color w:val="000000"/>
                      <w:sz w:val="18"/>
                    </w:rPr>
                    <w:t xml:space="preserve">0 </w:t>
                  </w:r>
                </w:p>
              </w:tc>
              <w:tc>
                <w:tcPr>
                  <w:tcW w:w="3200" w:type="dxa"/>
                  <w:tcMar>
                    <w:left w:w="0" w:type="dxa"/>
                    <w:right w:w="0" w:type="dxa"/>
                  </w:tcMar>
                </w:tcPr>
                <w:p w14:paraId="1723E89B" w14:textId="77777777" w:rsidR="0097296A" w:rsidRPr="007204D9" w:rsidRDefault="00000000">
                  <w:pPr>
                    <w:autoSpaceDE w:val="0"/>
                    <w:autoSpaceDN w:val="0"/>
                    <w:spacing w:before="40" w:after="0" w:line="200" w:lineRule="exact"/>
                    <w:ind w:left="488"/>
                  </w:pPr>
                  <w:r w:rsidRPr="007204D9">
                    <w:rPr>
                      <w:b/>
                      <w:color w:val="000000"/>
                      <w:sz w:val="18"/>
                    </w:rPr>
                    <w:t xml:space="preserve">Atendimento da subárea (AS): </w:t>
                  </w:r>
                </w:p>
              </w:tc>
              <w:tc>
                <w:tcPr>
                  <w:tcW w:w="3100" w:type="dxa"/>
                  <w:gridSpan w:val="3"/>
                  <w:tcMar>
                    <w:left w:w="0" w:type="dxa"/>
                    <w:right w:w="0" w:type="dxa"/>
                  </w:tcMar>
                </w:tcPr>
                <w:p w14:paraId="579F2D3E" w14:textId="77777777" w:rsidR="0097296A" w:rsidRPr="007204D9" w:rsidRDefault="00000000">
                  <w:pPr>
                    <w:autoSpaceDE w:val="0"/>
                    <w:autoSpaceDN w:val="0"/>
                    <w:spacing w:before="40" w:after="0" w:line="200" w:lineRule="exact"/>
                    <w:ind w:left="160"/>
                  </w:pPr>
                  <w:r w:rsidRPr="007204D9">
                    <w:rPr>
                      <w:b/>
                      <w:color w:val="000000"/>
                      <w:sz w:val="18"/>
                    </w:rPr>
                    <w:t xml:space="preserve">0,0% </w:t>
                  </w:r>
                </w:p>
              </w:tc>
            </w:tr>
            <w:tr w:rsidR="0097296A" w:rsidRPr="007204D9" w14:paraId="415490C1" w14:textId="77777777">
              <w:trPr>
                <w:trHeight w:val="200"/>
              </w:trPr>
              <w:tc>
                <w:tcPr>
                  <w:tcW w:w="3360" w:type="dxa"/>
                  <w:gridSpan w:val="3"/>
                  <w:vMerge w:val="restart"/>
                  <w:tcMar>
                    <w:left w:w="0" w:type="dxa"/>
                    <w:right w:w="0" w:type="dxa"/>
                  </w:tcMar>
                </w:tcPr>
                <w:p w14:paraId="1F270528" w14:textId="77777777" w:rsidR="0097296A" w:rsidRPr="007204D9" w:rsidRDefault="00000000">
                  <w:pPr>
                    <w:autoSpaceDE w:val="0"/>
                    <w:autoSpaceDN w:val="0"/>
                    <w:spacing w:before="198" w:after="0" w:line="200" w:lineRule="exact"/>
                    <w:ind w:left="60"/>
                  </w:pPr>
                  <w:r w:rsidRPr="007204D9">
                    <w:rPr>
                      <w:b/>
                      <w:color w:val="000000"/>
                      <w:sz w:val="18"/>
                    </w:rPr>
                    <w:t xml:space="preserve">Total de questões não atendidas: </w:t>
                  </w:r>
                </w:p>
              </w:tc>
              <w:tc>
                <w:tcPr>
                  <w:tcW w:w="1300" w:type="dxa"/>
                  <w:vMerge/>
                </w:tcPr>
                <w:p w14:paraId="36FD9969" w14:textId="77777777" w:rsidR="0097296A" w:rsidRPr="007204D9" w:rsidRDefault="0097296A"/>
              </w:tc>
              <w:tc>
                <w:tcPr>
                  <w:tcW w:w="6300" w:type="dxa"/>
                  <w:gridSpan w:val="4"/>
                  <w:vMerge w:val="restart"/>
                  <w:tcMar>
                    <w:left w:w="0" w:type="dxa"/>
                    <w:right w:w="0" w:type="dxa"/>
                  </w:tcMar>
                </w:tcPr>
                <w:p w14:paraId="39F32EBB" w14:textId="77777777" w:rsidR="0097296A" w:rsidRPr="007204D9" w:rsidRDefault="00000000">
                  <w:pPr>
                    <w:autoSpaceDE w:val="0"/>
                    <w:autoSpaceDN w:val="0"/>
                    <w:spacing w:before="1244" w:after="0" w:line="240" w:lineRule="auto"/>
                    <w:ind w:left="20"/>
                  </w:pPr>
                  <w:r w:rsidRPr="007204D9">
                    <w:rPr>
                      <w:noProof/>
                    </w:rPr>
                    <w:drawing>
                      <wp:inline distT="0" distB="0" distL="0" distR="0" wp14:anchorId="41CAA45C" wp14:editId="1610353E">
                        <wp:extent cx="3903979" cy="37083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3903979" cy="370839"/>
                                </a:xfrm>
                                <a:prstGeom prst="rect">
                                  <a:avLst/>
                                </a:prstGeom>
                              </pic:spPr>
                            </pic:pic>
                          </a:graphicData>
                        </a:graphic>
                      </wp:inline>
                    </w:drawing>
                  </w:r>
                </w:p>
              </w:tc>
            </w:tr>
            <w:tr w:rsidR="0097296A" w:rsidRPr="007204D9" w14:paraId="6E4CE19F" w14:textId="77777777">
              <w:trPr>
                <w:trHeight w:val="383"/>
              </w:trPr>
              <w:tc>
                <w:tcPr>
                  <w:tcW w:w="3900" w:type="dxa"/>
                  <w:gridSpan w:val="3"/>
                  <w:vMerge/>
                </w:tcPr>
                <w:p w14:paraId="64420744" w14:textId="77777777" w:rsidR="0097296A" w:rsidRPr="007204D9" w:rsidRDefault="0097296A"/>
              </w:tc>
              <w:tc>
                <w:tcPr>
                  <w:tcW w:w="560" w:type="dxa"/>
                  <w:tcMar>
                    <w:left w:w="0" w:type="dxa"/>
                    <w:right w:w="0" w:type="dxa"/>
                  </w:tcMar>
                </w:tcPr>
                <w:p w14:paraId="541D9CA9" w14:textId="77777777" w:rsidR="0097296A" w:rsidRPr="007204D9" w:rsidRDefault="00000000">
                  <w:pPr>
                    <w:autoSpaceDE w:val="0"/>
                    <w:autoSpaceDN w:val="0"/>
                    <w:spacing w:before="92" w:after="0" w:line="200" w:lineRule="exact"/>
                    <w:jc w:val="right"/>
                  </w:pPr>
                  <w:r w:rsidRPr="007204D9">
                    <w:rPr>
                      <w:color w:val="000000"/>
                      <w:sz w:val="18"/>
                    </w:rPr>
                    <w:t xml:space="preserve">0 </w:t>
                  </w:r>
                </w:p>
              </w:tc>
              <w:tc>
                <w:tcPr>
                  <w:tcW w:w="5200" w:type="dxa"/>
                  <w:gridSpan w:val="4"/>
                  <w:vMerge/>
                </w:tcPr>
                <w:p w14:paraId="0F0FDAE3" w14:textId="77777777" w:rsidR="0097296A" w:rsidRPr="007204D9" w:rsidRDefault="0097296A"/>
              </w:tc>
            </w:tr>
            <w:tr w:rsidR="0097296A" w:rsidRPr="007204D9" w14:paraId="7C684B61" w14:textId="77777777">
              <w:trPr>
                <w:trHeight w:val="339"/>
              </w:trPr>
              <w:tc>
                <w:tcPr>
                  <w:tcW w:w="3360" w:type="dxa"/>
                  <w:gridSpan w:val="3"/>
                  <w:tcMar>
                    <w:left w:w="0" w:type="dxa"/>
                    <w:right w:w="0" w:type="dxa"/>
                  </w:tcMar>
                </w:tcPr>
                <w:p w14:paraId="16788295" w14:textId="77777777" w:rsidR="0097296A" w:rsidRPr="007204D9" w:rsidRDefault="00000000">
                  <w:pPr>
                    <w:autoSpaceDE w:val="0"/>
                    <w:autoSpaceDN w:val="0"/>
                    <w:spacing w:before="90" w:after="0" w:line="200" w:lineRule="exact"/>
                    <w:ind w:left="60"/>
                  </w:pPr>
                  <w:r w:rsidRPr="007204D9">
                    <w:rPr>
                      <w:b/>
                      <w:color w:val="000000"/>
                      <w:sz w:val="18"/>
                    </w:rPr>
                    <w:t xml:space="preserve">Total de questões não aplicáveis: </w:t>
                  </w:r>
                </w:p>
              </w:tc>
              <w:tc>
                <w:tcPr>
                  <w:tcW w:w="560" w:type="dxa"/>
                  <w:vMerge w:val="restart"/>
                  <w:tcMar>
                    <w:left w:w="0" w:type="dxa"/>
                    <w:right w:w="0" w:type="dxa"/>
                  </w:tcMar>
                </w:tcPr>
                <w:p w14:paraId="28363E4F" w14:textId="77777777" w:rsidR="0097296A" w:rsidRPr="007204D9" w:rsidRDefault="00000000">
                  <w:pPr>
                    <w:autoSpaceDE w:val="0"/>
                    <w:autoSpaceDN w:val="0"/>
                    <w:spacing w:before="102" w:after="0" w:line="200" w:lineRule="exact"/>
                    <w:jc w:val="right"/>
                  </w:pPr>
                  <w:r w:rsidRPr="007204D9">
                    <w:rPr>
                      <w:color w:val="000000"/>
                      <w:sz w:val="18"/>
                    </w:rPr>
                    <w:t xml:space="preserve">0 </w:t>
                  </w:r>
                </w:p>
              </w:tc>
              <w:tc>
                <w:tcPr>
                  <w:tcW w:w="5200" w:type="dxa"/>
                  <w:gridSpan w:val="4"/>
                  <w:vMerge/>
                </w:tcPr>
                <w:p w14:paraId="44012EAC" w14:textId="77777777" w:rsidR="0097296A" w:rsidRPr="007204D9" w:rsidRDefault="0097296A"/>
              </w:tc>
            </w:tr>
            <w:tr w:rsidR="0097296A" w:rsidRPr="007204D9" w14:paraId="20635997" w14:textId="77777777">
              <w:trPr>
                <w:trHeight w:val="202"/>
              </w:trPr>
              <w:tc>
                <w:tcPr>
                  <w:tcW w:w="3360" w:type="dxa"/>
                  <w:gridSpan w:val="3"/>
                  <w:vMerge w:val="restart"/>
                  <w:tcMar>
                    <w:left w:w="0" w:type="dxa"/>
                    <w:right w:w="0" w:type="dxa"/>
                  </w:tcMar>
                </w:tcPr>
                <w:p w14:paraId="4820D2B5" w14:textId="77777777" w:rsidR="0097296A" w:rsidRPr="007204D9" w:rsidRDefault="00000000">
                  <w:pPr>
                    <w:autoSpaceDE w:val="0"/>
                    <w:autoSpaceDN w:val="0"/>
                    <w:spacing w:before="48" w:after="0" w:line="202" w:lineRule="exact"/>
                    <w:ind w:left="60"/>
                  </w:pPr>
                  <w:r w:rsidRPr="007204D9">
                    <w:rPr>
                      <w:b/>
                      <w:color w:val="000000"/>
                      <w:sz w:val="18"/>
                    </w:rPr>
                    <w:t xml:space="preserve">Total de questões atendidos com </w:t>
                  </w:r>
                </w:p>
              </w:tc>
              <w:tc>
                <w:tcPr>
                  <w:tcW w:w="1300" w:type="dxa"/>
                  <w:vMerge/>
                </w:tcPr>
                <w:p w14:paraId="2E403702" w14:textId="77777777" w:rsidR="0097296A" w:rsidRPr="007204D9" w:rsidRDefault="0097296A"/>
              </w:tc>
              <w:tc>
                <w:tcPr>
                  <w:tcW w:w="5200" w:type="dxa"/>
                  <w:gridSpan w:val="4"/>
                  <w:vMerge/>
                </w:tcPr>
                <w:p w14:paraId="708B059D" w14:textId="77777777" w:rsidR="0097296A" w:rsidRPr="007204D9" w:rsidRDefault="0097296A"/>
              </w:tc>
            </w:tr>
            <w:tr w:rsidR="0097296A" w:rsidRPr="007204D9" w14:paraId="62AB5857" w14:textId="77777777">
              <w:trPr>
                <w:trHeight w:val="491"/>
              </w:trPr>
              <w:tc>
                <w:tcPr>
                  <w:tcW w:w="3900" w:type="dxa"/>
                  <w:gridSpan w:val="3"/>
                  <w:vMerge/>
                </w:tcPr>
                <w:p w14:paraId="1E70AB95" w14:textId="77777777" w:rsidR="0097296A" w:rsidRPr="007204D9" w:rsidRDefault="0097296A"/>
              </w:tc>
              <w:tc>
                <w:tcPr>
                  <w:tcW w:w="560" w:type="dxa"/>
                  <w:vMerge w:val="restart"/>
                  <w:tcMar>
                    <w:left w:w="0" w:type="dxa"/>
                    <w:right w:w="0" w:type="dxa"/>
                  </w:tcMar>
                </w:tcPr>
                <w:p w14:paraId="63732FAB" w14:textId="77777777" w:rsidR="0097296A" w:rsidRPr="007204D9" w:rsidRDefault="00000000">
                  <w:pPr>
                    <w:autoSpaceDE w:val="0"/>
                    <w:autoSpaceDN w:val="0"/>
                    <w:spacing w:before="100" w:after="0" w:line="200" w:lineRule="exact"/>
                    <w:jc w:val="right"/>
                  </w:pPr>
                  <w:r w:rsidRPr="007204D9">
                    <w:rPr>
                      <w:color w:val="000000"/>
                      <w:sz w:val="18"/>
                    </w:rPr>
                    <w:t xml:space="preserve">0 </w:t>
                  </w:r>
                </w:p>
              </w:tc>
              <w:tc>
                <w:tcPr>
                  <w:tcW w:w="5200" w:type="dxa"/>
                  <w:gridSpan w:val="4"/>
                  <w:vMerge/>
                </w:tcPr>
                <w:p w14:paraId="54F8AA55" w14:textId="77777777" w:rsidR="0097296A" w:rsidRPr="007204D9" w:rsidRDefault="0097296A"/>
              </w:tc>
            </w:tr>
            <w:tr w:rsidR="0097296A" w:rsidRPr="007204D9" w14:paraId="30C59026" w14:textId="77777777">
              <w:trPr>
                <w:trHeight w:val="250"/>
              </w:trPr>
              <w:tc>
                <w:tcPr>
                  <w:tcW w:w="3360" w:type="dxa"/>
                  <w:gridSpan w:val="3"/>
                  <w:tcMar>
                    <w:left w:w="0" w:type="dxa"/>
                    <w:right w:w="0" w:type="dxa"/>
                  </w:tcMar>
                </w:tcPr>
                <w:p w14:paraId="6268FD29" w14:textId="77777777" w:rsidR="0097296A" w:rsidRPr="007204D9" w:rsidRDefault="00000000">
                  <w:pPr>
                    <w:autoSpaceDE w:val="0"/>
                    <w:autoSpaceDN w:val="0"/>
                    <w:spacing w:before="4" w:after="0" w:line="200" w:lineRule="exact"/>
                    <w:ind w:left="60"/>
                  </w:pPr>
                  <w:r w:rsidRPr="007204D9">
                    <w:rPr>
                      <w:b/>
                      <w:color w:val="000000"/>
                      <w:sz w:val="18"/>
                    </w:rPr>
                    <w:t xml:space="preserve">restrição: </w:t>
                  </w:r>
                </w:p>
              </w:tc>
              <w:tc>
                <w:tcPr>
                  <w:tcW w:w="1300" w:type="dxa"/>
                  <w:vMerge/>
                </w:tcPr>
                <w:p w14:paraId="70C4FBE3" w14:textId="77777777" w:rsidR="0097296A" w:rsidRPr="007204D9" w:rsidRDefault="0097296A"/>
              </w:tc>
              <w:tc>
                <w:tcPr>
                  <w:tcW w:w="5200" w:type="dxa"/>
                  <w:gridSpan w:val="4"/>
                  <w:vMerge/>
                </w:tcPr>
                <w:p w14:paraId="5000262E" w14:textId="77777777" w:rsidR="0097296A" w:rsidRPr="007204D9" w:rsidRDefault="0097296A"/>
              </w:tc>
            </w:tr>
            <w:tr w:rsidR="0097296A" w:rsidRPr="007204D9" w14:paraId="3B712A86" w14:textId="77777777">
              <w:trPr>
                <w:trHeight w:val="300"/>
              </w:trPr>
              <w:tc>
                <w:tcPr>
                  <w:tcW w:w="3360" w:type="dxa"/>
                  <w:gridSpan w:val="3"/>
                  <w:tcMar>
                    <w:left w:w="0" w:type="dxa"/>
                    <w:right w:w="0" w:type="dxa"/>
                  </w:tcMar>
                </w:tcPr>
                <w:p w14:paraId="2637C8B0" w14:textId="77777777" w:rsidR="0097296A" w:rsidRPr="007204D9" w:rsidRDefault="00000000">
                  <w:pPr>
                    <w:autoSpaceDE w:val="0"/>
                    <w:autoSpaceDN w:val="0"/>
                    <w:spacing w:before="50" w:after="0" w:line="202" w:lineRule="exact"/>
                    <w:ind w:right="622"/>
                    <w:jc w:val="right"/>
                  </w:pPr>
                  <w:r w:rsidRPr="007204D9">
                    <w:rPr>
                      <w:b/>
                      <w:color w:val="000000"/>
                      <w:sz w:val="18"/>
                    </w:rPr>
                    <w:t xml:space="preserve">Quantidade </w:t>
                  </w:r>
                </w:p>
              </w:tc>
              <w:tc>
                <w:tcPr>
                  <w:tcW w:w="1300" w:type="dxa"/>
                  <w:vMerge/>
                </w:tcPr>
                <w:p w14:paraId="451ADB55" w14:textId="77777777" w:rsidR="0097296A" w:rsidRPr="007204D9" w:rsidRDefault="0097296A"/>
              </w:tc>
              <w:tc>
                <w:tcPr>
                  <w:tcW w:w="5200" w:type="dxa"/>
                  <w:gridSpan w:val="4"/>
                  <w:vMerge/>
                </w:tcPr>
                <w:p w14:paraId="325D2C17" w14:textId="77777777" w:rsidR="0097296A" w:rsidRPr="007204D9" w:rsidRDefault="0097296A"/>
              </w:tc>
            </w:tr>
            <w:tr w:rsidR="0097296A" w:rsidRPr="007204D9" w14:paraId="7F020C1C" w14:textId="77777777">
              <w:trPr>
                <w:trHeight w:val="400"/>
              </w:trPr>
              <w:tc>
                <w:tcPr>
                  <w:tcW w:w="1720" w:type="dxa"/>
                  <w:vMerge w:val="restart"/>
                  <w:tcMar>
                    <w:left w:w="0" w:type="dxa"/>
                    <w:right w:w="0" w:type="dxa"/>
                  </w:tcMar>
                </w:tcPr>
                <w:p w14:paraId="7F792B0C" w14:textId="77777777" w:rsidR="0097296A" w:rsidRPr="007204D9" w:rsidRDefault="0097296A">
                  <w:pPr>
                    <w:autoSpaceDE w:val="0"/>
                    <w:autoSpaceDN w:val="0"/>
                    <w:spacing w:after="0" w:line="52" w:lineRule="exact"/>
                  </w:pPr>
                </w:p>
                <w:tbl>
                  <w:tblPr>
                    <w:tblW w:w="0" w:type="auto"/>
                    <w:tblInd w:w="406" w:type="dxa"/>
                    <w:tblLayout w:type="fixed"/>
                    <w:tblLook w:val="04A0" w:firstRow="1" w:lastRow="0" w:firstColumn="1" w:lastColumn="0" w:noHBand="0" w:noVBand="1"/>
                  </w:tblPr>
                  <w:tblGrid>
                    <w:gridCol w:w="1262"/>
                  </w:tblGrid>
                  <w:tr w:rsidR="0097296A" w:rsidRPr="007204D9" w14:paraId="3EF4A45B" w14:textId="77777777" w:rsidTr="0082116F">
                    <w:trPr>
                      <w:trHeight w:val="402"/>
                    </w:trPr>
                    <w:tc>
                      <w:tcPr>
                        <w:tcW w:w="1262"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6675596D" w14:textId="77777777" w:rsidR="0097296A" w:rsidRPr="007204D9" w:rsidRDefault="0097296A"/>
                    </w:tc>
                  </w:tr>
                  <w:tr w:rsidR="0097296A" w:rsidRPr="007204D9" w14:paraId="4A536E3C" w14:textId="77777777" w:rsidTr="0082116F">
                    <w:trPr>
                      <w:trHeight w:val="398"/>
                    </w:trPr>
                    <w:tc>
                      <w:tcPr>
                        <w:tcW w:w="126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4A521744" w14:textId="77777777" w:rsidR="0097296A" w:rsidRPr="007204D9" w:rsidRDefault="0097296A"/>
                    </w:tc>
                  </w:tr>
                  <w:tr w:rsidR="0097296A" w:rsidRPr="007204D9" w14:paraId="34E3E154" w14:textId="77777777" w:rsidTr="0082116F">
                    <w:trPr>
                      <w:trHeight w:val="378"/>
                    </w:trPr>
                    <w:tc>
                      <w:tcPr>
                        <w:tcW w:w="1262"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7DB8C82A" w14:textId="77777777" w:rsidR="0097296A" w:rsidRPr="007204D9" w:rsidRDefault="0097296A"/>
                    </w:tc>
                  </w:tr>
                </w:tbl>
                <w:p w14:paraId="254826EA" w14:textId="77777777" w:rsidR="0097296A" w:rsidRPr="007204D9" w:rsidRDefault="0097296A">
                  <w:pPr>
                    <w:autoSpaceDE w:val="0"/>
                    <w:autoSpaceDN w:val="0"/>
                    <w:spacing w:after="0" w:line="14" w:lineRule="exact"/>
                  </w:pPr>
                </w:p>
              </w:tc>
              <w:tc>
                <w:tcPr>
                  <w:tcW w:w="240" w:type="dxa"/>
                  <w:tcMar>
                    <w:left w:w="0" w:type="dxa"/>
                    <w:right w:w="0" w:type="dxa"/>
                  </w:tcMar>
                </w:tcPr>
                <w:p w14:paraId="5C0998DA" w14:textId="77777777" w:rsidR="0097296A" w:rsidRPr="007204D9" w:rsidRDefault="00000000">
                  <w:pPr>
                    <w:autoSpaceDE w:val="0"/>
                    <w:autoSpaceDN w:val="0"/>
                    <w:spacing w:before="158" w:after="0" w:line="202" w:lineRule="exact"/>
                    <w:jc w:val="center"/>
                  </w:pPr>
                  <w:r w:rsidRPr="007204D9">
                    <w:rPr>
                      <w:color w:val="000000"/>
                      <w:sz w:val="18"/>
                    </w:rPr>
                    <w:t>0</w:t>
                  </w:r>
                </w:p>
              </w:tc>
              <w:tc>
                <w:tcPr>
                  <w:tcW w:w="1400" w:type="dxa"/>
                  <w:tcMar>
                    <w:left w:w="0" w:type="dxa"/>
                    <w:right w:w="0" w:type="dxa"/>
                  </w:tcMar>
                </w:tcPr>
                <w:p w14:paraId="7739C5B9" w14:textId="77777777" w:rsidR="0097296A" w:rsidRPr="007204D9" w:rsidRDefault="00000000">
                  <w:pPr>
                    <w:autoSpaceDE w:val="0"/>
                    <w:autoSpaceDN w:val="0"/>
                    <w:spacing w:before="158" w:after="0" w:line="202" w:lineRule="exact"/>
                    <w:ind w:left="96"/>
                  </w:pPr>
                  <w:r w:rsidRPr="007204D9">
                    <w:rPr>
                      <w:color w:val="000000"/>
                      <w:sz w:val="18"/>
                    </w:rPr>
                    <w:t xml:space="preserve">questões </w:t>
                  </w:r>
                </w:p>
              </w:tc>
              <w:tc>
                <w:tcPr>
                  <w:tcW w:w="1300" w:type="dxa"/>
                  <w:vMerge/>
                </w:tcPr>
                <w:p w14:paraId="7E6344F0" w14:textId="77777777" w:rsidR="0097296A" w:rsidRPr="007204D9" w:rsidRDefault="0097296A"/>
              </w:tc>
              <w:tc>
                <w:tcPr>
                  <w:tcW w:w="5200" w:type="dxa"/>
                  <w:gridSpan w:val="4"/>
                  <w:vMerge/>
                </w:tcPr>
                <w:p w14:paraId="41589968" w14:textId="77777777" w:rsidR="0097296A" w:rsidRPr="007204D9" w:rsidRDefault="0097296A"/>
              </w:tc>
            </w:tr>
            <w:tr w:rsidR="0097296A" w:rsidRPr="007204D9" w14:paraId="72C149D3" w14:textId="77777777">
              <w:trPr>
                <w:trHeight w:val="440"/>
              </w:trPr>
              <w:tc>
                <w:tcPr>
                  <w:tcW w:w="1300" w:type="dxa"/>
                  <w:vMerge/>
                </w:tcPr>
                <w:p w14:paraId="0C978C81" w14:textId="77777777" w:rsidR="0097296A" w:rsidRPr="007204D9" w:rsidRDefault="0097296A"/>
              </w:tc>
              <w:tc>
                <w:tcPr>
                  <w:tcW w:w="240" w:type="dxa"/>
                  <w:tcMar>
                    <w:left w:w="0" w:type="dxa"/>
                    <w:right w:w="0" w:type="dxa"/>
                  </w:tcMar>
                </w:tcPr>
                <w:p w14:paraId="2CF5EDEE" w14:textId="77777777" w:rsidR="0097296A" w:rsidRPr="007204D9" w:rsidRDefault="00000000">
                  <w:pPr>
                    <w:autoSpaceDE w:val="0"/>
                    <w:autoSpaceDN w:val="0"/>
                    <w:spacing w:before="160" w:after="0" w:line="200" w:lineRule="exact"/>
                    <w:jc w:val="center"/>
                  </w:pPr>
                  <w:r w:rsidRPr="007204D9">
                    <w:rPr>
                      <w:color w:val="000000"/>
                      <w:sz w:val="18"/>
                    </w:rPr>
                    <w:t>0</w:t>
                  </w:r>
                </w:p>
              </w:tc>
              <w:tc>
                <w:tcPr>
                  <w:tcW w:w="1400" w:type="dxa"/>
                  <w:tcMar>
                    <w:left w:w="0" w:type="dxa"/>
                    <w:right w:w="0" w:type="dxa"/>
                  </w:tcMar>
                </w:tcPr>
                <w:p w14:paraId="71B59EB9" w14:textId="77777777" w:rsidR="0097296A" w:rsidRPr="007204D9" w:rsidRDefault="00000000">
                  <w:pPr>
                    <w:autoSpaceDE w:val="0"/>
                    <w:autoSpaceDN w:val="0"/>
                    <w:spacing w:before="160" w:after="0" w:line="200" w:lineRule="exact"/>
                    <w:ind w:left="96"/>
                  </w:pPr>
                  <w:r w:rsidRPr="007204D9">
                    <w:rPr>
                      <w:color w:val="000000"/>
                      <w:sz w:val="18"/>
                    </w:rPr>
                    <w:t xml:space="preserve">questões </w:t>
                  </w:r>
                </w:p>
              </w:tc>
              <w:tc>
                <w:tcPr>
                  <w:tcW w:w="1300" w:type="dxa"/>
                  <w:vMerge/>
                </w:tcPr>
                <w:p w14:paraId="5F970230" w14:textId="77777777" w:rsidR="0097296A" w:rsidRPr="007204D9" w:rsidRDefault="0097296A"/>
              </w:tc>
              <w:tc>
                <w:tcPr>
                  <w:tcW w:w="6300" w:type="dxa"/>
                  <w:gridSpan w:val="4"/>
                  <w:vMerge w:val="restart"/>
                  <w:tcMar>
                    <w:left w:w="0" w:type="dxa"/>
                    <w:right w:w="0" w:type="dxa"/>
                  </w:tcMar>
                </w:tcPr>
                <w:p w14:paraId="3F3BC354" w14:textId="77777777" w:rsidR="0097296A" w:rsidRPr="007204D9" w:rsidRDefault="00000000">
                  <w:pPr>
                    <w:autoSpaceDE w:val="0"/>
                    <w:autoSpaceDN w:val="0"/>
                    <w:spacing w:before="70" w:after="0" w:line="240" w:lineRule="auto"/>
                    <w:ind w:left="810"/>
                  </w:pPr>
                  <w:r w:rsidRPr="007204D9">
                    <w:rPr>
                      <w:noProof/>
                    </w:rPr>
                    <w:drawing>
                      <wp:inline distT="0" distB="0" distL="0" distR="0" wp14:anchorId="06D73A82" wp14:editId="09EC3C6F">
                        <wp:extent cx="2678429" cy="393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2678429" cy="393700"/>
                                </a:xfrm>
                                <a:prstGeom prst="rect">
                                  <a:avLst/>
                                </a:prstGeom>
                              </pic:spPr>
                            </pic:pic>
                          </a:graphicData>
                        </a:graphic>
                      </wp:inline>
                    </w:drawing>
                  </w:r>
                </w:p>
              </w:tc>
            </w:tr>
            <w:tr w:rsidR="0097296A" w:rsidRPr="007204D9" w14:paraId="688DDCE0" w14:textId="77777777">
              <w:trPr>
                <w:trHeight w:val="460"/>
              </w:trPr>
              <w:tc>
                <w:tcPr>
                  <w:tcW w:w="1300" w:type="dxa"/>
                  <w:vMerge/>
                </w:tcPr>
                <w:p w14:paraId="7C3A1B76" w14:textId="77777777" w:rsidR="0097296A" w:rsidRPr="007204D9" w:rsidRDefault="0097296A"/>
              </w:tc>
              <w:tc>
                <w:tcPr>
                  <w:tcW w:w="240" w:type="dxa"/>
                  <w:tcMar>
                    <w:left w:w="0" w:type="dxa"/>
                    <w:right w:w="0" w:type="dxa"/>
                  </w:tcMar>
                </w:tcPr>
                <w:p w14:paraId="5C3C68CA" w14:textId="77777777" w:rsidR="0097296A" w:rsidRPr="007204D9" w:rsidRDefault="00000000">
                  <w:pPr>
                    <w:autoSpaceDE w:val="0"/>
                    <w:autoSpaceDN w:val="0"/>
                    <w:spacing w:before="118" w:after="0" w:line="200" w:lineRule="exact"/>
                    <w:jc w:val="center"/>
                  </w:pPr>
                  <w:r w:rsidRPr="007204D9">
                    <w:rPr>
                      <w:color w:val="000000"/>
                      <w:sz w:val="18"/>
                    </w:rPr>
                    <w:t>0</w:t>
                  </w:r>
                </w:p>
              </w:tc>
              <w:tc>
                <w:tcPr>
                  <w:tcW w:w="1400" w:type="dxa"/>
                  <w:tcMar>
                    <w:left w:w="0" w:type="dxa"/>
                    <w:right w:w="0" w:type="dxa"/>
                  </w:tcMar>
                </w:tcPr>
                <w:p w14:paraId="148CEF04" w14:textId="77777777" w:rsidR="0097296A" w:rsidRPr="007204D9" w:rsidRDefault="00000000">
                  <w:pPr>
                    <w:autoSpaceDE w:val="0"/>
                    <w:autoSpaceDN w:val="0"/>
                    <w:spacing w:before="118" w:after="0" w:line="200" w:lineRule="exact"/>
                    <w:ind w:left="96"/>
                  </w:pPr>
                  <w:r w:rsidRPr="007204D9">
                    <w:rPr>
                      <w:color w:val="000000"/>
                      <w:sz w:val="18"/>
                    </w:rPr>
                    <w:t xml:space="preserve">questões </w:t>
                  </w:r>
                </w:p>
              </w:tc>
              <w:tc>
                <w:tcPr>
                  <w:tcW w:w="1300" w:type="dxa"/>
                  <w:vMerge/>
                </w:tcPr>
                <w:p w14:paraId="7DBA39ED" w14:textId="77777777" w:rsidR="0097296A" w:rsidRPr="007204D9" w:rsidRDefault="0097296A"/>
              </w:tc>
              <w:tc>
                <w:tcPr>
                  <w:tcW w:w="5200" w:type="dxa"/>
                  <w:gridSpan w:val="4"/>
                  <w:vMerge/>
                </w:tcPr>
                <w:p w14:paraId="6C4D3241" w14:textId="77777777" w:rsidR="0097296A" w:rsidRPr="007204D9" w:rsidRDefault="0097296A"/>
              </w:tc>
            </w:tr>
          </w:tbl>
          <w:p w14:paraId="255F618E" w14:textId="77777777" w:rsidR="0097296A" w:rsidRPr="007204D9" w:rsidRDefault="0097296A">
            <w:pPr>
              <w:autoSpaceDE w:val="0"/>
              <w:autoSpaceDN w:val="0"/>
              <w:spacing w:after="0" w:line="14" w:lineRule="exact"/>
            </w:pPr>
          </w:p>
        </w:tc>
      </w:tr>
    </w:tbl>
    <w:p w14:paraId="2811B6F9" w14:textId="77777777" w:rsidR="0097296A" w:rsidRPr="007204D9" w:rsidRDefault="00000000">
      <w:pPr>
        <w:autoSpaceDE w:val="0"/>
        <w:autoSpaceDN w:val="0"/>
        <w:spacing w:before="490" w:after="0" w:line="266" w:lineRule="exact"/>
        <w:ind w:right="136"/>
        <w:jc w:val="right"/>
      </w:pPr>
      <w:r w:rsidRPr="007204D9">
        <w:rPr>
          <w:color w:val="000000"/>
          <w:sz w:val="24"/>
        </w:rPr>
        <w:lastRenderedPageBreak/>
        <w:t>21</w:t>
      </w:r>
    </w:p>
    <w:p w14:paraId="4AA523A8" w14:textId="77777777" w:rsidR="0097296A" w:rsidRPr="007204D9" w:rsidRDefault="0097296A">
      <w:pPr>
        <w:sectPr w:rsidR="0097296A" w:rsidRPr="007204D9">
          <w:pgSz w:w="11906" w:h="16838"/>
          <w:pgMar w:top="340" w:right="584" w:bottom="340" w:left="880" w:header="720" w:footer="720" w:gutter="0"/>
          <w:cols w:space="720"/>
          <w:docGrid w:linePitch="360"/>
        </w:sectPr>
      </w:pPr>
    </w:p>
    <w:p w14:paraId="3C55BC86"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42"/>
        <w:gridCol w:w="6804"/>
        <w:gridCol w:w="848"/>
        <w:gridCol w:w="1130"/>
      </w:tblGrid>
      <w:tr w:rsidR="0097296A" w:rsidRPr="007204D9" w14:paraId="45C1D1EF" w14:textId="77777777">
        <w:trPr>
          <w:trHeight w:val="456"/>
        </w:trPr>
        <w:tc>
          <w:tcPr>
            <w:tcW w:w="10490" w:type="dxa"/>
            <w:gridSpan w:val="5"/>
            <w:tcBorders>
              <w:top w:val="single" w:sz="3" w:space="0" w:color="auto"/>
              <w:left w:val="single" w:sz="4" w:space="0" w:color="auto"/>
              <w:bottom w:val="single" w:sz="3" w:space="0" w:color="auto"/>
              <w:right w:val="single" w:sz="4" w:space="0" w:color="auto"/>
            </w:tcBorders>
            <w:tcMar>
              <w:left w:w="0" w:type="dxa"/>
              <w:right w:w="0" w:type="dxa"/>
            </w:tcMar>
          </w:tcPr>
          <w:p w14:paraId="402E2803" w14:textId="77777777" w:rsidR="0097296A" w:rsidRPr="007204D9" w:rsidRDefault="00000000">
            <w:pPr>
              <w:autoSpaceDE w:val="0"/>
              <w:autoSpaceDN w:val="0"/>
              <w:spacing w:before="116" w:after="0" w:line="202" w:lineRule="exact"/>
              <w:jc w:val="center"/>
            </w:pPr>
            <w:r w:rsidRPr="007204D9">
              <w:rPr>
                <w:b/>
                <w:color w:val="000000"/>
                <w:sz w:val="18"/>
              </w:rPr>
              <w:t xml:space="preserve">6. Saúde </w:t>
            </w:r>
          </w:p>
        </w:tc>
      </w:tr>
      <w:tr w:rsidR="0097296A" w:rsidRPr="007204D9" w14:paraId="21F66916" w14:textId="77777777">
        <w:trPr>
          <w:trHeight w:val="274"/>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379F854F" w14:textId="77777777" w:rsidR="0097296A" w:rsidRPr="007204D9" w:rsidRDefault="00000000">
            <w:pPr>
              <w:autoSpaceDE w:val="0"/>
              <w:autoSpaceDN w:val="0"/>
              <w:spacing w:before="134" w:after="0" w:line="200" w:lineRule="exact"/>
              <w:jc w:val="center"/>
            </w:pPr>
            <w:r w:rsidRPr="007204D9">
              <w:rPr>
                <w:b/>
                <w:color w:val="000000"/>
                <w:sz w:val="18"/>
              </w:rPr>
              <w:t>Item</w:t>
            </w:r>
          </w:p>
        </w:tc>
        <w:tc>
          <w:tcPr>
            <w:tcW w:w="1142"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DC9E61C" w14:textId="77777777" w:rsidR="0097296A" w:rsidRPr="007204D9" w:rsidRDefault="00000000">
            <w:pPr>
              <w:autoSpaceDE w:val="0"/>
              <w:autoSpaceDN w:val="0"/>
              <w:spacing w:before="134" w:after="0" w:line="200" w:lineRule="exact"/>
              <w:jc w:val="center"/>
            </w:pPr>
            <w:r w:rsidRPr="007204D9">
              <w:rPr>
                <w:b/>
                <w:color w:val="000000"/>
                <w:sz w:val="18"/>
              </w:rPr>
              <w:t xml:space="preserve">Relevância </w:t>
            </w:r>
          </w:p>
        </w:tc>
        <w:tc>
          <w:tcPr>
            <w:tcW w:w="6804"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58DCC23" w14:textId="77777777" w:rsidR="0097296A" w:rsidRPr="007204D9" w:rsidRDefault="00000000">
            <w:pPr>
              <w:autoSpaceDE w:val="0"/>
              <w:autoSpaceDN w:val="0"/>
              <w:spacing w:before="134" w:after="0" w:line="200" w:lineRule="exact"/>
              <w:jc w:val="center"/>
            </w:pPr>
            <w:r w:rsidRPr="007204D9">
              <w:rPr>
                <w:b/>
                <w:color w:val="000000"/>
                <w:sz w:val="18"/>
              </w:rPr>
              <w:t xml:space="preserve">Descrição </w:t>
            </w:r>
          </w:p>
        </w:tc>
        <w:tc>
          <w:tcPr>
            <w:tcW w:w="1978"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6BDD403E" w14:textId="77777777" w:rsidR="0097296A" w:rsidRPr="007204D9" w:rsidRDefault="00000000">
            <w:pPr>
              <w:autoSpaceDE w:val="0"/>
              <w:autoSpaceDN w:val="0"/>
              <w:spacing w:before="26" w:after="0" w:line="200" w:lineRule="exact"/>
              <w:jc w:val="center"/>
            </w:pPr>
            <w:r w:rsidRPr="007204D9">
              <w:rPr>
                <w:b/>
                <w:color w:val="000000"/>
                <w:sz w:val="18"/>
              </w:rPr>
              <w:t xml:space="preserve">Resultado </w:t>
            </w:r>
          </w:p>
        </w:tc>
      </w:tr>
      <w:tr w:rsidR="0097296A" w:rsidRPr="007204D9" w14:paraId="49A734DF" w14:textId="77777777">
        <w:trPr>
          <w:trHeight w:val="212"/>
        </w:trPr>
        <w:tc>
          <w:tcPr>
            <w:tcW w:w="2104" w:type="dxa"/>
            <w:vMerge/>
            <w:tcBorders>
              <w:top w:val="single" w:sz="3" w:space="0" w:color="auto"/>
              <w:left w:val="single" w:sz="4" w:space="0" w:color="auto"/>
              <w:bottom w:val="single" w:sz="4" w:space="0" w:color="auto"/>
              <w:right w:val="single" w:sz="4" w:space="0" w:color="auto"/>
            </w:tcBorders>
          </w:tcPr>
          <w:p w14:paraId="052A2D77"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3E1ED1BF"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3F6169F9" w14:textId="77777777" w:rsidR="0097296A" w:rsidRPr="007204D9" w:rsidRDefault="0097296A"/>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172B4A47" w14:textId="77777777" w:rsidR="0097296A" w:rsidRPr="007204D9" w:rsidRDefault="00000000">
            <w:pPr>
              <w:autoSpaceDE w:val="0"/>
              <w:autoSpaceDN w:val="0"/>
              <w:spacing w:after="0" w:line="202" w:lineRule="exact"/>
              <w:jc w:val="center"/>
            </w:pPr>
            <w:r w:rsidRPr="007204D9">
              <w:rPr>
                <w:b/>
                <w:color w:val="000000"/>
                <w:sz w:val="18"/>
              </w:rPr>
              <w:t>X</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72CD50F1" w14:textId="77777777" w:rsidR="0097296A" w:rsidRPr="007204D9" w:rsidRDefault="00000000">
            <w:pPr>
              <w:autoSpaceDE w:val="0"/>
              <w:autoSpaceDN w:val="0"/>
              <w:spacing w:after="0" w:line="202" w:lineRule="exact"/>
              <w:jc w:val="center"/>
            </w:pPr>
            <w:r w:rsidRPr="007204D9">
              <w:rPr>
                <w:b/>
                <w:color w:val="000000"/>
                <w:sz w:val="18"/>
              </w:rPr>
              <w:t>Impacto</w:t>
            </w:r>
          </w:p>
        </w:tc>
      </w:tr>
      <w:tr w:rsidR="0097296A" w:rsidRPr="007204D9" w14:paraId="3221DCCD" w14:textId="77777777">
        <w:trPr>
          <w:trHeight w:val="65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EA42AA7" w14:textId="77777777" w:rsidR="0097296A" w:rsidRPr="007204D9" w:rsidRDefault="00000000">
            <w:pPr>
              <w:autoSpaceDE w:val="0"/>
              <w:autoSpaceDN w:val="0"/>
              <w:spacing w:before="1430" w:after="0" w:line="202" w:lineRule="exact"/>
              <w:jc w:val="center"/>
            </w:pPr>
            <w:r w:rsidRPr="007204D9">
              <w:rPr>
                <w:color w:val="000000"/>
                <w:sz w:val="18"/>
              </w:rPr>
              <w:t xml:space="preserve">6.1 </w:t>
            </w:r>
          </w:p>
        </w:tc>
        <w:tc>
          <w:tcPr>
            <w:tcW w:w="1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B0501C3" w14:textId="77777777" w:rsidR="0097296A" w:rsidRPr="007204D9" w:rsidRDefault="00000000">
            <w:pPr>
              <w:autoSpaceDE w:val="0"/>
              <w:autoSpaceDN w:val="0"/>
              <w:spacing w:before="1430" w:after="0" w:line="202" w:lineRule="exact"/>
              <w:jc w:val="center"/>
            </w:pPr>
            <w:r w:rsidRPr="007204D9">
              <w:rPr>
                <w:color w:val="000000"/>
                <w:sz w:val="18"/>
              </w:rPr>
              <w:t xml:space="preserve">3 </w:t>
            </w:r>
          </w:p>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A217F6A" w14:textId="77777777" w:rsidR="0097296A" w:rsidRPr="007204D9" w:rsidRDefault="00000000">
            <w:pPr>
              <w:autoSpaceDE w:val="0"/>
              <w:autoSpaceDN w:val="0"/>
              <w:spacing w:after="0" w:line="206" w:lineRule="exact"/>
              <w:ind w:left="70"/>
              <w:jc w:val="both"/>
            </w:pPr>
            <w:r w:rsidRPr="007204D9">
              <w:rPr>
                <w:b/>
                <w:color w:val="000000"/>
                <w:sz w:val="18"/>
              </w:rPr>
              <w:t xml:space="preserve">O estádio possui instalações de Serviço Médico de Urgência (SMU) e este possui autorização para funcionamento pelo órgão competente? </w:t>
            </w:r>
            <w:r w:rsidRPr="007204D9">
              <w:rPr>
                <w:b/>
                <w:color w:val="000000"/>
                <w:sz w:val="18"/>
              </w:rPr>
              <w:t xml:space="preserve">(Doc. Ref.: Resolução-RDC ANVISA nº 189/2003; </w:t>
            </w:r>
            <w:proofErr w:type="spellStart"/>
            <w:r w:rsidRPr="007204D9">
              <w:rPr>
                <w:b/>
                <w:color w:val="000000"/>
                <w:sz w:val="18"/>
              </w:rPr>
              <w:t>Guide</w:t>
            </w:r>
            <w:proofErr w:type="spellEnd"/>
            <w:r w:rsidRPr="007204D9">
              <w:rPr>
                <w:b/>
                <w:color w:val="000000"/>
                <w:sz w:val="18"/>
              </w:rPr>
              <w:t xml:space="preserve"> </w:t>
            </w:r>
            <w:proofErr w:type="spellStart"/>
            <w:r w:rsidRPr="007204D9">
              <w:rPr>
                <w:b/>
                <w:color w:val="000000"/>
                <w:sz w:val="18"/>
              </w:rPr>
              <w:t>to</w:t>
            </w:r>
            <w:proofErr w:type="spellEnd"/>
            <w:r w:rsidRPr="007204D9">
              <w:rPr>
                <w:b/>
                <w:color w:val="000000"/>
                <w:sz w:val="18"/>
              </w:rPr>
              <w:t xml:space="preserve"> Safety </w:t>
            </w:r>
            <w:proofErr w:type="spellStart"/>
            <w:r w:rsidRPr="007204D9">
              <w:rPr>
                <w:b/>
                <w:color w:val="000000"/>
                <w:sz w:val="18"/>
              </w:rPr>
              <w:t>at</w:t>
            </w:r>
            <w:proofErr w:type="spellEnd"/>
            <w:r w:rsidRPr="007204D9">
              <w:rPr>
                <w:b/>
                <w:color w:val="000000"/>
                <w:sz w:val="18"/>
              </w:rPr>
              <w:t xml:space="preserve"> Sports </w:t>
            </w:r>
            <w:proofErr w:type="spellStart"/>
            <w:r w:rsidRPr="007204D9">
              <w:rPr>
                <w:b/>
                <w:color w:val="000000"/>
                <w:sz w:val="18"/>
              </w:rPr>
              <w:t>Grounds</w:t>
            </w:r>
            <w:proofErr w:type="spellEnd"/>
            <w:r w:rsidRPr="007204D9">
              <w:rPr>
                <w:b/>
                <w:color w:val="000000"/>
                <w:sz w:val="18"/>
              </w:rPr>
              <w:t xml:space="preserve">, 2008; Portaria CVS 02/2010). </w:t>
            </w:r>
          </w:p>
        </w:tc>
      </w:tr>
      <w:tr w:rsidR="0097296A" w:rsidRPr="007204D9" w14:paraId="0FA27678" w14:textId="77777777" w:rsidTr="00050CAE">
        <w:trPr>
          <w:trHeight w:val="402"/>
        </w:trPr>
        <w:tc>
          <w:tcPr>
            <w:tcW w:w="2104" w:type="dxa"/>
            <w:vMerge/>
            <w:tcBorders>
              <w:top w:val="single" w:sz="4" w:space="0" w:color="auto"/>
              <w:left w:val="single" w:sz="4" w:space="0" w:color="auto"/>
              <w:bottom w:val="single" w:sz="4" w:space="0" w:color="auto"/>
              <w:right w:val="single" w:sz="4" w:space="0" w:color="auto"/>
            </w:tcBorders>
          </w:tcPr>
          <w:p w14:paraId="58206F66"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F5E8E78"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198C7972" w14:textId="77777777" w:rsidR="0097296A" w:rsidRPr="007204D9" w:rsidRDefault="00000000">
            <w:pPr>
              <w:autoSpaceDE w:val="0"/>
              <w:autoSpaceDN w:val="0"/>
              <w:spacing w:before="102" w:after="0" w:line="200" w:lineRule="exact"/>
              <w:ind w:left="70"/>
            </w:pPr>
            <w:r w:rsidRPr="007204D9">
              <w:rPr>
                <w:color w:val="000000"/>
                <w:sz w:val="18"/>
              </w:rPr>
              <w:t xml:space="preserve">Sim, o SMU está devidamente autorizado pelo órgão competente.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3D1BDAF6" w14:textId="77777777" w:rsidR="0097296A" w:rsidRPr="007204D9" w:rsidRDefault="00000000">
            <w:pPr>
              <w:autoSpaceDE w:val="0"/>
              <w:autoSpaceDN w:val="0"/>
              <w:spacing w:before="102" w:after="0" w:line="200" w:lineRule="exact"/>
              <w:jc w:val="center"/>
            </w:pPr>
            <w:r w:rsidRPr="007204D9">
              <w:rPr>
                <w:color w:val="000000"/>
                <w:sz w:val="18"/>
              </w:rPr>
              <w:t xml:space="preserve">AT </w:t>
            </w:r>
          </w:p>
        </w:tc>
        <w:tc>
          <w:tcPr>
            <w:tcW w:w="113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0ABF352" w14:textId="77777777" w:rsidR="0097296A" w:rsidRPr="007204D9" w:rsidRDefault="00000000">
            <w:pPr>
              <w:autoSpaceDE w:val="0"/>
              <w:autoSpaceDN w:val="0"/>
              <w:spacing w:before="102" w:after="0" w:line="200" w:lineRule="exact"/>
              <w:jc w:val="center"/>
            </w:pPr>
            <w:r w:rsidRPr="007204D9">
              <w:rPr>
                <w:color w:val="000000"/>
                <w:sz w:val="18"/>
              </w:rPr>
              <w:t xml:space="preserve">1 </w:t>
            </w:r>
          </w:p>
        </w:tc>
      </w:tr>
      <w:tr w:rsidR="0097296A" w:rsidRPr="007204D9" w14:paraId="1A31DD06" w14:textId="77777777" w:rsidTr="0082116F">
        <w:trPr>
          <w:trHeight w:val="398"/>
        </w:trPr>
        <w:tc>
          <w:tcPr>
            <w:tcW w:w="2104" w:type="dxa"/>
            <w:vMerge/>
            <w:tcBorders>
              <w:top w:val="single" w:sz="4" w:space="0" w:color="auto"/>
              <w:left w:val="single" w:sz="4" w:space="0" w:color="auto"/>
              <w:bottom w:val="single" w:sz="4" w:space="0" w:color="auto"/>
              <w:right w:val="single" w:sz="4" w:space="0" w:color="auto"/>
            </w:tcBorders>
          </w:tcPr>
          <w:p w14:paraId="66A79FCD"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47AA5CE1"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6DBA02AC" w14:textId="77777777" w:rsidR="0097296A" w:rsidRPr="007204D9" w:rsidRDefault="00000000">
            <w:pPr>
              <w:autoSpaceDE w:val="0"/>
              <w:autoSpaceDN w:val="0"/>
              <w:spacing w:before="96" w:after="0" w:line="200" w:lineRule="exact"/>
              <w:ind w:left="70"/>
            </w:pPr>
            <w:r w:rsidRPr="007204D9">
              <w:rPr>
                <w:color w:val="000000"/>
                <w:sz w:val="18"/>
              </w:rPr>
              <w:t xml:space="preserve">Sim, mas o SMU não possui autorização de funcionamento.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14055FA5" w14:textId="77777777" w:rsidR="0097296A" w:rsidRPr="007204D9" w:rsidRDefault="00000000">
            <w:pPr>
              <w:autoSpaceDE w:val="0"/>
              <w:autoSpaceDN w:val="0"/>
              <w:spacing w:before="96" w:after="0" w:line="200" w:lineRule="exact"/>
              <w:jc w:val="center"/>
            </w:pPr>
            <w:r w:rsidRPr="007204D9">
              <w:rPr>
                <w:color w:val="000000"/>
                <w:sz w:val="18"/>
              </w:rPr>
              <w:t xml:space="preserve">NAT </w:t>
            </w:r>
          </w:p>
        </w:tc>
        <w:tc>
          <w:tcPr>
            <w:tcW w:w="113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D330ACB" w14:textId="77777777" w:rsidR="0097296A" w:rsidRPr="007204D9" w:rsidRDefault="00000000">
            <w:pPr>
              <w:autoSpaceDE w:val="0"/>
              <w:autoSpaceDN w:val="0"/>
              <w:spacing w:before="96" w:after="0" w:line="200" w:lineRule="exact"/>
              <w:jc w:val="center"/>
            </w:pPr>
            <w:r w:rsidRPr="007204D9">
              <w:rPr>
                <w:color w:val="000000"/>
                <w:sz w:val="18"/>
              </w:rPr>
              <w:t xml:space="preserve">2 </w:t>
            </w:r>
          </w:p>
        </w:tc>
      </w:tr>
      <w:tr w:rsidR="0097296A" w:rsidRPr="007204D9" w14:paraId="55626FDB" w14:textId="77777777">
        <w:trPr>
          <w:trHeight w:val="398"/>
        </w:trPr>
        <w:tc>
          <w:tcPr>
            <w:tcW w:w="2104" w:type="dxa"/>
            <w:vMerge/>
            <w:tcBorders>
              <w:top w:val="single" w:sz="4" w:space="0" w:color="auto"/>
              <w:left w:val="single" w:sz="4" w:space="0" w:color="auto"/>
              <w:bottom w:val="single" w:sz="4" w:space="0" w:color="auto"/>
              <w:right w:val="single" w:sz="4" w:space="0" w:color="auto"/>
            </w:tcBorders>
          </w:tcPr>
          <w:p w14:paraId="05F8E967"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391ECD11"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6DADC4F0" w14:textId="77777777" w:rsidR="0097296A" w:rsidRPr="007204D9" w:rsidRDefault="00000000">
            <w:pPr>
              <w:autoSpaceDE w:val="0"/>
              <w:autoSpaceDN w:val="0"/>
              <w:spacing w:before="94" w:after="0" w:line="200" w:lineRule="exact"/>
              <w:ind w:left="70"/>
            </w:pPr>
            <w:r w:rsidRPr="007204D9">
              <w:rPr>
                <w:color w:val="000000"/>
                <w:sz w:val="18"/>
              </w:rPr>
              <w:t xml:space="preserve">Não se aplica. Não possui SMU.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3E691B21" w14:textId="77777777" w:rsidR="0097296A" w:rsidRPr="007204D9" w:rsidRDefault="00000000">
            <w:pPr>
              <w:autoSpaceDE w:val="0"/>
              <w:autoSpaceDN w:val="0"/>
              <w:spacing w:before="94" w:after="0" w:line="200" w:lineRule="exact"/>
              <w:jc w:val="center"/>
            </w:pPr>
            <w:r w:rsidRPr="007204D9">
              <w:rPr>
                <w:color w:val="000000"/>
                <w:sz w:val="18"/>
              </w:rPr>
              <w:t xml:space="preserve">NAP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6142A936"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0BF5BDC7"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3C6A0C56"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4B6808AC"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7121889F" w14:textId="77777777" w:rsidR="0097296A" w:rsidRPr="007204D9" w:rsidRDefault="00000000">
            <w:pPr>
              <w:autoSpaceDE w:val="0"/>
              <w:autoSpaceDN w:val="0"/>
              <w:spacing w:before="98" w:after="0" w:line="202" w:lineRule="exact"/>
              <w:ind w:left="70"/>
            </w:pPr>
            <w:r w:rsidRPr="007204D9">
              <w:rPr>
                <w:color w:val="000000"/>
                <w:sz w:val="18"/>
              </w:rPr>
              <w:t xml:space="preserve">Não observado. (Especificar no comentário o motivo da não observação)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2E83294F" w14:textId="77777777" w:rsidR="0097296A" w:rsidRPr="007204D9" w:rsidRDefault="00000000">
            <w:pPr>
              <w:autoSpaceDE w:val="0"/>
              <w:autoSpaceDN w:val="0"/>
              <w:spacing w:before="98" w:after="0" w:line="202" w:lineRule="exact"/>
              <w:jc w:val="center"/>
            </w:pPr>
            <w:r w:rsidRPr="007204D9">
              <w:rPr>
                <w:color w:val="000000"/>
                <w:sz w:val="18"/>
              </w:rPr>
              <w:t xml:space="preserve">NO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78D484C0"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32EB92DE" w14:textId="77777777">
        <w:trPr>
          <w:trHeight w:val="810"/>
        </w:trPr>
        <w:tc>
          <w:tcPr>
            <w:tcW w:w="2104" w:type="dxa"/>
            <w:vMerge/>
            <w:tcBorders>
              <w:top w:val="single" w:sz="4" w:space="0" w:color="auto"/>
              <w:left w:val="single" w:sz="4" w:space="0" w:color="auto"/>
              <w:bottom w:val="single" w:sz="4" w:space="0" w:color="auto"/>
              <w:right w:val="single" w:sz="4" w:space="0" w:color="auto"/>
            </w:tcBorders>
          </w:tcPr>
          <w:p w14:paraId="6D7E30DD"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1D25899F" w14:textId="77777777" w:rsidR="0097296A" w:rsidRPr="007204D9" w:rsidRDefault="0097296A"/>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41D4BA3" w14:textId="77777777" w:rsidR="0097296A" w:rsidRPr="007204D9" w:rsidRDefault="00000000">
            <w:pPr>
              <w:autoSpaceDE w:val="0"/>
              <w:autoSpaceDN w:val="0"/>
              <w:spacing w:after="0" w:line="202" w:lineRule="exact"/>
              <w:ind w:left="70"/>
            </w:pPr>
            <w:r w:rsidRPr="007204D9">
              <w:rPr>
                <w:color w:val="000000"/>
                <w:sz w:val="18"/>
              </w:rPr>
              <w:t xml:space="preserve">Comentário: </w:t>
            </w:r>
          </w:p>
        </w:tc>
      </w:tr>
      <w:tr w:rsidR="0097296A" w:rsidRPr="007204D9" w14:paraId="7BBC3E39" w14:textId="77777777">
        <w:trPr>
          <w:trHeight w:val="878"/>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26E22A5" w14:textId="77777777" w:rsidR="0097296A" w:rsidRPr="007204D9" w:rsidRDefault="00000000">
            <w:pPr>
              <w:autoSpaceDE w:val="0"/>
              <w:autoSpaceDN w:val="0"/>
              <w:spacing w:before="1594" w:after="0" w:line="200" w:lineRule="exact"/>
              <w:jc w:val="center"/>
            </w:pPr>
            <w:r w:rsidRPr="007204D9">
              <w:rPr>
                <w:color w:val="000000"/>
                <w:sz w:val="18"/>
              </w:rPr>
              <w:t xml:space="preserve">6.2 </w:t>
            </w:r>
          </w:p>
        </w:tc>
        <w:tc>
          <w:tcPr>
            <w:tcW w:w="1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633DF2C" w14:textId="77777777" w:rsidR="0097296A" w:rsidRPr="007204D9" w:rsidRDefault="00000000">
            <w:pPr>
              <w:autoSpaceDE w:val="0"/>
              <w:autoSpaceDN w:val="0"/>
              <w:spacing w:before="1594" w:after="0" w:line="200" w:lineRule="exact"/>
              <w:jc w:val="center"/>
            </w:pPr>
            <w:r w:rsidRPr="007204D9">
              <w:rPr>
                <w:color w:val="000000"/>
                <w:sz w:val="18"/>
              </w:rPr>
              <w:t xml:space="preserve">3 </w:t>
            </w:r>
          </w:p>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F055C8C" w14:textId="77777777" w:rsidR="0097296A" w:rsidRPr="007204D9" w:rsidRDefault="00000000">
            <w:pPr>
              <w:autoSpaceDE w:val="0"/>
              <w:autoSpaceDN w:val="0"/>
              <w:spacing w:before="6" w:after="0" w:line="208" w:lineRule="exact"/>
              <w:ind w:left="70" w:right="2"/>
              <w:jc w:val="both"/>
            </w:pPr>
            <w:r w:rsidRPr="007204D9">
              <w:rPr>
                <w:b/>
                <w:color w:val="000000"/>
                <w:sz w:val="18"/>
              </w:rPr>
              <w:t xml:space="preserve">O SMU possui, em sua direção técnica, médico credenciado no Conselho Regional de Medicina correspondente à sua localização e outros profissionais de área de saúde e assistencial, como enfermeiro responsável, técnicos em enfermagem e auxiliares técnicos? (Doc. Ref.: Resolução CFM nº 997/1980; Portaria do Ministério da Saúde nº 2.048/ 2002) </w:t>
            </w:r>
          </w:p>
        </w:tc>
      </w:tr>
      <w:tr w:rsidR="0097296A" w:rsidRPr="007204D9" w14:paraId="23062C34" w14:textId="77777777" w:rsidTr="00050CAE">
        <w:trPr>
          <w:trHeight w:val="396"/>
        </w:trPr>
        <w:tc>
          <w:tcPr>
            <w:tcW w:w="2104" w:type="dxa"/>
            <w:vMerge/>
            <w:tcBorders>
              <w:top w:val="single" w:sz="4" w:space="0" w:color="auto"/>
              <w:left w:val="single" w:sz="4" w:space="0" w:color="auto"/>
              <w:bottom w:val="single" w:sz="4" w:space="0" w:color="auto"/>
              <w:right w:val="single" w:sz="4" w:space="0" w:color="auto"/>
            </w:tcBorders>
          </w:tcPr>
          <w:p w14:paraId="7FAC08F7"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05E0DA1B"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1E1BE05A" w14:textId="77777777" w:rsidR="0097296A" w:rsidRPr="007204D9" w:rsidRDefault="00000000">
            <w:pPr>
              <w:autoSpaceDE w:val="0"/>
              <w:autoSpaceDN w:val="0"/>
              <w:spacing w:before="96" w:after="0" w:line="202" w:lineRule="exact"/>
              <w:ind w:left="70"/>
            </w:pPr>
            <w:r w:rsidRPr="007204D9">
              <w:rPr>
                <w:color w:val="000000"/>
                <w:sz w:val="18"/>
              </w:rPr>
              <w:t xml:space="preserve">Sim, e o médico está credenciado no CRM.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2E7AAC6C"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113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333568E7"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66DEF9E0" w14:textId="77777777" w:rsidTr="0082116F">
        <w:trPr>
          <w:trHeight w:val="400"/>
        </w:trPr>
        <w:tc>
          <w:tcPr>
            <w:tcW w:w="2104" w:type="dxa"/>
            <w:vMerge/>
            <w:tcBorders>
              <w:top w:val="single" w:sz="4" w:space="0" w:color="auto"/>
              <w:left w:val="single" w:sz="4" w:space="0" w:color="auto"/>
              <w:bottom w:val="single" w:sz="4" w:space="0" w:color="auto"/>
              <w:right w:val="single" w:sz="4" w:space="0" w:color="auto"/>
            </w:tcBorders>
          </w:tcPr>
          <w:p w14:paraId="3EDA88E7"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0C2E0BB"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2F344578" w14:textId="77777777" w:rsidR="0097296A" w:rsidRPr="007204D9" w:rsidRDefault="00000000">
            <w:pPr>
              <w:autoSpaceDE w:val="0"/>
              <w:autoSpaceDN w:val="0"/>
              <w:spacing w:before="100" w:after="0" w:line="202" w:lineRule="exact"/>
              <w:ind w:left="70"/>
            </w:pPr>
            <w:r w:rsidRPr="007204D9">
              <w:rPr>
                <w:color w:val="000000"/>
                <w:sz w:val="18"/>
              </w:rPr>
              <w:t xml:space="preserve">Sim, mas o médico não está credenciado no CRM ou não possui médico.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0359D6C7" w14:textId="77777777" w:rsidR="0097296A" w:rsidRPr="007204D9" w:rsidRDefault="00000000">
            <w:pPr>
              <w:autoSpaceDE w:val="0"/>
              <w:autoSpaceDN w:val="0"/>
              <w:spacing w:before="100" w:after="0" w:line="202" w:lineRule="exact"/>
              <w:jc w:val="center"/>
            </w:pPr>
            <w:r w:rsidRPr="007204D9">
              <w:rPr>
                <w:color w:val="000000"/>
                <w:sz w:val="18"/>
              </w:rPr>
              <w:t xml:space="preserve">NAT </w:t>
            </w:r>
          </w:p>
        </w:tc>
        <w:tc>
          <w:tcPr>
            <w:tcW w:w="113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8913D07" w14:textId="77777777" w:rsidR="0097296A" w:rsidRPr="007204D9" w:rsidRDefault="00000000">
            <w:pPr>
              <w:autoSpaceDE w:val="0"/>
              <w:autoSpaceDN w:val="0"/>
              <w:spacing w:before="100" w:after="0" w:line="202" w:lineRule="exact"/>
              <w:jc w:val="center"/>
            </w:pPr>
            <w:r w:rsidRPr="007204D9">
              <w:rPr>
                <w:color w:val="000000"/>
                <w:sz w:val="18"/>
              </w:rPr>
              <w:t xml:space="preserve">3 </w:t>
            </w:r>
          </w:p>
        </w:tc>
      </w:tr>
      <w:tr w:rsidR="0097296A" w:rsidRPr="007204D9" w14:paraId="0DC1BC7D"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1324F965"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0C804434"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2FC52E52" w14:textId="77777777" w:rsidR="0097296A" w:rsidRPr="007204D9" w:rsidRDefault="00000000">
            <w:pPr>
              <w:autoSpaceDE w:val="0"/>
              <w:autoSpaceDN w:val="0"/>
              <w:spacing w:before="96" w:after="0" w:line="202" w:lineRule="exact"/>
              <w:ind w:left="70"/>
            </w:pPr>
            <w:r w:rsidRPr="007204D9">
              <w:rPr>
                <w:color w:val="000000"/>
                <w:sz w:val="18"/>
              </w:rPr>
              <w:t xml:space="preserve">Não se aplica. Não possui SMU.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3A8ED8CE" w14:textId="77777777" w:rsidR="0097296A" w:rsidRPr="007204D9" w:rsidRDefault="00000000">
            <w:pPr>
              <w:autoSpaceDE w:val="0"/>
              <w:autoSpaceDN w:val="0"/>
              <w:spacing w:before="96" w:after="0" w:line="202" w:lineRule="exact"/>
              <w:jc w:val="center"/>
            </w:pPr>
            <w:r w:rsidRPr="007204D9">
              <w:rPr>
                <w:color w:val="000000"/>
                <w:sz w:val="18"/>
              </w:rPr>
              <w:t xml:space="preserve">NAP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15202896"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657C9AE6"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5C68D183"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3C3A8115"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2B76CB16" w14:textId="77777777" w:rsidR="0097296A" w:rsidRPr="007204D9" w:rsidRDefault="00000000">
            <w:pPr>
              <w:autoSpaceDE w:val="0"/>
              <w:autoSpaceDN w:val="0"/>
              <w:spacing w:before="98" w:after="0" w:line="200" w:lineRule="exact"/>
              <w:ind w:left="70"/>
            </w:pPr>
            <w:r w:rsidRPr="007204D9">
              <w:rPr>
                <w:color w:val="000000"/>
                <w:sz w:val="18"/>
              </w:rPr>
              <w:t xml:space="preserve">Não observado. (Especificar no comentário o motivo da não observação).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0759D746"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1CA44876"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068A54D6" w14:textId="77777777">
        <w:trPr>
          <w:trHeight w:val="914"/>
        </w:trPr>
        <w:tc>
          <w:tcPr>
            <w:tcW w:w="2104" w:type="dxa"/>
            <w:vMerge/>
            <w:tcBorders>
              <w:top w:val="single" w:sz="4" w:space="0" w:color="auto"/>
              <w:left w:val="single" w:sz="4" w:space="0" w:color="auto"/>
              <w:bottom w:val="single" w:sz="4" w:space="0" w:color="auto"/>
              <w:right w:val="single" w:sz="4" w:space="0" w:color="auto"/>
            </w:tcBorders>
          </w:tcPr>
          <w:p w14:paraId="784F670E"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19318DCF" w14:textId="77777777" w:rsidR="0097296A" w:rsidRPr="007204D9" w:rsidRDefault="0097296A"/>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D19EC48" w14:textId="77777777" w:rsidR="0097296A" w:rsidRPr="007204D9" w:rsidRDefault="00000000">
            <w:pPr>
              <w:autoSpaceDE w:val="0"/>
              <w:autoSpaceDN w:val="0"/>
              <w:spacing w:after="0" w:line="200" w:lineRule="exact"/>
              <w:ind w:left="70"/>
            </w:pPr>
            <w:r w:rsidRPr="007204D9">
              <w:rPr>
                <w:color w:val="000000"/>
                <w:sz w:val="18"/>
              </w:rPr>
              <w:t xml:space="preserve">Comentário: </w:t>
            </w:r>
          </w:p>
        </w:tc>
      </w:tr>
      <w:tr w:rsidR="0097296A" w:rsidRPr="007204D9" w14:paraId="2FAEECE7" w14:textId="77777777">
        <w:trPr>
          <w:trHeight w:val="632"/>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3E53E95" w14:textId="77777777" w:rsidR="0097296A" w:rsidRPr="007204D9" w:rsidRDefault="00000000">
            <w:pPr>
              <w:autoSpaceDE w:val="0"/>
              <w:autoSpaceDN w:val="0"/>
              <w:spacing w:before="1758" w:after="0" w:line="200" w:lineRule="exact"/>
              <w:jc w:val="center"/>
            </w:pPr>
            <w:r w:rsidRPr="007204D9">
              <w:rPr>
                <w:color w:val="000000"/>
                <w:sz w:val="18"/>
              </w:rPr>
              <w:t xml:space="preserve">6.3 </w:t>
            </w:r>
          </w:p>
        </w:tc>
        <w:tc>
          <w:tcPr>
            <w:tcW w:w="1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C9E8D62" w14:textId="77777777" w:rsidR="0097296A" w:rsidRPr="007204D9" w:rsidRDefault="00000000">
            <w:pPr>
              <w:autoSpaceDE w:val="0"/>
              <w:autoSpaceDN w:val="0"/>
              <w:spacing w:before="1758" w:after="0" w:line="200" w:lineRule="exact"/>
              <w:jc w:val="center"/>
            </w:pPr>
            <w:r w:rsidRPr="007204D9">
              <w:rPr>
                <w:color w:val="000000"/>
                <w:sz w:val="18"/>
              </w:rPr>
              <w:t xml:space="preserve">2 </w:t>
            </w:r>
          </w:p>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9A2A55E" w14:textId="77777777" w:rsidR="0097296A" w:rsidRPr="007204D9" w:rsidRDefault="00000000">
            <w:pPr>
              <w:autoSpaceDE w:val="0"/>
              <w:autoSpaceDN w:val="0"/>
              <w:spacing w:after="0" w:line="204" w:lineRule="exact"/>
              <w:ind w:left="70"/>
            </w:pPr>
            <w:r w:rsidRPr="007204D9">
              <w:rPr>
                <w:b/>
                <w:color w:val="000000"/>
                <w:sz w:val="18"/>
              </w:rPr>
              <w:t xml:space="preserve">As instalações do Serviço Médico de Urgência estão em boas </w:t>
            </w:r>
            <w:proofErr w:type="spellStart"/>
            <w:r w:rsidRPr="007204D9">
              <w:rPr>
                <w:b/>
                <w:color w:val="000000"/>
                <w:sz w:val="18"/>
              </w:rPr>
              <w:t>condiçõesde</w:t>
            </w:r>
            <w:proofErr w:type="spellEnd"/>
            <w:r w:rsidRPr="007204D9">
              <w:rPr>
                <w:b/>
                <w:color w:val="000000"/>
                <w:sz w:val="18"/>
              </w:rPr>
              <w:t xml:space="preserve"> limpeza </w:t>
            </w:r>
            <w:proofErr w:type="spellStart"/>
            <w:r w:rsidRPr="007204D9">
              <w:rPr>
                <w:b/>
                <w:color w:val="000000"/>
                <w:sz w:val="18"/>
              </w:rPr>
              <w:t>econservação</w:t>
            </w:r>
            <w:proofErr w:type="spellEnd"/>
            <w:r w:rsidRPr="007204D9">
              <w:rPr>
                <w:b/>
                <w:color w:val="000000"/>
                <w:sz w:val="18"/>
              </w:rPr>
              <w:t xml:space="preserve">? (Doc. Ref.: Manual de Recomendações para a Segurança e Conforto nos Estádios de Futebol - FGV/2010). </w:t>
            </w:r>
          </w:p>
        </w:tc>
      </w:tr>
      <w:tr w:rsidR="0097296A" w:rsidRPr="007204D9" w14:paraId="5C08E983" w14:textId="77777777" w:rsidTr="00050CAE">
        <w:trPr>
          <w:trHeight w:val="398"/>
        </w:trPr>
        <w:tc>
          <w:tcPr>
            <w:tcW w:w="2104" w:type="dxa"/>
            <w:vMerge/>
            <w:tcBorders>
              <w:top w:val="single" w:sz="4" w:space="0" w:color="auto"/>
              <w:left w:val="single" w:sz="4" w:space="0" w:color="auto"/>
              <w:bottom w:val="single" w:sz="4" w:space="0" w:color="auto"/>
              <w:right w:val="single" w:sz="4" w:space="0" w:color="auto"/>
            </w:tcBorders>
          </w:tcPr>
          <w:p w14:paraId="64C32704"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2DBCC123"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3D4A18C8" w14:textId="77777777" w:rsidR="0097296A" w:rsidRPr="007204D9" w:rsidRDefault="00000000">
            <w:pPr>
              <w:autoSpaceDE w:val="0"/>
              <w:autoSpaceDN w:val="0"/>
              <w:spacing w:before="96" w:after="0" w:line="200" w:lineRule="exact"/>
              <w:ind w:left="70"/>
            </w:pPr>
            <w:r w:rsidRPr="007204D9">
              <w:rPr>
                <w:color w:val="000000"/>
                <w:sz w:val="18"/>
              </w:rPr>
              <w:t xml:space="preserve">Sim. Todos estão limpos e conservados.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5EA58BEB"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113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0FF5995B"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65547E58" w14:textId="77777777" w:rsidTr="0082116F">
        <w:trPr>
          <w:trHeight w:val="400"/>
        </w:trPr>
        <w:tc>
          <w:tcPr>
            <w:tcW w:w="2104" w:type="dxa"/>
            <w:vMerge/>
            <w:tcBorders>
              <w:top w:val="single" w:sz="4" w:space="0" w:color="auto"/>
              <w:left w:val="single" w:sz="4" w:space="0" w:color="auto"/>
              <w:bottom w:val="single" w:sz="4" w:space="0" w:color="auto"/>
              <w:right w:val="single" w:sz="4" w:space="0" w:color="auto"/>
            </w:tcBorders>
          </w:tcPr>
          <w:p w14:paraId="5CF31BEF"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75837564"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4F3B67CD" w14:textId="77777777" w:rsidR="0097296A" w:rsidRPr="007204D9" w:rsidRDefault="00000000">
            <w:pPr>
              <w:autoSpaceDE w:val="0"/>
              <w:autoSpaceDN w:val="0"/>
              <w:spacing w:before="94" w:after="0" w:line="200" w:lineRule="exact"/>
              <w:ind w:left="70"/>
            </w:pPr>
            <w:r w:rsidRPr="007204D9">
              <w:rPr>
                <w:color w:val="000000"/>
                <w:sz w:val="18"/>
              </w:rPr>
              <w:t xml:space="preserve">Em parte. Alguns locais necessitam intervenções. </w:t>
            </w:r>
            <w:r w:rsidRPr="007204D9">
              <w:rPr>
                <w:color w:val="000000"/>
                <w:sz w:val="18"/>
              </w:rPr>
              <w:t xml:space="preserve">(Especificar no comentário)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350A01A9" w14:textId="77777777" w:rsidR="0097296A" w:rsidRPr="007204D9" w:rsidRDefault="00000000">
            <w:pPr>
              <w:autoSpaceDE w:val="0"/>
              <w:autoSpaceDN w:val="0"/>
              <w:spacing w:before="94" w:after="0" w:line="200" w:lineRule="exact"/>
              <w:jc w:val="center"/>
            </w:pPr>
            <w:r w:rsidRPr="007204D9">
              <w:rPr>
                <w:color w:val="000000"/>
                <w:sz w:val="18"/>
              </w:rPr>
              <w:t xml:space="preserve">AP </w:t>
            </w:r>
          </w:p>
        </w:tc>
        <w:tc>
          <w:tcPr>
            <w:tcW w:w="113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5BEE703B" w14:textId="77777777" w:rsidR="0097296A" w:rsidRPr="007204D9" w:rsidRDefault="00000000">
            <w:pPr>
              <w:autoSpaceDE w:val="0"/>
              <w:autoSpaceDN w:val="0"/>
              <w:spacing w:before="94" w:after="0" w:line="200" w:lineRule="exact"/>
              <w:jc w:val="center"/>
            </w:pPr>
            <w:r w:rsidRPr="007204D9">
              <w:rPr>
                <w:color w:val="000000"/>
                <w:sz w:val="18"/>
              </w:rPr>
              <w:t xml:space="preserve">2 </w:t>
            </w:r>
          </w:p>
        </w:tc>
      </w:tr>
      <w:tr w:rsidR="0097296A" w:rsidRPr="007204D9" w14:paraId="0036F438" w14:textId="77777777" w:rsidTr="0082116F">
        <w:trPr>
          <w:trHeight w:val="398"/>
        </w:trPr>
        <w:tc>
          <w:tcPr>
            <w:tcW w:w="2104" w:type="dxa"/>
            <w:vMerge/>
            <w:tcBorders>
              <w:top w:val="single" w:sz="4" w:space="0" w:color="auto"/>
              <w:left w:val="single" w:sz="4" w:space="0" w:color="auto"/>
              <w:bottom w:val="single" w:sz="4" w:space="0" w:color="auto"/>
              <w:right w:val="single" w:sz="4" w:space="0" w:color="auto"/>
            </w:tcBorders>
          </w:tcPr>
          <w:p w14:paraId="757FD9EC"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44D81869" w14:textId="77777777" w:rsidR="0097296A" w:rsidRPr="007204D9" w:rsidRDefault="0097296A"/>
        </w:tc>
        <w:tc>
          <w:tcPr>
            <w:tcW w:w="6804" w:type="dxa"/>
            <w:tcBorders>
              <w:top w:val="single" w:sz="4" w:space="0" w:color="auto"/>
              <w:left w:val="single" w:sz="4" w:space="0" w:color="auto"/>
              <w:bottom w:val="single" w:sz="3" w:space="0" w:color="auto"/>
              <w:right w:val="single" w:sz="4" w:space="0" w:color="auto"/>
            </w:tcBorders>
            <w:tcMar>
              <w:left w:w="0" w:type="dxa"/>
              <w:right w:w="0" w:type="dxa"/>
            </w:tcMar>
          </w:tcPr>
          <w:p w14:paraId="312D60B8" w14:textId="77777777" w:rsidR="0097296A" w:rsidRPr="007204D9" w:rsidRDefault="00000000">
            <w:pPr>
              <w:autoSpaceDE w:val="0"/>
              <w:autoSpaceDN w:val="0"/>
              <w:spacing w:before="94" w:after="0" w:line="202" w:lineRule="exact"/>
              <w:ind w:left="70"/>
            </w:pPr>
            <w:r w:rsidRPr="007204D9">
              <w:rPr>
                <w:color w:val="000000"/>
                <w:sz w:val="18"/>
              </w:rPr>
              <w:t xml:space="preserve">Não. Todos os locais apresentam problemas de limpeza e conservação. </w:t>
            </w:r>
          </w:p>
        </w:tc>
        <w:tc>
          <w:tcPr>
            <w:tcW w:w="848" w:type="dxa"/>
            <w:tcBorders>
              <w:top w:val="single" w:sz="4" w:space="0" w:color="auto"/>
              <w:left w:val="single" w:sz="4" w:space="0" w:color="auto"/>
              <w:bottom w:val="single" w:sz="3" w:space="0" w:color="auto"/>
              <w:right w:val="single" w:sz="4" w:space="0" w:color="auto"/>
            </w:tcBorders>
            <w:tcMar>
              <w:left w:w="0" w:type="dxa"/>
              <w:right w:w="0" w:type="dxa"/>
            </w:tcMar>
          </w:tcPr>
          <w:p w14:paraId="34E42DE3" w14:textId="77777777" w:rsidR="0097296A" w:rsidRPr="007204D9" w:rsidRDefault="00000000">
            <w:pPr>
              <w:autoSpaceDE w:val="0"/>
              <w:autoSpaceDN w:val="0"/>
              <w:spacing w:before="94" w:after="0" w:line="202" w:lineRule="exact"/>
              <w:jc w:val="center"/>
            </w:pPr>
            <w:r w:rsidRPr="007204D9">
              <w:rPr>
                <w:color w:val="000000"/>
                <w:sz w:val="18"/>
              </w:rPr>
              <w:t xml:space="preserve">NAT </w:t>
            </w:r>
          </w:p>
        </w:tc>
        <w:tc>
          <w:tcPr>
            <w:tcW w:w="1130"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30C13C66" w14:textId="77777777" w:rsidR="0097296A" w:rsidRPr="007204D9" w:rsidRDefault="00000000">
            <w:pPr>
              <w:autoSpaceDE w:val="0"/>
              <w:autoSpaceDN w:val="0"/>
              <w:spacing w:before="94" w:after="0" w:line="202" w:lineRule="exact"/>
              <w:jc w:val="center"/>
            </w:pPr>
            <w:r w:rsidRPr="007204D9">
              <w:rPr>
                <w:color w:val="000000"/>
                <w:sz w:val="18"/>
              </w:rPr>
              <w:t xml:space="preserve">3 </w:t>
            </w:r>
          </w:p>
        </w:tc>
      </w:tr>
      <w:tr w:rsidR="0097296A" w:rsidRPr="007204D9" w14:paraId="0840DE83"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5743AFAE"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5AB78DE9" w14:textId="77777777" w:rsidR="0097296A" w:rsidRPr="007204D9" w:rsidRDefault="0097296A"/>
        </w:tc>
        <w:tc>
          <w:tcPr>
            <w:tcW w:w="6804" w:type="dxa"/>
            <w:tcBorders>
              <w:top w:val="single" w:sz="3" w:space="0" w:color="auto"/>
              <w:left w:val="single" w:sz="4" w:space="0" w:color="auto"/>
              <w:bottom w:val="single" w:sz="4" w:space="0" w:color="auto"/>
              <w:right w:val="single" w:sz="4" w:space="0" w:color="auto"/>
            </w:tcBorders>
            <w:tcMar>
              <w:left w:w="0" w:type="dxa"/>
              <w:right w:w="0" w:type="dxa"/>
            </w:tcMar>
          </w:tcPr>
          <w:p w14:paraId="4ECC1ADB" w14:textId="77777777" w:rsidR="0097296A" w:rsidRPr="007204D9" w:rsidRDefault="00000000">
            <w:pPr>
              <w:autoSpaceDE w:val="0"/>
              <w:autoSpaceDN w:val="0"/>
              <w:spacing w:before="100" w:after="0" w:line="200" w:lineRule="exact"/>
              <w:ind w:left="70"/>
            </w:pPr>
            <w:r w:rsidRPr="007204D9">
              <w:rPr>
                <w:color w:val="000000"/>
                <w:sz w:val="18"/>
              </w:rPr>
              <w:t xml:space="preserve">Não se aplica. Não possui SMU. </w:t>
            </w:r>
          </w:p>
        </w:tc>
        <w:tc>
          <w:tcPr>
            <w:tcW w:w="848" w:type="dxa"/>
            <w:tcBorders>
              <w:top w:val="single" w:sz="3" w:space="0" w:color="auto"/>
              <w:left w:val="single" w:sz="4" w:space="0" w:color="auto"/>
              <w:bottom w:val="single" w:sz="4" w:space="0" w:color="auto"/>
              <w:right w:val="single" w:sz="4" w:space="0" w:color="auto"/>
            </w:tcBorders>
            <w:tcMar>
              <w:left w:w="0" w:type="dxa"/>
              <w:right w:w="0" w:type="dxa"/>
            </w:tcMar>
          </w:tcPr>
          <w:p w14:paraId="072F1D07" w14:textId="77777777" w:rsidR="0097296A" w:rsidRPr="007204D9" w:rsidRDefault="00000000">
            <w:pPr>
              <w:autoSpaceDE w:val="0"/>
              <w:autoSpaceDN w:val="0"/>
              <w:spacing w:before="100" w:after="0" w:line="200" w:lineRule="exact"/>
              <w:jc w:val="center"/>
            </w:pPr>
            <w:r w:rsidRPr="007204D9">
              <w:rPr>
                <w:color w:val="000000"/>
                <w:sz w:val="18"/>
              </w:rPr>
              <w:t xml:space="preserve">NAP </w:t>
            </w:r>
          </w:p>
        </w:tc>
        <w:tc>
          <w:tcPr>
            <w:tcW w:w="1130" w:type="dxa"/>
            <w:tcBorders>
              <w:top w:val="single" w:sz="3" w:space="0" w:color="auto"/>
              <w:left w:val="single" w:sz="4" w:space="0" w:color="auto"/>
              <w:bottom w:val="single" w:sz="4" w:space="0" w:color="auto"/>
              <w:right w:val="single" w:sz="4" w:space="0" w:color="auto"/>
            </w:tcBorders>
            <w:tcMar>
              <w:left w:w="0" w:type="dxa"/>
              <w:right w:w="0" w:type="dxa"/>
            </w:tcMar>
          </w:tcPr>
          <w:p w14:paraId="35794460"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4C1FD495" w14:textId="77777777">
        <w:trPr>
          <w:trHeight w:val="398"/>
        </w:trPr>
        <w:tc>
          <w:tcPr>
            <w:tcW w:w="2104" w:type="dxa"/>
            <w:vMerge/>
            <w:tcBorders>
              <w:top w:val="single" w:sz="4" w:space="0" w:color="auto"/>
              <w:left w:val="single" w:sz="4" w:space="0" w:color="auto"/>
              <w:bottom w:val="single" w:sz="4" w:space="0" w:color="auto"/>
              <w:right w:val="single" w:sz="4" w:space="0" w:color="auto"/>
            </w:tcBorders>
          </w:tcPr>
          <w:p w14:paraId="3BA4ED94"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413B2420"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14E5C5E8" w14:textId="77777777" w:rsidR="0097296A" w:rsidRPr="007204D9" w:rsidRDefault="00000000">
            <w:pPr>
              <w:autoSpaceDE w:val="0"/>
              <w:autoSpaceDN w:val="0"/>
              <w:spacing w:before="96" w:after="0" w:line="200" w:lineRule="exact"/>
              <w:ind w:left="70"/>
            </w:pPr>
            <w:r w:rsidRPr="007204D9">
              <w:rPr>
                <w:color w:val="000000"/>
                <w:sz w:val="18"/>
              </w:rPr>
              <w:t xml:space="preserve">Não observado. (Especificar no comentário o motivo da não observação)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4DE6066F"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0C91B029"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6BAE3E66" w14:textId="77777777">
        <w:trPr>
          <w:trHeight w:val="1092"/>
        </w:trPr>
        <w:tc>
          <w:tcPr>
            <w:tcW w:w="2104" w:type="dxa"/>
            <w:vMerge/>
            <w:tcBorders>
              <w:top w:val="single" w:sz="4" w:space="0" w:color="auto"/>
              <w:left w:val="single" w:sz="4" w:space="0" w:color="auto"/>
              <w:bottom w:val="single" w:sz="4" w:space="0" w:color="auto"/>
              <w:right w:val="single" w:sz="4" w:space="0" w:color="auto"/>
            </w:tcBorders>
          </w:tcPr>
          <w:p w14:paraId="7C2B411A"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226D6EA5" w14:textId="77777777" w:rsidR="0097296A" w:rsidRPr="007204D9" w:rsidRDefault="0097296A"/>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B3A6E81" w14:textId="77777777" w:rsidR="0097296A" w:rsidRPr="007204D9" w:rsidRDefault="00000000">
            <w:pPr>
              <w:autoSpaceDE w:val="0"/>
              <w:autoSpaceDN w:val="0"/>
              <w:spacing w:before="2" w:after="0" w:line="202" w:lineRule="exact"/>
              <w:ind w:left="70"/>
            </w:pPr>
            <w:r w:rsidRPr="007204D9">
              <w:rPr>
                <w:color w:val="000000"/>
                <w:sz w:val="18"/>
              </w:rPr>
              <w:t xml:space="preserve">Comentário: </w:t>
            </w:r>
          </w:p>
        </w:tc>
      </w:tr>
      <w:tr w:rsidR="0097296A" w:rsidRPr="007204D9" w14:paraId="3A8BAB1C" w14:textId="77777777">
        <w:trPr>
          <w:trHeight w:val="858"/>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69CD2B5" w14:textId="77777777" w:rsidR="0097296A" w:rsidRPr="007204D9" w:rsidRDefault="00000000">
            <w:pPr>
              <w:autoSpaceDE w:val="0"/>
              <w:autoSpaceDN w:val="0"/>
              <w:spacing w:before="1496" w:after="0" w:line="200" w:lineRule="exact"/>
              <w:jc w:val="center"/>
            </w:pPr>
            <w:r w:rsidRPr="007204D9">
              <w:rPr>
                <w:color w:val="000000"/>
                <w:sz w:val="18"/>
              </w:rPr>
              <w:t xml:space="preserve">6.4 </w:t>
            </w:r>
          </w:p>
        </w:tc>
        <w:tc>
          <w:tcPr>
            <w:tcW w:w="1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94C22C7" w14:textId="77777777" w:rsidR="0097296A" w:rsidRPr="007204D9" w:rsidRDefault="00000000">
            <w:pPr>
              <w:autoSpaceDE w:val="0"/>
              <w:autoSpaceDN w:val="0"/>
              <w:spacing w:before="1496" w:after="0" w:line="200" w:lineRule="exact"/>
              <w:jc w:val="center"/>
            </w:pPr>
            <w:r w:rsidRPr="007204D9">
              <w:rPr>
                <w:color w:val="000000"/>
                <w:sz w:val="18"/>
              </w:rPr>
              <w:t xml:space="preserve">2 </w:t>
            </w:r>
          </w:p>
        </w:tc>
        <w:tc>
          <w:tcPr>
            <w:tcW w:w="8782"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18DEE88A" w14:textId="77777777" w:rsidR="0097296A" w:rsidRPr="007204D9" w:rsidRDefault="00000000">
            <w:pPr>
              <w:autoSpaceDE w:val="0"/>
              <w:autoSpaceDN w:val="0"/>
              <w:spacing w:after="0" w:line="208" w:lineRule="exact"/>
              <w:ind w:left="70"/>
            </w:pPr>
            <w:r w:rsidRPr="007204D9">
              <w:rPr>
                <w:b/>
                <w:color w:val="000000"/>
                <w:sz w:val="18"/>
              </w:rPr>
              <w:t xml:space="preserve">As instalações de Serviço Médico de Urgência possuem tamanho compatível com a capacidade do estádio, ou seja, mínimo de 15 m² para até 15.000 torcedores e 25 m² para capacidade superior a 15.000 torcedores, ou tamanho compatível com o documento de avaliação de risco em eventos emitido pelo Corpo de Bombeiros do estado? </w:t>
            </w:r>
            <w:r w:rsidRPr="007204D9">
              <w:rPr>
                <w:b/>
                <w:color w:val="000000"/>
                <w:sz w:val="18"/>
              </w:rPr>
              <w:t xml:space="preserve">(Doc. Ref.: </w:t>
            </w:r>
            <w:proofErr w:type="spellStart"/>
            <w:r w:rsidRPr="007204D9">
              <w:rPr>
                <w:b/>
                <w:color w:val="000000"/>
                <w:sz w:val="18"/>
              </w:rPr>
              <w:t>Guide</w:t>
            </w:r>
            <w:proofErr w:type="spellEnd"/>
            <w:r w:rsidRPr="007204D9">
              <w:rPr>
                <w:b/>
                <w:color w:val="000000"/>
                <w:sz w:val="18"/>
              </w:rPr>
              <w:t xml:space="preserve"> </w:t>
            </w:r>
            <w:proofErr w:type="spellStart"/>
            <w:r w:rsidRPr="007204D9">
              <w:rPr>
                <w:b/>
                <w:color w:val="000000"/>
                <w:sz w:val="18"/>
              </w:rPr>
              <w:t>to</w:t>
            </w:r>
            <w:proofErr w:type="spellEnd"/>
            <w:r w:rsidRPr="007204D9">
              <w:rPr>
                <w:b/>
                <w:color w:val="000000"/>
                <w:sz w:val="18"/>
              </w:rPr>
              <w:t xml:space="preserve"> Safety </w:t>
            </w:r>
            <w:proofErr w:type="spellStart"/>
            <w:r w:rsidRPr="007204D9">
              <w:rPr>
                <w:b/>
                <w:color w:val="000000"/>
                <w:sz w:val="18"/>
              </w:rPr>
              <w:t>at</w:t>
            </w:r>
            <w:proofErr w:type="spellEnd"/>
            <w:r w:rsidRPr="007204D9">
              <w:rPr>
                <w:b/>
                <w:color w:val="000000"/>
                <w:sz w:val="18"/>
              </w:rPr>
              <w:t xml:space="preserve"> Sports </w:t>
            </w:r>
            <w:proofErr w:type="spellStart"/>
            <w:r w:rsidRPr="007204D9">
              <w:rPr>
                <w:b/>
                <w:color w:val="000000"/>
                <w:sz w:val="18"/>
              </w:rPr>
              <w:t>Grounds</w:t>
            </w:r>
            <w:proofErr w:type="spellEnd"/>
            <w:r w:rsidRPr="007204D9">
              <w:rPr>
                <w:b/>
                <w:color w:val="000000"/>
                <w:sz w:val="18"/>
              </w:rPr>
              <w:t xml:space="preserve">, 2008). </w:t>
            </w:r>
          </w:p>
        </w:tc>
      </w:tr>
      <w:tr w:rsidR="0097296A" w:rsidRPr="007204D9" w14:paraId="68F33B70" w14:textId="77777777" w:rsidTr="00050CAE">
        <w:trPr>
          <w:trHeight w:val="402"/>
        </w:trPr>
        <w:tc>
          <w:tcPr>
            <w:tcW w:w="2104" w:type="dxa"/>
            <w:vMerge/>
            <w:tcBorders>
              <w:top w:val="single" w:sz="4" w:space="0" w:color="auto"/>
              <w:left w:val="single" w:sz="4" w:space="0" w:color="auto"/>
              <w:bottom w:val="single" w:sz="4" w:space="0" w:color="auto"/>
              <w:right w:val="single" w:sz="4" w:space="0" w:color="auto"/>
            </w:tcBorders>
          </w:tcPr>
          <w:p w14:paraId="1B3014C3"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1E992A2D" w14:textId="77777777" w:rsidR="0097296A" w:rsidRPr="007204D9" w:rsidRDefault="0097296A"/>
        </w:tc>
        <w:tc>
          <w:tcPr>
            <w:tcW w:w="6804" w:type="dxa"/>
            <w:tcBorders>
              <w:top w:val="single" w:sz="3" w:space="0" w:color="auto"/>
              <w:left w:val="single" w:sz="4" w:space="0" w:color="auto"/>
              <w:bottom w:val="single" w:sz="4" w:space="0" w:color="auto"/>
              <w:right w:val="single" w:sz="4" w:space="0" w:color="auto"/>
            </w:tcBorders>
            <w:tcMar>
              <w:left w:w="0" w:type="dxa"/>
              <w:right w:w="0" w:type="dxa"/>
            </w:tcMar>
          </w:tcPr>
          <w:p w14:paraId="74F3AFB3" w14:textId="77777777" w:rsidR="0097296A" w:rsidRPr="007204D9" w:rsidRDefault="00000000">
            <w:pPr>
              <w:autoSpaceDE w:val="0"/>
              <w:autoSpaceDN w:val="0"/>
              <w:spacing w:before="100" w:after="0" w:line="200" w:lineRule="exact"/>
              <w:ind w:left="70"/>
            </w:pPr>
            <w:r w:rsidRPr="007204D9">
              <w:rPr>
                <w:color w:val="000000"/>
                <w:sz w:val="18"/>
              </w:rPr>
              <w:t xml:space="preserve">Sim, a instalação está em conformidade. </w:t>
            </w:r>
          </w:p>
        </w:tc>
        <w:tc>
          <w:tcPr>
            <w:tcW w:w="848" w:type="dxa"/>
            <w:tcBorders>
              <w:top w:val="single" w:sz="3" w:space="0" w:color="auto"/>
              <w:left w:val="single" w:sz="4" w:space="0" w:color="auto"/>
              <w:bottom w:val="single" w:sz="4" w:space="0" w:color="auto"/>
              <w:right w:val="single" w:sz="4" w:space="0" w:color="auto"/>
            </w:tcBorders>
            <w:tcMar>
              <w:left w:w="0" w:type="dxa"/>
              <w:right w:w="0" w:type="dxa"/>
            </w:tcMar>
          </w:tcPr>
          <w:p w14:paraId="43A85E70" w14:textId="77777777" w:rsidR="0097296A" w:rsidRPr="007204D9" w:rsidRDefault="00000000">
            <w:pPr>
              <w:autoSpaceDE w:val="0"/>
              <w:autoSpaceDN w:val="0"/>
              <w:spacing w:before="100" w:after="0" w:line="200" w:lineRule="exact"/>
              <w:jc w:val="center"/>
            </w:pPr>
            <w:r w:rsidRPr="007204D9">
              <w:rPr>
                <w:color w:val="000000"/>
                <w:sz w:val="18"/>
              </w:rPr>
              <w:t xml:space="preserve">AT </w:t>
            </w:r>
          </w:p>
        </w:tc>
        <w:tc>
          <w:tcPr>
            <w:tcW w:w="1130" w:type="dxa"/>
            <w:tcBorders>
              <w:top w:val="single" w:sz="3" w:space="0" w:color="auto"/>
              <w:left w:val="single" w:sz="4" w:space="0" w:color="auto"/>
              <w:bottom w:val="single" w:sz="4" w:space="0" w:color="auto"/>
              <w:right w:val="single" w:sz="4" w:space="0" w:color="auto"/>
            </w:tcBorders>
            <w:shd w:val="clear" w:color="auto" w:fill="92D050"/>
            <w:tcMar>
              <w:left w:w="0" w:type="dxa"/>
              <w:right w:w="0" w:type="dxa"/>
            </w:tcMar>
          </w:tcPr>
          <w:p w14:paraId="2D3BC4A2" w14:textId="77777777" w:rsidR="0097296A" w:rsidRPr="007204D9" w:rsidRDefault="00000000">
            <w:pPr>
              <w:autoSpaceDE w:val="0"/>
              <w:autoSpaceDN w:val="0"/>
              <w:spacing w:before="100" w:after="0" w:line="200" w:lineRule="exact"/>
              <w:jc w:val="center"/>
            </w:pPr>
            <w:r w:rsidRPr="007204D9">
              <w:rPr>
                <w:color w:val="000000"/>
                <w:sz w:val="18"/>
              </w:rPr>
              <w:t xml:space="preserve">1 </w:t>
            </w:r>
          </w:p>
        </w:tc>
      </w:tr>
      <w:tr w:rsidR="0097296A" w:rsidRPr="007204D9" w14:paraId="260A297C" w14:textId="77777777" w:rsidTr="0082116F">
        <w:trPr>
          <w:trHeight w:val="398"/>
        </w:trPr>
        <w:tc>
          <w:tcPr>
            <w:tcW w:w="2104" w:type="dxa"/>
            <w:vMerge/>
            <w:tcBorders>
              <w:top w:val="single" w:sz="4" w:space="0" w:color="auto"/>
              <w:left w:val="single" w:sz="4" w:space="0" w:color="auto"/>
              <w:bottom w:val="single" w:sz="4" w:space="0" w:color="auto"/>
              <w:right w:val="single" w:sz="4" w:space="0" w:color="auto"/>
            </w:tcBorders>
          </w:tcPr>
          <w:p w14:paraId="563C278E"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5CC653B1"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3F8596BA" w14:textId="77777777" w:rsidR="0097296A" w:rsidRPr="007204D9" w:rsidRDefault="00000000">
            <w:pPr>
              <w:autoSpaceDE w:val="0"/>
              <w:autoSpaceDN w:val="0"/>
              <w:spacing w:before="94" w:after="0" w:line="200" w:lineRule="exact"/>
              <w:ind w:left="70"/>
            </w:pPr>
            <w:r w:rsidRPr="007204D9">
              <w:rPr>
                <w:color w:val="000000"/>
                <w:sz w:val="18"/>
              </w:rPr>
              <w:t xml:space="preserve">Não está em conformidade.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02F426DB" w14:textId="77777777" w:rsidR="0097296A" w:rsidRPr="007204D9" w:rsidRDefault="00000000">
            <w:pPr>
              <w:autoSpaceDE w:val="0"/>
              <w:autoSpaceDN w:val="0"/>
              <w:spacing w:before="94" w:after="0" w:line="200" w:lineRule="exact"/>
              <w:jc w:val="center"/>
            </w:pPr>
            <w:r w:rsidRPr="007204D9">
              <w:rPr>
                <w:color w:val="000000"/>
                <w:sz w:val="18"/>
              </w:rPr>
              <w:t xml:space="preserve">AP </w:t>
            </w:r>
          </w:p>
        </w:tc>
        <w:tc>
          <w:tcPr>
            <w:tcW w:w="113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6B834565" w14:textId="77777777" w:rsidR="0097296A" w:rsidRPr="007204D9" w:rsidRDefault="00000000">
            <w:pPr>
              <w:autoSpaceDE w:val="0"/>
              <w:autoSpaceDN w:val="0"/>
              <w:spacing w:before="94" w:after="0" w:line="200" w:lineRule="exact"/>
              <w:jc w:val="center"/>
            </w:pPr>
            <w:r w:rsidRPr="007204D9">
              <w:rPr>
                <w:color w:val="000000"/>
                <w:sz w:val="18"/>
              </w:rPr>
              <w:t xml:space="preserve">2 </w:t>
            </w:r>
          </w:p>
        </w:tc>
      </w:tr>
      <w:tr w:rsidR="0097296A" w:rsidRPr="007204D9" w14:paraId="6C57B378" w14:textId="77777777">
        <w:trPr>
          <w:trHeight w:val="396"/>
        </w:trPr>
        <w:tc>
          <w:tcPr>
            <w:tcW w:w="2104" w:type="dxa"/>
            <w:vMerge/>
            <w:tcBorders>
              <w:top w:val="single" w:sz="4" w:space="0" w:color="auto"/>
              <w:left w:val="single" w:sz="4" w:space="0" w:color="auto"/>
              <w:bottom w:val="single" w:sz="4" w:space="0" w:color="auto"/>
              <w:right w:val="single" w:sz="4" w:space="0" w:color="auto"/>
            </w:tcBorders>
          </w:tcPr>
          <w:p w14:paraId="6EE632EA"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103C360B"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70F2015C" w14:textId="77777777" w:rsidR="0097296A" w:rsidRPr="007204D9" w:rsidRDefault="00000000">
            <w:pPr>
              <w:autoSpaceDE w:val="0"/>
              <w:autoSpaceDN w:val="0"/>
              <w:spacing w:before="96" w:after="0" w:line="202" w:lineRule="exact"/>
              <w:ind w:left="70"/>
            </w:pPr>
            <w:r w:rsidRPr="007204D9">
              <w:rPr>
                <w:color w:val="000000"/>
                <w:sz w:val="18"/>
              </w:rPr>
              <w:t xml:space="preserve">Não se aplica. Não possui SMU. </w:t>
            </w:r>
          </w:p>
        </w:tc>
        <w:tc>
          <w:tcPr>
            <w:tcW w:w="848" w:type="dxa"/>
            <w:tcBorders>
              <w:top w:val="single" w:sz="4" w:space="0" w:color="auto"/>
              <w:left w:val="single" w:sz="4" w:space="0" w:color="auto"/>
              <w:bottom w:val="single" w:sz="4" w:space="0" w:color="auto"/>
              <w:right w:val="single" w:sz="4" w:space="0" w:color="auto"/>
            </w:tcBorders>
            <w:tcMar>
              <w:left w:w="0" w:type="dxa"/>
              <w:right w:w="0" w:type="dxa"/>
            </w:tcMar>
          </w:tcPr>
          <w:p w14:paraId="0F2B1D90" w14:textId="77777777" w:rsidR="0097296A" w:rsidRPr="007204D9" w:rsidRDefault="00000000">
            <w:pPr>
              <w:autoSpaceDE w:val="0"/>
              <w:autoSpaceDN w:val="0"/>
              <w:spacing w:before="96" w:after="0" w:line="202" w:lineRule="exact"/>
              <w:jc w:val="center"/>
            </w:pPr>
            <w:r w:rsidRPr="007204D9">
              <w:rPr>
                <w:color w:val="000000"/>
                <w:sz w:val="18"/>
              </w:rPr>
              <w:t xml:space="preserve">NAP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0419C999"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19D2CAC2" w14:textId="77777777">
        <w:trPr>
          <w:trHeight w:val="1138"/>
        </w:trPr>
        <w:tc>
          <w:tcPr>
            <w:tcW w:w="2104" w:type="dxa"/>
            <w:vMerge/>
            <w:tcBorders>
              <w:top w:val="single" w:sz="4" w:space="0" w:color="auto"/>
              <w:left w:val="single" w:sz="4" w:space="0" w:color="auto"/>
              <w:bottom w:val="single" w:sz="4" w:space="0" w:color="auto"/>
              <w:right w:val="single" w:sz="4" w:space="0" w:color="auto"/>
            </w:tcBorders>
          </w:tcPr>
          <w:p w14:paraId="7B8CE7F8"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7AC0C27" w14:textId="77777777" w:rsidR="0097296A" w:rsidRPr="007204D9" w:rsidRDefault="0097296A"/>
        </w:tc>
        <w:tc>
          <w:tcPr>
            <w:tcW w:w="87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E5B2622" w14:textId="77777777" w:rsidR="0097296A" w:rsidRPr="007204D9" w:rsidRDefault="00000000">
            <w:pPr>
              <w:autoSpaceDE w:val="0"/>
              <w:autoSpaceDN w:val="0"/>
              <w:spacing w:before="6" w:after="0" w:line="200" w:lineRule="exact"/>
              <w:ind w:left="70"/>
            </w:pPr>
            <w:r w:rsidRPr="007204D9">
              <w:rPr>
                <w:color w:val="000000"/>
                <w:sz w:val="18"/>
              </w:rPr>
              <w:t xml:space="preserve">Comentário: </w:t>
            </w:r>
          </w:p>
        </w:tc>
      </w:tr>
    </w:tbl>
    <w:p w14:paraId="46B9373D" w14:textId="77777777" w:rsidR="0097296A" w:rsidRPr="007204D9" w:rsidRDefault="00000000">
      <w:pPr>
        <w:autoSpaceDE w:val="0"/>
        <w:autoSpaceDN w:val="0"/>
        <w:spacing w:before="480" w:after="0" w:line="266" w:lineRule="exact"/>
        <w:ind w:right="210"/>
        <w:jc w:val="right"/>
      </w:pPr>
      <w:r w:rsidRPr="007204D9">
        <w:rPr>
          <w:color w:val="000000"/>
          <w:sz w:val="24"/>
        </w:rPr>
        <w:t>22</w:t>
      </w:r>
    </w:p>
    <w:p w14:paraId="4A88F2EE" w14:textId="77777777" w:rsidR="0097296A" w:rsidRPr="007204D9" w:rsidRDefault="0097296A">
      <w:pPr>
        <w:sectPr w:rsidR="0097296A" w:rsidRPr="007204D9">
          <w:pgSz w:w="11906" w:h="16838"/>
          <w:pgMar w:top="340" w:right="510" w:bottom="340" w:left="876" w:header="720" w:footer="720" w:gutter="0"/>
          <w:cols w:space="720"/>
          <w:docGrid w:linePitch="360"/>
        </w:sectPr>
      </w:pPr>
    </w:p>
    <w:p w14:paraId="02DC7127"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40"/>
        <w:gridCol w:w="7230"/>
        <w:gridCol w:w="584"/>
        <w:gridCol w:w="980"/>
      </w:tblGrid>
      <w:tr w:rsidR="0097296A" w:rsidRPr="007204D9" w14:paraId="4E1DC6F4" w14:textId="77777777">
        <w:trPr>
          <w:trHeight w:val="850"/>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5DED8CBB" w14:textId="77777777" w:rsidR="0097296A" w:rsidRPr="007204D9" w:rsidRDefault="00000000">
            <w:pPr>
              <w:autoSpaceDE w:val="0"/>
              <w:autoSpaceDN w:val="0"/>
              <w:spacing w:before="1604" w:after="0" w:line="202" w:lineRule="exact"/>
              <w:jc w:val="center"/>
            </w:pPr>
            <w:r w:rsidRPr="007204D9">
              <w:rPr>
                <w:color w:val="000000"/>
                <w:sz w:val="18"/>
              </w:rPr>
              <w:t xml:space="preserve">6.5 </w:t>
            </w:r>
          </w:p>
        </w:tc>
        <w:tc>
          <w:tcPr>
            <w:tcW w:w="114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D3CB82D" w14:textId="77777777" w:rsidR="0097296A" w:rsidRPr="007204D9" w:rsidRDefault="00000000">
            <w:pPr>
              <w:autoSpaceDE w:val="0"/>
              <w:autoSpaceDN w:val="0"/>
              <w:spacing w:before="1604" w:after="0" w:line="202" w:lineRule="exact"/>
              <w:jc w:val="center"/>
            </w:pPr>
            <w:r w:rsidRPr="007204D9">
              <w:rPr>
                <w:color w:val="000000"/>
                <w:sz w:val="18"/>
              </w:rPr>
              <w:t xml:space="preserve">3 </w:t>
            </w:r>
          </w:p>
        </w:tc>
        <w:tc>
          <w:tcPr>
            <w:tcW w:w="8794"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1D7289D1" w14:textId="77777777" w:rsidR="0097296A" w:rsidRPr="007204D9" w:rsidRDefault="00000000">
            <w:pPr>
              <w:autoSpaceDE w:val="0"/>
              <w:autoSpaceDN w:val="0"/>
              <w:spacing w:before="100" w:after="0" w:line="206" w:lineRule="exact"/>
              <w:ind w:left="72" w:right="10"/>
              <w:jc w:val="both"/>
            </w:pPr>
            <w:r w:rsidRPr="007204D9">
              <w:rPr>
                <w:b/>
                <w:color w:val="000000"/>
                <w:sz w:val="18"/>
              </w:rPr>
              <w:t xml:space="preserve">Caso o estádio tenha capacidade de público superior a 40.000 pessoas, existem no mínimo duas salas de atendimento médico ou mais que atendam aos diversos setores? </w:t>
            </w:r>
            <w:r w:rsidRPr="007204D9">
              <w:rPr>
                <w:b/>
                <w:color w:val="000000"/>
                <w:sz w:val="18"/>
              </w:rPr>
              <w:t xml:space="preserve">(Doc. Ref.: Portaria CVS Nº 02/2010). </w:t>
            </w:r>
          </w:p>
        </w:tc>
      </w:tr>
      <w:tr w:rsidR="0097296A" w:rsidRPr="007204D9" w14:paraId="1EF7F534" w14:textId="77777777" w:rsidTr="00050CAE">
        <w:trPr>
          <w:trHeight w:val="402"/>
        </w:trPr>
        <w:tc>
          <w:tcPr>
            <w:tcW w:w="2106" w:type="dxa"/>
            <w:vMerge/>
            <w:tcBorders>
              <w:top w:val="single" w:sz="3" w:space="0" w:color="auto"/>
              <w:left w:val="single" w:sz="4" w:space="0" w:color="auto"/>
              <w:bottom w:val="single" w:sz="4" w:space="0" w:color="auto"/>
              <w:right w:val="single" w:sz="4" w:space="0" w:color="auto"/>
            </w:tcBorders>
          </w:tcPr>
          <w:p w14:paraId="67666909"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5ED87BC6"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32113E49" w14:textId="77777777" w:rsidR="0097296A" w:rsidRPr="007204D9" w:rsidRDefault="00000000">
            <w:pPr>
              <w:autoSpaceDE w:val="0"/>
              <w:autoSpaceDN w:val="0"/>
              <w:spacing w:before="94" w:after="0" w:line="202" w:lineRule="exact"/>
              <w:ind w:left="72"/>
            </w:pPr>
            <w:r w:rsidRPr="007204D9">
              <w:rPr>
                <w:color w:val="000000"/>
                <w:sz w:val="18"/>
              </w:rPr>
              <w:t xml:space="preserve">Sim, as instalações atendem completamente.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5A8F4AD0" w14:textId="77777777" w:rsidR="0097296A" w:rsidRPr="007204D9" w:rsidRDefault="00000000">
            <w:pPr>
              <w:autoSpaceDE w:val="0"/>
              <w:autoSpaceDN w:val="0"/>
              <w:spacing w:before="94" w:after="0" w:line="202" w:lineRule="exact"/>
              <w:jc w:val="center"/>
            </w:pPr>
            <w:r w:rsidRPr="007204D9">
              <w:rPr>
                <w:color w:val="000000"/>
                <w:sz w:val="18"/>
              </w:rPr>
              <w:t xml:space="preserve">AT </w:t>
            </w:r>
          </w:p>
        </w:tc>
        <w:tc>
          <w:tcPr>
            <w:tcW w:w="9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4635F4AA" w14:textId="77777777" w:rsidR="0097296A" w:rsidRPr="007204D9" w:rsidRDefault="00000000">
            <w:pPr>
              <w:autoSpaceDE w:val="0"/>
              <w:autoSpaceDN w:val="0"/>
              <w:spacing w:before="94" w:after="0" w:line="202" w:lineRule="exact"/>
              <w:jc w:val="center"/>
            </w:pPr>
            <w:r w:rsidRPr="007204D9">
              <w:rPr>
                <w:color w:val="000000"/>
                <w:sz w:val="18"/>
              </w:rPr>
              <w:t xml:space="preserve">1 </w:t>
            </w:r>
          </w:p>
        </w:tc>
      </w:tr>
      <w:tr w:rsidR="0097296A" w:rsidRPr="007204D9" w14:paraId="571B8F2E" w14:textId="77777777" w:rsidTr="0082116F">
        <w:trPr>
          <w:trHeight w:val="398"/>
        </w:trPr>
        <w:tc>
          <w:tcPr>
            <w:tcW w:w="2106" w:type="dxa"/>
            <w:vMerge/>
            <w:tcBorders>
              <w:top w:val="single" w:sz="3" w:space="0" w:color="auto"/>
              <w:left w:val="single" w:sz="4" w:space="0" w:color="auto"/>
              <w:bottom w:val="single" w:sz="4" w:space="0" w:color="auto"/>
              <w:right w:val="single" w:sz="4" w:space="0" w:color="auto"/>
            </w:tcBorders>
          </w:tcPr>
          <w:p w14:paraId="29867E65"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27ABAC81"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0005931B" w14:textId="77777777" w:rsidR="0097296A" w:rsidRPr="007204D9" w:rsidRDefault="00000000">
            <w:pPr>
              <w:autoSpaceDE w:val="0"/>
              <w:autoSpaceDN w:val="0"/>
              <w:spacing w:before="90" w:after="0" w:line="202" w:lineRule="exact"/>
              <w:ind w:left="72"/>
            </w:pPr>
            <w:r w:rsidRPr="007204D9">
              <w:rPr>
                <w:color w:val="000000"/>
                <w:sz w:val="18"/>
              </w:rPr>
              <w:t xml:space="preserve">Não, há apenas um SMU.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70E915CC" w14:textId="77777777" w:rsidR="0097296A" w:rsidRPr="007204D9" w:rsidRDefault="00000000">
            <w:pPr>
              <w:autoSpaceDE w:val="0"/>
              <w:autoSpaceDN w:val="0"/>
              <w:spacing w:before="90" w:after="0" w:line="202" w:lineRule="exact"/>
              <w:jc w:val="center"/>
            </w:pPr>
            <w:r w:rsidRPr="007204D9">
              <w:rPr>
                <w:color w:val="000000"/>
                <w:sz w:val="18"/>
              </w:rPr>
              <w:t xml:space="preserve">NAT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38F62CA5" w14:textId="77777777" w:rsidR="0097296A" w:rsidRPr="007204D9" w:rsidRDefault="00000000">
            <w:pPr>
              <w:autoSpaceDE w:val="0"/>
              <w:autoSpaceDN w:val="0"/>
              <w:spacing w:before="90" w:after="0" w:line="202" w:lineRule="exact"/>
              <w:jc w:val="center"/>
            </w:pPr>
            <w:r w:rsidRPr="007204D9">
              <w:rPr>
                <w:color w:val="000000"/>
                <w:sz w:val="18"/>
              </w:rPr>
              <w:t xml:space="preserve">3 </w:t>
            </w:r>
          </w:p>
        </w:tc>
      </w:tr>
      <w:tr w:rsidR="0097296A" w:rsidRPr="007204D9" w14:paraId="4C98918A" w14:textId="77777777">
        <w:trPr>
          <w:trHeight w:val="398"/>
        </w:trPr>
        <w:tc>
          <w:tcPr>
            <w:tcW w:w="2106" w:type="dxa"/>
            <w:vMerge/>
            <w:tcBorders>
              <w:top w:val="single" w:sz="3" w:space="0" w:color="auto"/>
              <w:left w:val="single" w:sz="4" w:space="0" w:color="auto"/>
              <w:bottom w:val="single" w:sz="4" w:space="0" w:color="auto"/>
              <w:right w:val="single" w:sz="4" w:space="0" w:color="auto"/>
            </w:tcBorders>
          </w:tcPr>
          <w:p w14:paraId="5750BE5D"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4FA3C9C7"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5980C8E2" w14:textId="77777777" w:rsidR="0097296A" w:rsidRPr="007204D9" w:rsidRDefault="00000000">
            <w:pPr>
              <w:autoSpaceDE w:val="0"/>
              <w:autoSpaceDN w:val="0"/>
              <w:spacing w:before="94" w:after="0" w:line="200" w:lineRule="exact"/>
              <w:ind w:left="72"/>
            </w:pPr>
            <w:r w:rsidRPr="007204D9">
              <w:rPr>
                <w:color w:val="000000"/>
                <w:sz w:val="18"/>
              </w:rPr>
              <w:t xml:space="preserve">Não se aplica, estádio menor que 40.000 pessoas.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3CA76E07" w14:textId="77777777" w:rsidR="0097296A" w:rsidRPr="007204D9" w:rsidRDefault="00000000">
            <w:pPr>
              <w:autoSpaceDE w:val="0"/>
              <w:autoSpaceDN w:val="0"/>
              <w:spacing w:before="94" w:after="0" w:line="200" w:lineRule="exact"/>
              <w:jc w:val="center"/>
            </w:pPr>
            <w:r w:rsidRPr="007204D9">
              <w:rPr>
                <w:color w:val="000000"/>
                <w:sz w:val="18"/>
              </w:rPr>
              <w:t xml:space="preserve">NAP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7E34D9E8"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02AF37A2" w14:textId="77777777">
        <w:trPr>
          <w:trHeight w:val="396"/>
        </w:trPr>
        <w:tc>
          <w:tcPr>
            <w:tcW w:w="2106" w:type="dxa"/>
            <w:vMerge/>
            <w:tcBorders>
              <w:top w:val="single" w:sz="3" w:space="0" w:color="auto"/>
              <w:left w:val="single" w:sz="4" w:space="0" w:color="auto"/>
              <w:bottom w:val="single" w:sz="4" w:space="0" w:color="auto"/>
              <w:right w:val="single" w:sz="4" w:space="0" w:color="auto"/>
            </w:tcBorders>
          </w:tcPr>
          <w:p w14:paraId="14144981"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6954A2B1"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6EF24F6B" w14:textId="77777777" w:rsidR="0097296A" w:rsidRPr="007204D9" w:rsidRDefault="00000000">
            <w:pPr>
              <w:autoSpaceDE w:val="0"/>
              <w:autoSpaceDN w:val="0"/>
              <w:spacing w:before="96" w:after="0" w:line="202"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60DDA405"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31EA403D"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6362E2C7" w14:textId="77777777">
        <w:trPr>
          <w:trHeight w:val="960"/>
        </w:trPr>
        <w:tc>
          <w:tcPr>
            <w:tcW w:w="2106" w:type="dxa"/>
            <w:vMerge/>
            <w:tcBorders>
              <w:top w:val="single" w:sz="3" w:space="0" w:color="auto"/>
              <w:left w:val="single" w:sz="4" w:space="0" w:color="auto"/>
              <w:bottom w:val="single" w:sz="4" w:space="0" w:color="auto"/>
              <w:right w:val="single" w:sz="4" w:space="0" w:color="auto"/>
            </w:tcBorders>
          </w:tcPr>
          <w:p w14:paraId="16F602AB"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76D1122B"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DB2E75E" w14:textId="77777777" w:rsidR="0097296A" w:rsidRPr="007204D9" w:rsidRDefault="00000000">
            <w:pPr>
              <w:autoSpaceDE w:val="0"/>
              <w:autoSpaceDN w:val="0"/>
              <w:spacing w:before="4" w:after="0" w:line="200" w:lineRule="exact"/>
              <w:ind w:left="72"/>
            </w:pPr>
            <w:r w:rsidRPr="007204D9">
              <w:rPr>
                <w:color w:val="000000"/>
                <w:sz w:val="18"/>
              </w:rPr>
              <w:t xml:space="preserve">Comentário: </w:t>
            </w:r>
          </w:p>
        </w:tc>
      </w:tr>
      <w:tr w:rsidR="0097296A" w:rsidRPr="007204D9" w14:paraId="519C60A0" w14:textId="77777777">
        <w:trPr>
          <w:trHeight w:val="109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3A2E021" w14:textId="77777777" w:rsidR="0097296A" w:rsidRPr="007204D9" w:rsidRDefault="00000000">
            <w:pPr>
              <w:autoSpaceDE w:val="0"/>
              <w:autoSpaceDN w:val="0"/>
              <w:spacing w:before="1702" w:after="0" w:line="202" w:lineRule="exact"/>
              <w:jc w:val="center"/>
            </w:pPr>
            <w:r w:rsidRPr="007204D9">
              <w:rPr>
                <w:color w:val="000000"/>
                <w:sz w:val="18"/>
              </w:rPr>
              <w:t xml:space="preserve">6.6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A7D4B25" w14:textId="77777777" w:rsidR="0097296A" w:rsidRPr="007204D9" w:rsidRDefault="00000000">
            <w:pPr>
              <w:autoSpaceDE w:val="0"/>
              <w:autoSpaceDN w:val="0"/>
              <w:spacing w:before="1702" w:after="0" w:line="202"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3B8BFA1" w14:textId="77777777" w:rsidR="0097296A" w:rsidRPr="007204D9" w:rsidRDefault="00000000">
            <w:pPr>
              <w:autoSpaceDE w:val="0"/>
              <w:autoSpaceDN w:val="0"/>
              <w:spacing w:before="216" w:after="0" w:line="208" w:lineRule="exact"/>
              <w:ind w:left="72" w:right="6"/>
              <w:jc w:val="both"/>
            </w:pPr>
            <w:r w:rsidRPr="007204D9">
              <w:rPr>
                <w:b/>
                <w:color w:val="000000"/>
                <w:sz w:val="18"/>
              </w:rPr>
              <w:t xml:space="preserve">As instalações de Serviço Médico de Urgência possuem ventilação e iluminação adequadas, </w:t>
            </w:r>
            <w:proofErr w:type="spellStart"/>
            <w:r w:rsidRPr="007204D9">
              <w:rPr>
                <w:b/>
                <w:color w:val="000000"/>
                <w:sz w:val="18"/>
              </w:rPr>
              <w:t>incluíndo</w:t>
            </w:r>
            <w:proofErr w:type="spellEnd"/>
            <w:r w:rsidRPr="007204D9">
              <w:rPr>
                <w:b/>
                <w:color w:val="000000"/>
                <w:sz w:val="18"/>
              </w:rPr>
              <w:t xml:space="preserve"> luzes de emergência, bancadas com pia de aço inox para lavagem das mãos, bebedouros, banheiros e acesso ao telefone? </w:t>
            </w:r>
            <w:r w:rsidRPr="007204D9">
              <w:rPr>
                <w:b/>
                <w:color w:val="000000"/>
                <w:sz w:val="18"/>
              </w:rPr>
              <w:t xml:space="preserve">(Doc. Ref.: </w:t>
            </w:r>
            <w:proofErr w:type="spellStart"/>
            <w:r w:rsidRPr="007204D9">
              <w:rPr>
                <w:b/>
                <w:color w:val="000000"/>
                <w:sz w:val="18"/>
              </w:rPr>
              <w:t>Guide</w:t>
            </w:r>
            <w:proofErr w:type="spellEnd"/>
            <w:r w:rsidRPr="007204D9">
              <w:rPr>
                <w:b/>
                <w:color w:val="000000"/>
                <w:sz w:val="18"/>
              </w:rPr>
              <w:t xml:space="preserve"> </w:t>
            </w:r>
            <w:proofErr w:type="spellStart"/>
            <w:r w:rsidRPr="007204D9">
              <w:rPr>
                <w:b/>
                <w:color w:val="000000"/>
                <w:sz w:val="18"/>
              </w:rPr>
              <w:t>to</w:t>
            </w:r>
            <w:proofErr w:type="spellEnd"/>
            <w:r w:rsidRPr="007204D9">
              <w:rPr>
                <w:b/>
                <w:color w:val="000000"/>
                <w:sz w:val="18"/>
              </w:rPr>
              <w:t xml:space="preserve"> Safety </w:t>
            </w:r>
            <w:proofErr w:type="spellStart"/>
            <w:r w:rsidRPr="007204D9">
              <w:rPr>
                <w:b/>
                <w:color w:val="000000"/>
                <w:sz w:val="18"/>
              </w:rPr>
              <w:t>at</w:t>
            </w:r>
            <w:proofErr w:type="spellEnd"/>
            <w:r w:rsidRPr="007204D9">
              <w:rPr>
                <w:b/>
                <w:color w:val="000000"/>
                <w:sz w:val="18"/>
              </w:rPr>
              <w:t xml:space="preserve"> Sports </w:t>
            </w:r>
            <w:proofErr w:type="spellStart"/>
            <w:r w:rsidRPr="007204D9">
              <w:rPr>
                <w:b/>
                <w:color w:val="000000"/>
                <w:sz w:val="18"/>
              </w:rPr>
              <w:t>Grounds</w:t>
            </w:r>
            <w:proofErr w:type="spellEnd"/>
            <w:r w:rsidRPr="007204D9">
              <w:rPr>
                <w:b/>
                <w:color w:val="000000"/>
                <w:sz w:val="18"/>
              </w:rPr>
              <w:t xml:space="preserve">, 2008). </w:t>
            </w:r>
          </w:p>
        </w:tc>
      </w:tr>
      <w:tr w:rsidR="0097296A" w:rsidRPr="007204D9" w14:paraId="476DBC73" w14:textId="77777777" w:rsidTr="00050CAE">
        <w:trPr>
          <w:trHeight w:val="400"/>
        </w:trPr>
        <w:tc>
          <w:tcPr>
            <w:tcW w:w="2106" w:type="dxa"/>
            <w:vMerge/>
            <w:tcBorders>
              <w:top w:val="single" w:sz="4" w:space="0" w:color="auto"/>
              <w:left w:val="single" w:sz="4" w:space="0" w:color="auto"/>
              <w:bottom w:val="single" w:sz="4" w:space="0" w:color="auto"/>
              <w:right w:val="single" w:sz="4" w:space="0" w:color="auto"/>
            </w:tcBorders>
          </w:tcPr>
          <w:p w14:paraId="7733AB7E"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14470B05"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047E773E" w14:textId="77777777" w:rsidR="0097296A" w:rsidRPr="007204D9" w:rsidRDefault="00000000">
            <w:pPr>
              <w:autoSpaceDE w:val="0"/>
              <w:autoSpaceDN w:val="0"/>
              <w:spacing w:before="100" w:after="0" w:line="202" w:lineRule="exact"/>
              <w:ind w:left="72"/>
            </w:pPr>
            <w:r w:rsidRPr="007204D9">
              <w:rPr>
                <w:color w:val="000000"/>
                <w:sz w:val="18"/>
              </w:rPr>
              <w:t xml:space="preserve">Sim, as instalações possuem todos os itens citados.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02B13063" w14:textId="77777777" w:rsidR="0097296A" w:rsidRPr="007204D9" w:rsidRDefault="00000000">
            <w:pPr>
              <w:autoSpaceDE w:val="0"/>
              <w:autoSpaceDN w:val="0"/>
              <w:spacing w:before="100" w:after="0" w:line="202" w:lineRule="exact"/>
              <w:jc w:val="center"/>
            </w:pPr>
            <w:r w:rsidRPr="007204D9">
              <w:rPr>
                <w:color w:val="000000"/>
                <w:sz w:val="18"/>
              </w:rPr>
              <w:t xml:space="preserve">AT </w:t>
            </w:r>
          </w:p>
        </w:tc>
        <w:tc>
          <w:tcPr>
            <w:tcW w:w="9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6299F58B" w14:textId="77777777" w:rsidR="0097296A" w:rsidRPr="007204D9" w:rsidRDefault="00000000">
            <w:pPr>
              <w:autoSpaceDE w:val="0"/>
              <w:autoSpaceDN w:val="0"/>
              <w:spacing w:before="100" w:after="0" w:line="202" w:lineRule="exact"/>
              <w:jc w:val="center"/>
            </w:pPr>
            <w:r w:rsidRPr="007204D9">
              <w:rPr>
                <w:color w:val="000000"/>
                <w:sz w:val="18"/>
              </w:rPr>
              <w:t xml:space="preserve">1 </w:t>
            </w:r>
          </w:p>
        </w:tc>
      </w:tr>
      <w:tr w:rsidR="0097296A" w:rsidRPr="007204D9" w14:paraId="59817ED2" w14:textId="77777777" w:rsidTr="0082116F">
        <w:trPr>
          <w:trHeight w:val="400"/>
        </w:trPr>
        <w:tc>
          <w:tcPr>
            <w:tcW w:w="2106" w:type="dxa"/>
            <w:vMerge/>
            <w:tcBorders>
              <w:top w:val="single" w:sz="4" w:space="0" w:color="auto"/>
              <w:left w:val="single" w:sz="4" w:space="0" w:color="auto"/>
              <w:bottom w:val="single" w:sz="4" w:space="0" w:color="auto"/>
              <w:right w:val="single" w:sz="4" w:space="0" w:color="auto"/>
            </w:tcBorders>
          </w:tcPr>
          <w:p w14:paraId="57E36849"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A24908F"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77CAA832" w14:textId="77777777" w:rsidR="0097296A" w:rsidRPr="007204D9" w:rsidRDefault="00000000">
            <w:pPr>
              <w:autoSpaceDE w:val="0"/>
              <w:autoSpaceDN w:val="0"/>
              <w:spacing w:before="96" w:after="0" w:line="202" w:lineRule="exact"/>
              <w:ind w:left="72"/>
            </w:pPr>
            <w:r w:rsidRPr="007204D9">
              <w:rPr>
                <w:color w:val="000000"/>
                <w:sz w:val="18"/>
              </w:rPr>
              <w:t xml:space="preserve">Não, possuem apenas alguns itens citados (especificar no comentário quais faltam).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34A375BC"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7DE8729A"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33B6653D"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57EB2850"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3765FB9"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1F43342B" w14:textId="77777777" w:rsidR="0097296A" w:rsidRPr="007204D9" w:rsidRDefault="00000000">
            <w:pPr>
              <w:autoSpaceDE w:val="0"/>
              <w:autoSpaceDN w:val="0"/>
              <w:spacing w:before="98" w:after="0" w:line="200" w:lineRule="exact"/>
              <w:ind w:left="72"/>
            </w:pPr>
            <w:r w:rsidRPr="007204D9">
              <w:rPr>
                <w:color w:val="000000"/>
                <w:sz w:val="18"/>
              </w:rPr>
              <w:t xml:space="preserve">Não se aplica. Não possui SMU.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7035281D" w14:textId="77777777" w:rsidR="0097296A" w:rsidRPr="007204D9" w:rsidRDefault="00000000">
            <w:pPr>
              <w:autoSpaceDE w:val="0"/>
              <w:autoSpaceDN w:val="0"/>
              <w:spacing w:before="98" w:after="0" w:line="200" w:lineRule="exact"/>
              <w:jc w:val="center"/>
            </w:pPr>
            <w:r w:rsidRPr="007204D9">
              <w:rPr>
                <w:color w:val="000000"/>
                <w:sz w:val="18"/>
              </w:rPr>
              <w:t xml:space="preserve">NAP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4250E037"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594B85A6"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7756A508"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520615DF"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4E81F07D" w14:textId="77777777" w:rsidR="0097296A" w:rsidRPr="007204D9" w:rsidRDefault="00000000">
            <w:pPr>
              <w:autoSpaceDE w:val="0"/>
              <w:autoSpaceDN w:val="0"/>
              <w:spacing w:before="98" w:after="0" w:line="202"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69F3DB80" w14:textId="77777777" w:rsidR="0097296A" w:rsidRPr="007204D9" w:rsidRDefault="00000000">
            <w:pPr>
              <w:autoSpaceDE w:val="0"/>
              <w:autoSpaceDN w:val="0"/>
              <w:spacing w:before="98" w:after="0" w:line="202"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4B38B383"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5A38395E" w14:textId="77777777">
        <w:trPr>
          <w:trHeight w:val="910"/>
        </w:trPr>
        <w:tc>
          <w:tcPr>
            <w:tcW w:w="2106" w:type="dxa"/>
            <w:vMerge/>
            <w:tcBorders>
              <w:top w:val="single" w:sz="4" w:space="0" w:color="auto"/>
              <w:left w:val="single" w:sz="4" w:space="0" w:color="auto"/>
              <w:bottom w:val="single" w:sz="4" w:space="0" w:color="auto"/>
              <w:right w:val="single" w:sz="4" w:space="0" w:color="auto"/>
            </w:tcBorders>
          </w:tcPr>
          <w:p w14:paraId="41532212"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2D4EF48A"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9083078" w14:textId="77777777" w:rsidR="0097296A" w:rsidRPr="007204D9" w:rsidRDefault="00000000">
            <w:pPr>
              <w:autoSpaceDE w:val="0"/>
              <w:autoSpaceDN w:val="0"/>
              <w:spacing w:after="0" w:line="202" w:lineRule="exact"/>
              <w:ind w:left="72"/>
            </w:pPr>
            <w:r w:rsidRPr="007204D9">
              <w:rPr>
                <w:color w:val="000000"/>
                <w:sz w:val="18"/>
              </w:rPr>
              <w:t xml:space="preserve">Comentário: </w:t>
            </w:r>
          </w:p>
        </w:tc>
      </w:tr>
      <w:tr w:rsidR="0097296A" w:rsidRPr="007204D9" w14:paraId="0E6D34EA" w14:textId="77777777">
        <w:trPr>
          <w:trHeight w:val="85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9FDB9D1" w14:textId="77777777" w:rsidR="0097296A" w:rsidRPr="007204D9" w:rsidRDefault="00000000">
            <w:pPr>
              <w:autoSpaceDE w:val="0"/>
              <w:autoSpaceDN w:val="0"/>
              <w:spacing w:before="1764" w:after="0" w:line="202" w:lineRule="exact"/>
              <w:jc w:val="center"/>
            </w:pPr>
            <w:r w:rsidRPr="007204D9">
              <w:rPr>
                <w:color w:val="000000"/>
                <w:sz w:val="18"/>
              </w:rPr>
              <w:t xml:space="preserve">6.7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5CE6BA1" w14:textId="77777777" w:rsidR="0097296A" w:rsidRPr="007204D9" w:rsidRDefault="00000000">
            <w:pPr>
              <w:autoSpaceDE w:val="0"/>
              <w:autoSpaceDN w:val="0"/>
              <w:spacing w:before="1764" w:after="0" w:line="202"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B03DE1F" w14:textId="77777777" w:rsidR="0097296A" w:rsidRPr="007204D9" w:rsidRDefault="00000000">
            <w:pPr>
              <w:autoSpaceDE w:val="0"/>
              <w:autoSpaceDN w:val="0"/>
              <w:spacing w:before="104" w:after="0" w:line="206" w:lineRule="exact"/>
              <w:jc w:val="center"/>
            </w:pPr>
            <w:r w:rsidRPr="007204D9">
              <w:rPr>
                <w:b/>
                <w:color w:val="000000"/>
                <w:sz w:val="18"/>
              </w:rPr>
              <w:t xml:space="preserve">As instalações de Serviço Médico de Urgência possuem sinalização visível e são acessíveis aos torcedores e jogadores? </w:t>
            </w:r>
            <w:r w:rsidRPr="007204D9">
              <w:rPr>
                <w:b/>
                <w:color w:val="000000"/>
                <w:sz w:val="18"/>
              </w:rPr>
              <w:t xml:space="preserve">(Doc. Ref.: Portaria CVS nº 02/2010; </w:t>
            </w:r>
            <w:proofErr w:type="spellStart"/>
            <w:r w:rsidRPr="007204D9">
              <w:rPr>
                <w:b/>
                <w:color w:val="000000"/>
                <w:sz w:val="18"/>
              </w:rPr>
              <w:t>Guide</w:t>
            </w:r>
            <w:proofErr w:type="spellEnd"/>
            <w:r w:rsidRPr="007204D9">
              <w:rPr>
                <w:b/>
                <w:color w:val="000000"/>
                <w:sz w:val="18"/>
              </w:rPr>
              <w:t xml:space="preserve"> </w:t>
            </w:r>
            <w:proofErr w:type="spellStart"/>
            <w:r w:rsidRPr="007204D9">
              <w:rPr>
                <w:b/>
                <w:color w:val="000000"/>
                <w:sz w:val="18"/>
              </w:rPr>
              <w:t>to</w:t>
            </w:r>
            <w:proofErr w:type="spellEnd"/>
            <w:r w:rsidRPr="007204D9">
              <w:rPr>
                <w:b/>
                <w:color w:val="000000"/>
                <w:sz w:val="18"/>
              </w:rPr>
              <w:t xml:space="preserve"> Safety </w:t>
            </w:r>
            <w:proofErr w:type="spellStart"/>
            <w:r w:rsidRPr="007204D9">
              <w:rPr>
                <w:b/>
                <w:color w:val="000000"/>
                <w:sz w:val="18"/>
              </w:rPr>
              <w:t>at</w:t>
            </w:r>
            <w:proofErr w:type="spellEnd"/>
            <w:r w:rsidRPr="007204D9">
              <w:rPr>
                <w:b/>
                <w:color w:val="000000"/>
                <w:sz w:val="18"/>
              </w:rPr>
              <w:t xml:space="preserve"> Sports </w:t>
            </w:r>
            <w:proofErr w:type="spellStart"/>
            <w:r w:rsidRPr="007204D9">
              <w:rPr>
                <w:b/>
                <w:color w:val="000000"/>
                <w:sz w:val="18"/>
              </w:rPr>
              <w:t>Grounds</w:t>
            </w:r>
            <w:proofErr w:type="spellEnd"/>
            <w:r w:rsidRPr="007204D9">
              <w:rPr>
                <w:b/>
                <w:color w:val="000000"/>
                <w:sz w:val="18"/>
              </w:rPr>
              <w:t xml:space="preserve">, 2008) </w:t>
            </w:r>
          </w:p>
        </w:tc>
      </w:tr>
      <w:tr w:rsidR="0097296A" w:rsidRPr="007204D9" w14:paraId="4409AE43" w14:textId="77777777" w:rsidTr="00050CAE">
        <w:trPr>
          <w:trHeight w:val="402"/>
        </w:trPr>
        <w:tc>
          <w:tcPr>
            <w:tcW w:w="2106" w:type="dxa"/>
            <w:vMerge/>
            <w:tcBorders>
              <w:top w:val="single" w:sz="4" w:space="0" w:color="auto"/>
              <w:left w:val="single" w:sz="4" w:space="0" w:color="auto"/>
              <w:bottom w:val="single" w:sz="4" w:space="0" w:color="auto"/>
              <w:right w:val="single" w:sz="4" w:space="0" w:color="auto"/>
            </w:tcBorders>
          </w:tcPr>
          <w:p w14:paraId="0E93ACFC"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525FE6F5" w14:textId="77777777" w:rsidR="0097296A" w:rsidRPr="007204D9" w:rsidRDefault="0097296A"/>
        </w:tc>
        <w:tc>
          <w:tcPr>
            <w:tcW w:w="7230" w:type="dxa"/>
            <w:tcBorders>
              <w:top w:val="single" w:sz="4" w:space="0" w:color="auto"/>
              <w:left w:val="single" w:sz="4" w:space="0" w:color="auto"/>
              <w:bottom w:val="single" w:sz="3" w:space="0" w:color="auto"/>
              <w:right w:val="single" w:sz="3" w:space="0" w:color="auto"/>
            </w:tcBorders>
            <w:tcMar>
              <w:left w:w="0" w:type="dxa"/>
              <w:right w:w="0" w:type="dxa"/>
            </w:tcMar>
          </w:tcPr>
          <w:p w14:paraId="442C33AC" w14:textId="77777777" w:rsidR="0097296A" w:rsidRPr="007204D9" w:rsidRDefault="00000000">
            <w:pPr>
              <w:autoSpaceDE w:val="0"/>
              <w:autoSpaceDN w:val="0"/>
              <w:spacing w:before="100" w:after="0" w:line="202" w:lineRule="exact"/>
              <w:ind w:left="72"/>
            </w:pPr>
            <w:r w:rsidRPr="007204D9">
              <w:rPr>
                <w:color w:val="000000"/>
                <w:sz w:val="18"/>
              </w:rPr>
              <w:t xml:space="preserve">Sim. </w:t>
            </w:r>
            <w:proofErr w:type="gramStart"/>
            <w:r w:rsidRPr="007204D9">
              <w:rPr>
                <w:color w:val="000000"/>
                <w:sz w:val="18"/>
              </w:rPr>
              <w:t>Todos tem</w:t>
            </w:r>
            <w:proofErr w:type="gramEnd"/>
            <w:r w:rsidRPr="007204D9">
              <w:rPr>
                <w:color w:val="000000"/>
                <w:sz w:val="18"/>
              </w:rPr>
              <w:t xml:space="preserve"> acesso e o local de atendimento possui sinalização visível. </w:t>
            </w:r>
          </w:p>
        </w:tc>
        <w:tc>
          <w:tcPr>
            <w:tcW w:w="584" w:type="dxa"/>
            <w:tcBorders>
              <w:top w:val="single" w:sz="4" w:space="0" w:color="auto"/>
              <w:left w:val="single" w:sz="3" w:space="0" w:color="auto"/>
              <w:bottom w:val="single" w:sz="3" w:space="0" w:color="auto"/>
              <w:right w:val="single" w:sz="4" w:space="0" w:color="auto"/>
            </w:tcBorders>
            <w:tcMar>
              <w:left w:w="0" w:type="dxa"/>
              <w:right w:w="0" w:type="dxa"/>
            </w:tcMar>
          </w:tcPr>
          <w:p w14:paraId="6EC7322F" w14:textId="77777777" w:rsidR="0097296A" w:rsidRPr="007204D9" w:rsidRDefault="00000000">
            <w:pPr>
              <w:autoSpaceDE w:val="0"/>
              <w:autoSpaceDN w:val="0"/>
              <w:spacing w:before="100" w:after="0" w:line="202" w:lineRule="exact"/>
              <w:jc w:val="center"/>
            </w:pPr>
            <w:r w:rsidRPr="007204D9">
              <w:rPr>
                <w:color w:val="000000"/>
                <w:sz w:val="18"/>
              </w:rPr>
              <w:t xml:space="preserve">AT </w:t>
            </w:r>
          </w:p>
        </w:tc>
        <w:tc>
          <w:tcPr>
            <w:tcW w:w="980"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6ADD3A12" w14:textId="77777777" w:rsidR="0097296A" w:rsidRPr="007204D9" w:rsidRDefault="00000000">
            <w:pPr>
              <w:autoSpaceDE w:val="0"/>
              <w:autoSpaceDN w:val="0"/>
              <w:spacing w:before="100" w:after="0" w:line="202" w:lineRule="exact"/>
              <w:jc w:val="center"/>
            </w:pPr>
            <w:r w:rsidRPr="007204D9">
              <w:rPr>
                <w:color w:val="000000"/>
                <w:sz w:val="18"/>
              </w:rPr>
              <w:t xml:space="preserve">1 </w:t>
            </w:r>
          </w:p>
        </w:tc>
      </w:tr>
      <w:tr w:rsidR="0097296A" w:rsidRPr="007204D9" w14:paraId="6B6CB35E" w14:textId="77777777" w:rsidTr="0082116F">
        <w:trPr>
          <w:trHeight w:val="608"/>
        </w:trPr>
        <w:tc>
          <w:tcPr>
            <w:tcW w:w="2106" w:type="dxa"/>
            <w:vMerge/>
            <w:tcBorders>
              <w:top w:val="single" w:sz="4" w:space="0" w:color="auto"/>
              <w:left w:val="single" w:sz="4" w:space="0" w:color="auto"/>
              <w:bottom w:val="single" w:sz="4" w:space="0" w:color="auto"/>
              <w:right w:val="single" w:sz="4" w:space="0" w:color="auto"/>
            </w:tcBorders>
          </w:tcPr>
          <w:p w14:paraId="426F2591"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3D0114BA" w14:textId="77777777" w:rsidR="0097296A" w:rsidRPr="007204D9" w:rsidRDefault="0097296A"/>
        </w:tc>
        <w:tc>
          <w:tcPr>
            <w:tcW w:w="7230" w:type="dxa"/>
            <w:tcBorders>
              <w:top w:val="single" w:sz="3" w:space="0" w:color="auto"/>
              <w:left w:val="single" w:sz="4" w:space="0" w:color="auto"/>
              <w:bottom w:val="single" w:sz="4" w:space="0" w:color="auto"/>
              <w:right w:val="single" w:sz="3" w:space="0" w:color="auto"/>
            </w:tcBorders>
            <w:tcMar>
              <w:left w:w="0" w:type="dxa"/>
              <w:right w:w="0" w:type="dxa"/>
            </w:tcMar>
          </w:tcPr>
          <w:p w14:paraId="6D84F05F" w14:textId="77777777" w:rsidR="0097296A" w:rsidRPr="007204D9" w:rsidRDefault="00000000">
            <w:pPr>
              <w:autoSpaceDE w:val="0"/>
              <w:autoSpaceDN w:val="0"/>
              <w:spacing w:before="200" w:after="0" w:line="202" w:lineRule="exact"/>
              <w:ind w:left="72"/>
            </w:pPr>
            <w:r w:rsidRPr="007204D9">
              <w:rPr>
                <w:color w:val="000000"/>
                <w:sz w:val="18"/>
              </w:rPr>
              <w:t xml:space="preserve">Não. O SMU não possui sinalização visível e/ou não é acessível (especificar). </w:t>
            </w:r>
          </w:p>
        </w:tc>
        <w:tc>
          <w:tcPr>
            <w:tcW w:w="584" w:type="dxa"/>
            <w:tcBorders>
              <w:top w:val="single" w:sz="3" w:space="0" w:color="auto"/>
              <w:left w:val="single" w:sz="3" w:space="0" w:color="auto"/>
              <w:bottom w:val="single" w:sz="4" w:space="0" w:color="auto"/>
              <w:right w:val="single" w:sz="4" w:space="0" w:color="auto"/>
            </w:tcBorders>
            <w:tcMar>
              <w:left w:w="0" w:type="dxa"/>
              <w:right w:w="0" w:type="dxa"/>
            </w:tcMar>
          </w:tcPr>
          <w:p w14:paraId="20064D52" w14:textId="77777777" w:rsidR="0097296A" w:rsidRPr="007204D9" w:rsidRDefault="00000000">
            <w:pPr>
              <w:autoSpaceDE w:val="0"/>
              <w:autoSpaceDN w:val="0"/>
              <w:spacing w:before="200" w:after="0" w:line="202" w:lineRule="exact"/>
              <w:jc w:val="center"/>
            </w:pPr>
            <w:r w:rsidRPr="007204D9">
              <w:rPr>
                <w:color w:val="000000"/>
                <w:sz w:val="18"/>
              </w:rPr>
              <w:t xml:space="preserve">AP </w:t>
            </w:r>
          </w:p>
        </w:tc>
        <w:tc>
          <w:tcPr>
            <w:tcW w:w="980" w:type="dxa"/>
            <w:tcBorders>
              <w:top w:val="single" w:sz="3" w:space="0" w:color="auto"/>
              <w:left w:val="single" w:sz="4" w:space="0" w:color="auto"/>
              <w:bottom w:val="single" w:sz="4" w:space="0" w:color="auto"/>
              <w:right w:val="single" w:sz="4" w:space="0" w:color="auto"/>
            </w:tcBorders>
            <w:shd w:val="clear" w:color="auto" w:fill="EE0000"/>
            <w:tcMar>
              <w:left w:w="0" w:type="dxa"/>
              <w:right w:w="0" w:type="dxa"/>
            </w:tcMar>
          </w:tcPr>
          <w:p w14:paraId="2CD11057" w14:textId="77777777" w:rsidR="0097296A" w:rsidRPr="007204D9" w:rsidRDefault="00000000">
            <w:pPr>
              <w:autoSpaceDE w:val="0"/>
              <w:autoSpaceDN w:val="0"/>
              <w:spacing w:before="200" w:after="0" w:line="202" w:lineRule="exact"/>
              <w:jc w:val="center"/>
            </w:pPr>
            <w:r w:rsidRPr="007204D9">
              <w:rPr>
                <w:color w:val="000000"/>
                <w:sz w:val="18"/>
              </w:rPr>
              <w:t xml:space="preserve">3 </w:t>
            </w:r>
          </w:p>
        </w:tc>
      </w:tr>
      <w:tr w:rsidR="0097296A" w:rsidRPr="007204D9" w14:paraId="19034598" w14:textId="77777777">
        <w:trPr>
          <w:trHeight w:val="474"/>
        </w:trPr>
        <w:tc>
          <w:tcPr>
            <w:tcW w:w="2106" w:type="dxa"/>
            <w:vMerge/>
            <w:tcBorders>
              <w:top w:val="single" w:sz="4" w:space="0" w:color="auto"/>
              <w:left w:val="single" w:sz="4" w:space="0" w:color="auto"/>
              <w:bottom w:val="single" w:sz="4" w:space="0" w:color="auto"/>
              <w:right w:val="single" w:sz="4" w:space="0" w:color="auto"/>
            </w:tcBorders>
          </w:tcPr>
          <w:p w14:paraId="442A0E37"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1C703192"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172A5C7F" w14:textId="77777777" w:rsidR="0097296A" w:rsidRPr="007204D9" w:rsidRDefault="00000000">
            <w:pPr>
              <w:autoSpaceDE w:val="0"/>
              <w:autoSpaceDN w:val="0"/>
              <w:spacing w:before="134" w:after="0" w:line="202" w:lineRule="exact"/>
              <w:ind w:left="72"/>
            </w:pPr>
            <w:r w:rsidRPr="007204D9">
              <w:rPr>
                <w:color w:val="000000"/>
                <w:sz w:val="18"/>
              </w:rPr>
              <w:t xml:space="preserve">Não se aplica. Não possui SMU.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4F2B3F4A" w14:textId="77777777" w:rsidR="0097296A" w:rsidRPr="007204D9" w:rsidRDefault="00000000">
            <w:pPr>
              <w:autoSpaceDE w:val="0"/>
              <w:autoSpaceDN w:val="0"/>
              <w:spacing w:before="134" w:after="0" w:line="202" w:lineRule="exact"/>
              <w:jc w:val="center"/>
            </w:pPr>
            <w:r w:rsidRPr="007204D9">
              <w:rPr>
                <w:color w:val="000000"/>
                <w:sz w:val="18"/>
              </w:rPr>
              <w:t xml:space="preserve">NAP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4927DAD7" w14:textId="77777777" w:rsidR="0097296A" w:rsidRPr="007204D9" w:rsidRDefault="00000000">
            <w:pPr>
              <w:autoSpaceDE w:val="0"/>
              <w:autoSpaceDN w:val="0"/>
              <w:spacing w:before="134" w:after="0" w:line="202" w:lineRule="exact"/>
              <w:jc w:val="center"/>
            </w:pPr>
            <w:r w:rsidRPr="007204D9">
              <w:rPr>
                <w:color w:val="000000"/>
                <w:sz w:val="18"/>
              </w:rPr>
              <w:t xml:space="preserve">0 </w:t>
            </w:r>
          </w:p>
        </w:tc>
      </w:tr>
      <w:tr w:rsidR="0097296A" w:rsidRPr="007204D9" w14:paraId="7CDBD9C6" w14:textId="77777777">
        <w:trPr>
          <w:trHeight w:val="476"/>
        </w:trPr>
        <w:tc>
          <w:tcPr>
            <w:tcW w:w="2106" w:type="dxa"/>
            <w:vMerge/>
            <w:tcBorders>
              <w:top w:val="single" w:sz="4" w:space="0" w:color="auto"/>
              <w:left w:val="single" w:sz="4" w:space="0" w:color="auto"/>
              <w:bottom w:val="single" w:sz="4" w:space="0" w:color="auto"/>
              <w:right w:val="single" w:sz="4" w:space="0" w:color="auto"/>
            </w:tcBorders>
          </w:tcPr>
          <w:p w14:paraId="2D91A9BE"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829A97A"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015783CB" w14:textId="77777777" w:rsidR="0097296A" w:rsidRPr="007204D9" w:rsidRDefault="00000000">
            <w:pPr>
              <w:autoSpaceDE w:val="0"/>
              <w:autoSpaceDN w:val="0"/>
              <w:spacing w:before="134" w:after="0" w:line="200"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1567A764" w14:textId="77777777" w:rsidR="0097296A" w:rsidRPr="007204D9" w:rsidRDefault="00000000">
            <w:pPr>
              <w:autoSpaceDE w:val="0"/>
              <w:autoSpaceDN w:val="0"/>
              <w:spacing w:before="134" w:after="0" w:line="200"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448D53FD" w14:textId="77777777" w:rsidR="0097296A" w:rsidRPr="007204D9" w:rsidRDefault="00000000">
            <w:pPr>
              <w:autoSpaceDE w:val="0"/>
              <w:autoSpaceDN w:val="0"/>
              <w:spacing w:before="134" w:after="0" w:line="200" w:lineRule="exact"/>
              <w:jc w:val="center"/>
            </w:pPr>
            <w:r w:rsidRPr="007204D9">
              <w:rPr>
                <w:color w:val="000000"/>
                <w:sz w:val="18"/>
              </w:rPr>
              <w:t xml:space="preserve">0 </w:t>
            </w:r>
          </w:p>
        </w:tc>
      </w:tr>
      <w:tr w:rsidR="0097296A" w:rsidRPr="007204D9" w14:paraId="0436A442" w14:textId="77777777">
        <w:trPr>
          <w:trHeight w:val="918"/>
        </w:trPr>
        <w:tc>
          <w:tcPr>
            <w:tcW w:w="2106" w:type="dxa"/>
            <w:vMerge/>
            <w:tcBorders>
              <w:top w:val="single" w:sz="4" w:space="0" w:color="auto"/>
              <w:left w:val="single" w:sz="4" w:space="0" w:color="auto"/>
              <w:bottom w:val="single" w:sz="4" w:space="0" w:color="auto"/>
              <w:right w:val="single" w:sz="4" w:space="0" w:color="auto"/>
            </w:tcBorders>
          </w:tcPr>
          <w:p w14:paraId="193E86C1"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0EC45D7A"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E42D01D" w14:textId="77777777" w:rsidR="0097296A" w:rsidRPr="007204D9" w:rsidRDefault="00000000">
            <w:pPr>
              <w:autoSpaceDE w:val="0"/>
              <w:autoSpaceDN w:val="0"/>
              <w:spacing w:after="0" w:line="202" w:lineRule="exact"/>
              <w:ind w:left="72"/>
            </w:pPr>
            <w:r w:rsidRPr="007204D9">
              <w:rPr>
                <w:color w:val="000000"/>
                <w:sz w:val="18"/>
              </w:rPr>
              <w:t xml:space="preserve">Comentário: </w:t>
            </w:r>
          </w:p>
        </w:tc>
      </w:tr>
      <w:tr w:rsidR="0097296A" w:rsidRPr="007204D9" w14:paraId="2CAB6CBD" w14:textId="77777777">
        <w:trPr>
          <w:trHeight w:val="724"/>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F482289" w14:textId="77777777" w:rsidR="0097296A" w:rsidRPr="007204D9" w:rsidRDefault="00000000">
            <w:pPr>
              <w:autoSpaceDE w:val="0"/>
              <w:autoSpaceDN w:val="0"/>
              <w:spacing w:before="1518" w:after="0" w:line="202" w:lineRule="exact"/>
              <w:jc w:val="center"/>
            </w:pPr>
            <w:r w:rsidRPr="007204D9">
              <w:rPr>
                <w:color w:val="000000"/>
                <w:sz w:val="18"/>
              </w:rPr>
              <w:t xml:space="preserve">6.8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D61C234" w14:textId="77777777" w:rsidR="0097296A" w:rsidRPr="007204D9" w:rsidRDefault="00000000">
            <w:pPr>
              <w:autoSpaceDE w:val="0"/>
              <w:autoSpaceDN w:val="0"/>
              <w:spacing w:before="1518" w:after="0" w:line="202" w:lineRule="exact"/>
              <w:jc w:val="center"/>
            </w:pPr>
            <w:r w:rsidRPr="007204D9">
              <w:rPr>
                <w:color w:val="000000"/>
                <w:sz w:val="18"/>
              </w:rPr>
              <w:t xml:space="preserve">2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A6415F7" w14:textId="77777777" w:rsidR="0097296A" w:rsidRPr="007204D9" w:rsidRDefault="00000000">
            <w:pPr>
              <w:autoSpaceDE w:val="0"/>
              <w:autoSpaceDN w:val="0"/>
              <w:spacing w:before="138" w:after="0" w:line="208" w:lineRule="exact"/>
              <w:ind w:left="72" w:right="576"/>
            </w:pPr>
            <w:r w:rsidRPr="007204D9">
              <w:rPr>
                <w:b/>
                <w:color w:val="000000"/>
                <w:sz w:val="18"/>
              </w:rPr>
              <w:t xml:space="preserve">O armário para o armazenamento de medicamentos de uso controlado presente no SMU está fechado e limpo? </w:t>
            </w:r>
            <w:r w:rsidRPr="007204D9">
              <w:rPr>
                <w:b/>
                <w:color w:val="000000"/>
                <w:sz w:val="18"/>
              </w:rPr>
              <w:t xml:space="preserve">(Doc. Ref.: </w:t>
            </w:r>
            <w:proofErr w:type="spellStart"/>
            <w:r w:rsidRPr="007204D9">
              <w:rPr>
                <w:b/>
                <w:color w:val="000000"/>
                <w:sz w:val="18"/>
              </w:rPr>
              <w:t>Guide</w:t>
            </w:r>
            <w:proofErr w:type="spellEnd"/>
            <w:r w:rsidRPr="007204D9">
              <w:rPr>
                <w:b/>
                <w:color w:val="000000"/>
                <w:sz w:val="18"/>
              </w:rPr>
              <w:t xml:space="preserve"> </w:t>
            </w:r>
            <w:proofErr w:type="spellStart"/>
            <w:r w:rsidRPr="007204D9">
              <w:rPr>
                <w:b/>
                <w:color w:val="000000"/>
                <w:sz w:val="18"/>
              </w:rPr>
              <w:t>to</w:t>
            </w:r>
            <w:proofErr w:type="spellEnd"/>
            <w:r w:rsidRPr="007204D9">
              <w:rPr>
                <w:b/>
                <w:color w:val="000000"/>
                <w:sz w:val="18"/>
              </w:rPr>
              <w:t xml:space="preserve"> Safety </w:t>
            </w:r>
            <w:proofErr w:type="spellStart"/>
            <w:r w:rsidRPr="007204D9">
              <w:rPr>
                <w:b/>
                <w:color w:val="000000"/>
                <w:sz w:val="18"/>
              </w:rPr>
              <w:t>at</w:t>
            </w:r>
            <w:proofErr w:type="spellEnd"/>
            <w:r w:rsidRPr="007204D9">
              <w:rPr>
                <w:b/>
                <w:color w:val="000000"/>
                <w:sz w:val="18"/>
              </w:rPr>
              <w:t xml:space="preserve"> Sports </w:t>
            </w:r>
            <w:proofErr w:type="spellStart"/>
            <w:r w:rsidRPr="007204D9">
              <w:rPr>
                <w:b/>
                <w:color w:val="000000"/>
                <w:sz w:val="18"/>
              </w:rPr>
              <w:t>Grounds</w:t>
            </w:r>
            <w:proofErr w:type="spellEnd"/>
            <w:r w:rsidRPr="007204D9">
              <w:rPr>
                <w:b/>
                <w:color w:val="000000"/>
                <w:sz w:val="18"/>
              </w:rPr>
              <w:t xml:space="preserve">, 2008) </w:t>
            </w:r>
          </w:p>
        </w:tc>
      </w:tr>
      <w:tr w:rsidR="0097296A" w:rsidRPr="007204D9" w14:paraId="0BF85FBF" w14:textId="77777777" w:rsidTr="00050CAE">
        <w:trPr>
          <w:trHeight w:val="402"/>
        </w:trPr>
        <w:tc>
          <w:tcPr>
            <w:tcW w:w="2106" w:type="dxa"/>
            <w:vMerge/>
            <w:tcBorders>
              <w:top w:val="single" w:sz="4" w:space="0" w:color="auto"/>
              <w:left w:val="single" w:sz="4" w:space="0" w:color="auto"/>
              <w:bottom w:val="single" w:sz="4" w:space="0" w:color="auto"/>
              <w:right w:val="single" w:sz="4" w:space="0" w:color="auto"/>
            </w:tcBorders>
          </w:tcPr>
          <w:p w14:paraId="4777577E"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8644587"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49CC3431" w14:textId="77777777" w:rsidR="0097296A" w:rsidRPr="007204D9" w:rsidRDefault="00000000">
            <w:pPr>
              <w:autoSpaceDE w:val="0"/>
              <w:autoSpaceDN w:val="0"/>
              <w:spacing w:before="98" w:after="0" w:line="202" w:lineRule="exact"/>
              <w:ind w:left="72"/>
            </w:pPr>
            <w:r w:rsidRPr="007204D9">
              <w:rPr>
                <w:color w:val="000000"/>
                <w:sz w:val="18"/>
              </w:rPr>
              <w:t xml:space="preserve">Sim.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39FB2813"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9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33D266F"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52E4D5BD" w14:textId="77777777" w:rsidTr="0082116F">
        <w:trPr>
          <w:trHeight w:val="398"/>
        </w:trPr>
        <w:tc>
          <w:tcPr>
            <w:tcW w:w="2106" w:type="dxa"/>
            <w:vMerge/>
            <w:tcBorders>
              <w:top w:val="single" w:sz="4" w:space="0" w:color="auto"/>
              <w:left w:val="single" w:sz="4" w:space="0" w:color="auto"/>
              <w:bottom w:val="single" w:sz="4" w:space="0" w:color="auto"/>
              <w:right w:val="single" w:sz="4" w:space="0" w:color="auto"/>
            </w:tcBorders>
          </w:tcPr>
          <w:p w14:paraId="527DD9C2"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117CA3B"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48B622B5" w14:textId="77777777" w:rsidR="0097296A" w:rsidRPr="007204D9" w:rsidRDefault="00000000">
            <w:pPr>
              <w:autoSpaceDE w:val="0"/>
              <w:autoSpaceDN w:val="0"/>
              <w:spacing w:before="96" w:after="0" w:line="200" w:lineRule="exact"/>
              <w:ind w:left="72"/>
            </w:pPr>
            <w:r w:rsidRPr="007204D9">
              <w:rPr>
                <w:color w:val="000000"/>
                <w:sz w:val="18"/>
              </w:rPr>
              <w:t xml:space="preserve">Não.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0E5E5B77" w14:textId="77777777" w:rsidR="0097296A" w:rsidRPr="007204D9" w:rsidRDefault="00000000">
            <w:pPr>
              <w:autoSpaceDE w:val="0"/>
              <w:autoSpaceDN w:val="0"/>
              <w:spacing w:before="96" w:after="0" w:line="200" w:lineRule="exact"/>
              <w:jc w:val="center"/>
            </w:pPr>
            <w:r w:rsidRPr="007204D9">
              <w:rPr>
                <w:color w:val="000000"/>
                <w:sz w:val="18"/>
              </w:rPr>
              <w:t xml:space="preserve">NAT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54E7924F" w14:textId="77777777" w:rsidR="0097296A" w:rsidRPr="007204D9" w:rsidRDefault="00000000">
            <w:pPr>
              <w:autoSpaceDE w:val="0"/>
              <w:autoSpaceDN w:val="0"/>
              <w:spacing w:before="96" w:after="0" w:line="200" w:lineRule="exact"/>
              <w:jc w:val="center"/>
            </w:pPr>
            <w:r w:rsidRPr="007204D9">
              <w:rPr>
                <w:color w:val="000000"/>
                <w:sz w:val="18"/>
              </w:rPr>
              <w:t xml:space="preserve">3 </w:t>
            </w:r>
          </w:p>
        </w:tc>
      </w:tr>
      <w:tr w:rsidR="0097296A" w:rsidRPr="007204D9" w14:paraId="03D7D7CB" w14:textId="77777777">
        <w:trPr>
          <w:trHeight w:val="398"/>
        </w:trPr>
        <w:tc>
          <w:tcPr>
            <w:tcW w:w="2106" w:type="dxa"/>
            <w:vMerge/>
            <w:tcBorders>
              <w:top w:val="single" w:sz="4" w:space="0" w:color="auto"/>
              <w:left w:val="single" w:sz="4" w:space="0" w:color="auto"/>
              <w:bottom w:val="single" w:sz="4" w:space="0" w:color="auto"/>
              <w:right w:val="single" w:sz="4" w:space="0" w:color="auto"/>
            </w:tcBorders>
          </w:tcPr>
          <w:p w14:paraId="2FE882DC"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05F10B8A"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0B5469E7" w14:textId="77777777" w:rsidR="0097296A" w:rsidRPr="007204D9" w:rsidRDefault="00000000">
            <w:pPr>
              <w:autoSpaceDE w:val="0"/>
              <w:autoSpaceDN w:val="0"/>
              <w:spacing w:before="98" w:after="0" w:line="200" w:lineRule="exact"/>
              <w:ind w:left="72"/>
            </w:pPr>
            <w:r w:rsidRPr="007204D9">
              <w:rPr>
                <w:color w:val="000000"/>
                <w:sz w:val="18"/>
              </w:rPr>
              <w:t xml:space="preserve">Não se aplica. Não possui SMU e/ou medicamentos no local.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406F824F" w14:textId="77777777" w:rsidR="0097296A" w:rsidRPr="007204D9" w:rsidRDefault="00000000">
            <w:pPr>
              <w:autoSpaceDE w:val="0"/>
              <w:autoSpaceDN w:val="0"/>
              <w:spacing w:before="98" w:after="0" w:line="200" w:lineRule="exact"/>
              <w:jc w:val="center"/>
            </w:pPr>
            <w:r w:rsidRPr="007204D9">
              <w:rPr>
                <w:color w:val="000000"/>
                <w:sz w:val="18"/>
              </w:rPr>
              <w:t xml:space="preserve">NAP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10E6DDCE"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05D92BE1"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0A7E43D1"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28FC5DD4"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74A84AA1" w14:textId="77777777" w:rsidR="0097296A" w:rsidRPr="007204D9" w:rsidRDefault="00000000">
            <w:pPr>
              <w:autoSpaceDE w:val="0"/>
              <w:autoSpaceDN w:val="0"/>
              <w:spacing w:before="96" w:after="0" w:line="200"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774400AA"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06DA7578"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10F8E9A" w14:textId="77777777">
        <w:trPr>
          <w:trHeight w:val="918"/>
        </w:trPr>
        <w:tc>
          <w:tcPr>
            <w:tcW w:w="2106" w:type="dxa"/>
            <w:vMerge/>
            <w:tcBorders>
              <w:top w:val="single" w:sz="4" w:space="0" w:color="auto"/>
              <w:left w:val="single" w:sz="4" w:space="0" w:color="auto"/>
              <w:bottom w:val="single" w:sz="4" w:space="0" w:color="auto"/>
              <w:right w:val="single" w:sz="4" w:space="0" w:color="auto"/>
            </w:tcBorders>
          </w:tcPr>
          <w:p w14:paraId="7774FB73"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5DDF6B21"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F1DB0AC" w14:textId="77777777" w:rsidR="0097296A" w:rsidRPr="007204D9" w:rsidRDefault="00000000">
            <w:pPr>
              <w:autoSpaceDE w:val="0"/>
              <w:autoSpaceDN w:val="0"/>
              <w:spacing w:after="0" w:line="202" w:lineRule="exact"/>
              <w:ind w:left="72"/>
            </w:pPr>
            <w:r w:rsidRPr="007204D9">
              <w:rPr>
                <w:color w:val="000000"/>
                <w:sz w:val="18"/>
              </w:rPr>
              <w:t xml:space="preserve">Comentário: </w:t>
            </w:r>
          </w:p>
        </w:tc>
      </w:tr>
    </w:tbl>
    <w:p w14:paraId="1CDE74CD" w14:textId="77777777" w:rsidR="0097296A" w:rsidRPr="007204D9" w:rsidRDefault="00000000">
      <w:pPr>
        <w:autoSpaceDE w:val="0"/>
        <w:autoSpaceDN w:val="0"/>
        <w:spacing w:before="806" w:after="0" w:line="266" w:lineRule="exact"/>
        <w:ind w:right="218"/>
        <w:jc w:val="right"/>
      </w:pPr>
      <w:r w:rsidRPr="007204D9">
        <w:rPr>
          <w:color w:val="000000"/>
          <w:sz w:val="24"/>
        </w:rPr>
        <w:t>23</w:t>
      </w:r>
    </w:p>
    <w:p w14:paraId="1D33A18F" w14:textId="77777777" w:rsidR="0097296A" w:rsidRPr="007204D9" w:rsidRDefault="0097296A">
      <w:pPr>
        <w:sectPr w:rsidR="0097296A" w:rsidRPr="007204D9">
          <w:pgSz w:w="11906" w:h="16838"/>
          <w:pgMar w:top="340" w:right="502" w:bottom="340" w:left="876" w:header="720" w:footer="720" w:gutter="0"/>
          <w:cols w:space="720"/>
          <w:docGrid w:linePitch="360"/>
        </w:sectPr>
      </w:pPr>
    </w:p>
    <w:p w14:paraId="60C9B08E"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40"/>
        <w:gridCol w:w="6806"/>
        <w:gridCol w:w="852"/>
        <w:gridCol w:w="1136"/>
      </w:tblGrid>
      <w:tr w:rsidR="0097296A" w:rsidRPr="007204D9" w14:paraId="43D817FC" w14:textId="77777777">
        <w:trPr>
          <w:trHeight w:val="760"/>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34872DF9" w14:textId="77777777" w:rsidR="0097296A" w:rsidRPr="007204D9" w:rsidRDefault="00000000">
            <w:pPr>
              <w:autoSpaceDE w:val="0"/>
              <w:autoSpaceDN w:val="0"/>
              <w:spacing w:before="1570" w:after="0" w:line="202" w:lineRule="exact"/>
              <w:jc w:val="center"/>
            </w:pPr>
            <w:r w:rsidRPr="007204D9">
              <w:rPr>
                <w:color w:val="000000"/>
                <w:sz w:val="18"/>
              </w:rPr>
              <w:t xml:space="preserve">6.9 </w:t>
            </w:r>
          </w:p>
        </w:tc>
        <w:tc>
          <w:tcPr>
            <w:tcW w:w="114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0FB82FF" w14:textId="77777777" w:rsidR="0097296A" w:rsidRPr="007204D9" w:rsidRDefault="00000000">
            <w:pPr>
              <w:autoSpaceDE w:val="0"/>
              <w:autoSpaceDN w:val="0"/>
              <w:spacing w:before="1570" w:after="0" w:line="202" w:lineRule="exact"/>
              <w:jc w:val="center"/>
            </w:pPr>
            <w:r w:rsidRPr="007204D9">
              <w:rPr>
                <w:color w:val="000000"/>
                <w:sz w:val="18"/>
              </w:rPr>
              <w:t xml:space="preserve">3 </w:t>
            </w:r>
          </w:p>
        </w:tc>
        <w:tc>
          <w:tcPr>
            <w:tcW w:w="8794"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0BDD4CCD" w14:textId="77777777" w:rsidR="0097296A" w:rsidRPr="007204D9" w:rsidRDefault="00000000">
            <w:pPr>
              <w:autoSpaceDE w:val="0"/>
              <w:autoSpaceDN w:val="0"/>
              <w:spacing w:before="160" w:after="0" w:line="206" w:lineRule="exact"/>
              <w:ind w:left="72"/>
            </w:pPr>
            <w:r w:rsidRPr="007204D9">
              <w:rPr>
                <w:b/>
                <w:color w:val="000000"/>
                <w:sz w:val="18"/>
              </w:rPr>
              <w:t xml:space="preserve">O SMU possui uma entrada, com acesso coberto para ambulâncias, portas amplas para fluxo ágil de pacientes em macas? </w:t>
            </w:r>
            <w:r w:rsidRPr="007204D9">
              <w:rPr>
                <w:b/>
                <w:color w:val="000000"/>
                <w:sz w:val="18"/>
              </w:rPr>
              <w:t xml:space="preserve">(Doc. Ref.: Portaria do Ministério da Saúde nº 2.048/ 2002). </w:t>
            </w:r>
          </w:p>
        </w:tc>
      </w:tr>
      <w:tr w:rsidR="0097296A" w:rsidRPr="007204D9" w14:paraId="5785B3CF" w14:textId="77777777" w:rsidTr="00050CAE">
        <w:trPr>
          <w:trHeight w:val="396"/>
        </w:trPr>
        <w:tc>
          <w:tcPr>
            <w:tcW w:w="2106" w:type="dxa"/>
            <w:vMerge/>
            <w:tcBorders>
              <w:top w:val="single" w:sz="3" w:space="0" w:color="auto"/>
              <w:left w:val="single" w:sz="4" w:space="0" w:color="auto"/>
              <w:bottom w:val="single" w:sz="4" w:space="0" w:color="auto"/>
              <w:right w:val="single" w:sz="4" w:space="0" w:color="auto"/>
            </w:tcBorders>
          </w:tcPr>
          <w:p w14:paraId="541CEB46"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747AB644"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22AF46BE" w14:textId="77777777" w:rsidR="0097296A" w:rsidRPr="007204D9" w:rsidRDefault="00000000">
            <w:pPr>
              <w:autoSpaceDE w:val="0"/>
              <w:autoSpaceDN w:val="0"/>
              <w:spacing w:before="94" w:after="0" w:line="200" w:lineRule="exact"/>
              <w:ind w:left="72"/>
            </w:pPr>
            <w:r w:rsidRPr="007204D9">
              <w:rPr>
                <w:color w:val="000000"/>
                <w:sz w:val="18"/>
              </w:rPr>
              <w:t xml:space="preserve">Sim, o SMU possui as especificações preconizadas.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39399A33"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1136"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1DD72B0"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115CE47B" w14:textId="77777777" w:rsidTr="0082116F">
        <w:trPr>
          <w:trHeight w:val="400"/>
        </w:trPr>
        <w:tc>
          <w:tcPr>
            <w:tcW w:w="2106" w:type="dxa"/>
            <w:vMerge/>
            <w:tcBorders>
              <w:top w:val="single" w:sz="3" w:space="0" w:color="auto"/>
              <w:left w:val="single" w:sz="4" w:space="0" w:color="auto"/>
              <w:bottom w:val="single" w:sz="4" w:space="0" w:color="auto"/>
              <w:right w:val="single" w:sz="4" w:space="0" w:color="auto"/>
            </w:tcBorders>
          </w:tcPr>
          <w:p w14:paraId="3F4FFF5D"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7B047397"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74D35BC4" w14:textId="77777777" w:rsidR="0097296A" w:rsidRPr="007204D9" w:rsidRDefault="00000000">
            <w:pPr>
              <w:autoSpaceDE w:val="0"/>
              <w:autoSpaceDN w:val="0"/>
              <w:spacing w:before="100" w:after="0" w:line="202" w:lineRule="exact"/>
              <w:jc w:val="center"/>
            </w:pPr>
            <w:r w:rsidRPr="007204D9">
              <w:rPr>
                <w:color w:val="000000"/>
                <w:sz w:val="18"/>
              </w:rPr>
              <w:t xml:space="preserve">Não. Não atendem aos requisitos ou não há estrutura complementar à ambulância.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6B746E67" w14:textId="77777777" w:rsidR="0097296A" w:rsidRPr="007204D9" w:rsidRDefault="00000000">
            <w:pPr>
              <w:autoSpaceDE w:val="0"/>
              <w:autoSpaceDN w:val="0"/>
              <w:spacing w:before="100" w:after="0" w:line="202" w:lineRule="exact"/>
              <w:jc w:val="center"/>
            </w:pPr>
            <w:r w:rsidRPr="007204D9">
              <w:rPr>
                <w:color w:val="000000"/>
                <w:sz w:val="18"/>
              </w:rPr>
              <w:t xml:space="preserve">NAT </w:t>
            </w:r>
          </w:p>
        </w:tc>
        <w:tc>
          <w:tcPr>
            <w:tcW w:w="11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6CBC5D87" w14:textId="77777777" w:rsidR="0097296A" w:rsidRPr="007204D9" w:rsidRDefault="00000000">
            <w:pPr>
              <w:autoSpaceDE w:val="0"/>
              <w:autoSpaceDN w:val="0"/>
              <w:spacing w:before="100" w:after="0" w:line="202" w:lineRule="exact"/>
              <w:jc w:val="center"/>
            </w:pPr>
            <w:r w:rsidRPr="007204D9">
              <w:rPr>
                <w:color w:val="000000"/>
                <w:sz w:val="18"/>
              </w:rPr>
              <w:t xml:space="preserve">3 </w:t>
            </w:r>
          </w:p>
        </w:tc>
      </w:tr>
      <w:tr w:rsidR="0097296A" w:rsidRPr="007204D9" w14:paraId="481EA3D0" w14:textId="77777777">
        <w:trPr>
          <w:trHeight w:val="476"/>
        </w:trPr>
        <w:tc>
          <w:tcPr>
            <w:tcW w:w="2106" w:type="dxa"/>
            <w:vMerge/>
            <w:tcBorders>
              <w:top w:val="single" w:sz="3" w:space="0" w:color="auto"/>
              <w:left w:val="single" w:sz="4" w:space="0" w:color="auto"/>
              <w:bottom w:val="single" w:sz="4" w:space="0" w:color="auto"/>
              <w:right w:val="single" w:sz="4" w:space="0" w:color="auto"/>
            </w:tcBorders>
          </w:tcPr>
          <w:p w14:paraId="33B5ED78"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6563E391"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441E1CC0" w14:textId="77777777" w:rsidR="0097296A" w:rsidRPr="007204D9" w:rsidRDefault="00000000">
            <w:pPr>
              <w:autoSpaceDE w:val="0"/>
              <w:autoSpaceDN w:val="0"/>
              <w:spacing w:before="134" w:after="0" w:line="202" w:lineRule="exact"/>
              <w:ind w:left="72"/>
            </w:pPr>
            <w:r w:rsidRPr="007204D9">
              <w:rPr>
                <w:color w:val="000000"/>
                <w:sz w:val="18"/>
              </w:rPr>
              <w:t xml:space="preserve">Não se aplica. Não possui SMU.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5241BAE1" w14:textId="77777777" w:rsidR="0097296A" w:rsidRPr="007204D9" w:rsidRDefault="00000000">
            <w:pPr>
              <w:autoSpaceDE w:val="0"/>
              <w:autoSpaceDN w:val="0"/>
              <w:spacing w:before="134" w:after="0" w:line="202" w:lineRule="exact"/>
              <w:jc w:val="center"/>
            </w:pPr>
            <w:r w:rsidRPr="007204D9">
              <w:rPr>
                <w:color w:val="000000"/>
                <w:sz w:val="18"/>
              </w:rPr>
              <w:t xml:space="preserve">NAP </w:t>
            </w:r>
          </w:p>
        </w:tc>
        <w:tc>
          <w:tcPr>
            <w:tcW w:w="1136" w:type="dxa"/>
            <w:tcBorders>
              <w:top w:val="single" w:sz="4" w:space="0" w:color="auto"/>
              <w:left w:val="single" w:sz="4" w:space="0" w:color="auto"/>
              <w:bottom w:val="single" w:sz="4" w:space="0" w:color="auto"/>
              <w:right w:val="single" w:sz="4" w:space="0" w:color="auto"/>
            </w:tcBorders>
            <w:tcMar>
              <w:left w:w="0" w:type="dxa"/>
              <w:right w:w="0" w:type="dxa"/>
            </w:tcMar>
          </w:tcPr>
          <w:p w14:paraId="3EAB2E5E" w14:textId="77777777" w:rsidR="0097296A" w:rsidRPr="007204D9" w:rsidRDefault="00000000">
            <w:pPr>
              <w:autoSpaceDE w:val="0"/>
              <w:autoSpaceDN w:val="0"/>
              <w:spacing w:before="134" w:after="0" w:line="202" w:lineRule="exact"/>
              <w:jc w:val="center"/>
            </w:pPr>
            <w:r w:rsidRPr="007204D9">
              <w:rPr>
                <w:color w:val="000000"/>
                <w:sz w:val="18"/>
              </w:rPr>
              <w:t xml:space="preserve">0 </w:t>
            </w:r>
          </w:p>
        </w:tc>
      </w:tr>
      <w:tr w:rsidR="0097296A" w:rsidRPr="007204D9" w14:paraId="04CBC938" w14:textId="77777777">
        <w:trPr>
          <w:trHeight w:val="398"/>
        </w:trPr>
        <w:tc>
          <w:tcPr>
            <w:tcW w:w="2106" w:type="dxa"/>
            <w:vMerge/>
            <w:tcBorders>
              <w:top w:val="single" w:sz="3" w:space="0" w:color="auto"/>
              <w:left w:val="single" w:sz="4" w:space="0" w:color="auto"/>
              <w:bottom w:val="single" w:sz="4" w:space="0" w:color="auto"/>
              <w:right w:val="single" w:sz="4" w:space="0" w:color="auto"/>
            </w:tcBorders>
          </w:tcPr>
          <w:p w14:paraId="5A7F5055"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6139AAB0"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7C560BA8" w14:textId="77777777" w:rsidR="0097296A" w:rsidRPr="007204D9" w:rsidRDefault="00000000">
            <w:pPr>
              <w:autoSpaceDE w:val="0"/>
              <w:autoSpaceDN w:val="0"/>
              <w:spacing w:before="94" w:after="0" w:line="200" w:lineRule="exact"/>
              <w:ind w:left="72"/>
            </w:pPr>
            <w:r w:rsidRPr="007204D9">
              <w:rPr>
                <w:color w:val="000000"/>
                <w:sz w:val="18"/>
              </w:rPr>
              <w:t xml:space="preserve">Não observado. (Especificar no comentário o motivo da não observação)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0C0A378D"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1136" w:type="dxa"/>
            <w:tcBorders>
              <w:top w:val="single" w:sz="4" w:space="0" w:color="auto"/>
              <w:left w:val="single" w:sz="4" w:space="0" w:color="auto"/>
              <w:bottom w:val="single" w:sz="4" w:space="0" w:color="auto"/>
              <w:right w:val="single" w:sz="4" w:space="0" w:color="auto"/>
            </w:tcBorders>
            <w:tcMar>
              <w:left w:w="0" w:type="dxa"/>
              <w:right w:w="0" w:type="dxa"/>
            </w:tcMar>
          </w:tcPr>
          <w:p w14:paraId="7F01D816"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189097A6" w14:textId="77777777">
        <w:trPr>
          <w:trHeight w:val="914"/>
        </w:trPr>
        <w:tc>
          <w:tcPr>
            <w:tcW w:w="2106" w:type="dxa"/>
            <w:vMerge/>
            <w:tcBorders>
              <w:top w:val="single" w:sz="3" w:space="0" w:color="auto"/>
              <w:left w:val="single" w:sz="4" w:space="0" w:color="auto"/>
              <w:bottom w:val="single" w:sz="4" w:space="0" w:color="auto"/>
              <w:right w:val="single" w:sz="4" w:space="0" w:color="auto"/>
            </w:tcBorders>
          </w:tcPr>
          <w:p w14:paraId="18F31B53"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416BF88C"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62AF1F1" w14:textId="77777777" w:rsidR="0097296A" w:rsidRPr="007204D9" w:rsidRDefault="00000000">
            <w:pPr>
              <w:autoSpaceDE w:val="0"/>
              <w:autoSpaceDN w:val="0"/>
              <w:spacing w:before="2" w:after="0" w:line="202" w:lineRule="exact"/>
              <w:ind w:left="72"/>
            </w:pPr>
            <w:r w:rsidRPr="007204D9">
              <w:rPr>
                <w:color w:val="000000"/>
                <w:sz w:val="18"/>
              </w:rPr>
              <w:t xml:space="preserve">Comentário: </w:t>
            </w:r>
          </w:p>
        </w:tc>
      </w:tr>
      <w:tr w:rsidR="0097296A" w:rsidRPr="007204D9" w14:paraId="199295EA" w14:textId="77777777">
        <w:trPr>
          <w:trHeight w:val="76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E1680C2" w14:textId="77777777" w:rsidR="0097296A" w:rsidRPr="007204D9" w:rsidRDefault="00000000">
            <w:pPr>
              <w:autoSpaceDE w:val="0"/>
              <w:autoSpaceDN w:val="0"/>
              <w:spacing w:before="1536" w:after="0" w:line="202" w:lineRule="exact"/>
              <w:jc w:val="center"/>
            </w:pPr>
            <w:r w:rsidRPr="007204D9">
              <w:rPr>
                <w:color w:val="000000"/>
                <w:sz w:val="18"/>
              </w:rPr>
              <w:t xml:space="preserve">6.10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056A14A" w14:textId="77777777" w:rsidR="0097296A" w:rsidRPr="007204D9" w:rsidRDefault="00000000">
            <w:pPr>
              <w:autoSpaceDE w:val="0"/>
              <w:autoSpaceDN w:val="0"/>
              <w:spacing w:before="1536" w:after="0" w:line="202"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67675D0" w14:textId="77777777" w:rsidR="0097296A" w:rsidRPr="007204D9" w:rsidRDefault="00000000">
            <w:pPr>
              <w:autoSpaceDE w:val="0"/>
              <w:autoSpaceDN w:val="0"/>
              <w:spacing w:before="56" w:after="0" w:line="206" w:lineRule="exact"/>
              <w:ind w:left="72" w:right="18"/>
              <w:jc w:val="both"/>
            </w:pPr>
            <w:r w:rsidRPr="007204D9">
              <w:rPr>
                <w:b/>
                <w:color w:val="000000"/>
                <w:sz w:val="18"/>
              </w:rPr>
              <w:t xml:space="preserve">O SMU elaborou e implementou o Plano de Gerenciamento de Resíduos de Serviços de Saúde (PGRSS) e </w:t>
            </w:r>
            <w:proofErr w:type="gramStart"/>
            <w:r w:rsidRPr="007204D9">
              <w:rPr>
                <w:b/>
                <w:color w:val="000000"/>
                <w:sz w:val="18"/>
              </w:rPr>
              <w:t>o mesmo</w:t>
            </w:r>
            <w:proofErr w:type="gramEnd"/>
            <w:r w:rsidRPr="007204D9">
              <w:rPr>
                <w:b/>
                <w:color w:val="000000"/>
                <w:sz w:val="18"/>
              </w:rPr>
              <w:t xml:space="preserve"> está disponível para consulta das autoridades sanitárias e ambientais? (Doc. Ref.: Resolução RDC nº 306/2004 da ANVISA; Resolução CONAMA nº 358/2005). </w:t>
            </w:r>
          </w:p>
        </w:tc>
      </w:tr>
      <w:tr w:rsidR="0097296A" w:rsidRPr="007204D9" w14:paraId="25A0385B" w14:textId="77777777" w:rsidTr="00050CAE">
        <w:trPr>
          <w:trHeight w:val="398"/>
        </w:trPr>
        <w:tc>
          <w:tcPr>
            <w:tcW w:w="2106" w:type="dxa"/>
            <w:vMerge/>
            <w:tcBorders>
              <w:top w:val="single" w:sz="4" w:space="0" w:color="auto"/>
              <w:left w:val="single" w:sz="4" w:space="0" w:color="auto"/>
              <w:bottom w:val="single" w:sz="4" w:space="0" w:color="auto"/>
              <w:right w:val="single" w:sz="4" w:space="0" w:color="auto"/>
            </w:tcBorders>
          </w:tcPr>
          <w:p w14:paraId="278DF452"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0BE2BE1E"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14A42D96" w14:textId="77777777" w:rsidR="0097296A" w:rsidRPr="007204D9" w:rsidRDefault="00000000">
            <w:pPr>
              <w:autoSpaceDE w:val="0"/>
              <w:autoSpaceDN w:val="0"/>
              <w:spacing w:before="96" w:after="0" w:line="200" w:lineRule="exact"/>
              <w:ind w:left="72"/>
            </w:pPr>
            <w:r w:rsidRPr="007204D9">
              <w:rPr>
                <w:color w:val="000000"/>
                <w:sz w:val="18"/>
              </w:rPr>
              <w:t xml:space="preserve">Sim, o SMU possui PGRSS.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79759F2B"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1136"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30681FFF"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03E56B08" w14:textId="77777777" w:rsidTr="0082116F">
        <w:trPr>
          <w:trHeight w:val="396"/>
        </w:trPr>
        <w:tc>
          <w:tcPr>
            <w:tcW w:w="2106" w:type="dxa"/>
            <w:vMerge/>
            <w:tcBorders>
              <w:top w:val="single" w:sz="4" w:space="0" w:color="auto"/>
              <w:left w:val="single" w:sz="4" w:space="0" w:color="auto"/>
              <w:bottom w:val="single" w:sz="4" w:space="0" w:color="auto"/>
              <w:right w:val="single" w:sz="4" w:space="0" w:color="auto"/>
            </w:tcBorders>
          </w:tcPr>
          <w:p w14:paraId="0E9EAFD0"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8CB6D3D"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2F2AC395" w14:textId="77777777" w:rsidR="0097296A" w:rsidRPr="007204D9" w:rsidRDefault="00000000">
            <w:pPr>
              <w:autoSpaceDE w:val="0"/>
              <w:autoSpaceDN w:val="0"/>
              <w:spacing w:before="96" w:after="0" w:line="202" w:lineRule="exact"/>
              <w:ind w:left="72"/>
            </w:pPr>
            <w:r w:rsidRPr="007204D9">
              <w:rPr>
                <w:color w:val="000000"/>
                <w:sz w:val="18"/>
              </w:rPr>
              <w:t xml:space="preserve">Não possui PGRSS implementado.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169DFFE0"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11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466DF88F"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452AFA03"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1347C6A9"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39CF013" w14:textId="77777777" w:rsidR="0097296A" w:rsidRPr="007204D9" w:rsidRDefault="0097296A"/>
        </w:tc>
        <w:tc>
          <w:tcPr>
            <w:tcW w:w="6806" w:type="dxa"/>
            <w:tcBorders>
              <w:top w:val="single" w:sz="4" w:space="0" w:color="auto"/>
              <w:left w:val="single" w:sz="4" w:space="0" w:color="auto"/>
              <w:bottom w:val="single" w:sz="3" w:space="0" w:color="auto"/>
              <w:right w:val="single" w:sz="4" w:space="0" w:color="auto"/>
            </w:tcBorders>
            <w:tcMar>
              <w:left w:w="0" w:type="dxa"/>
              <w:right w:w="0" w:type="dxa"/>
            </w:tcMar>
          </w:tcPr>
          <w:p w14:paraId="76B2E8F5" w14:textId="77777777" w:rsidR="0097296A" w:rsidRPr="007204D9" w:rsidRDefault="00000000">
            <w:pPr>
              <w:autoSpaceDE w:val="0"/>
              <w:autoSpaceDN w:val="0"/>
              <w:spacing w:before="98" w:after="0" w:line="202" w:lineRule="exact"/>
              <w:ind w:left="72"/>
            </w:pPr>
            <w:r w:rsidRPr="007204D9">
              <w:rPr>
                <w:color w:val="000000"/>
                <w:sz w:val="18"/>
              </w:rPr>
              <w:t xml:space="preserve">Não se aplica. Não possui SMU. </w:t>
            </w:r>
          </w:p>
        </w:tc>
        <w:tc>
          <w:tcPr>
            <w:tcW w:w="852" w:type="dxa"/>
            <w:tcBorders>
              <w:top w:val="single" w:sz="4" w:space="0" w:color="auto"/>
              <w:left w:val="single" w:sz="4" w:space="0" w:color="auto"/>
              <w:bottom w:val="single" w:sz="3" w:space="0" w:color="auto"/>
              <w:right w:val="single" w:sz="4" w:space="0" w:color="auto"/>
            </w:tcBorders>
            <w:tcMar>
              <w:left w:w="0" w:type="dxa"/>
              <w:right w:w="0" w:type="dxa"/>
            </w:tcMar>
          </w:tcPr>
          <w:p w14:paraId="489FF9F6" w14:textId="77777777" w:rsidR="0097296A" w:rsidRPr="007204D9" w:rsidRDefault="00000000">
            <w:pPr>
              <w:autoSpaceDE w:val="0"/>
              <w:autoSpaceDN w:val="0"/>
              <w:spacing w:before="98" w:after="0" w:line="202" w:lineRule="exact"/>
              <w:jc w:val="center"/>
            </w:pPr>
            <w:r w:rsidRPr="007204D9">
              <w:rPr>
                <w:color w:val="000000"/>
                <w:sz w:val="18"/>
              </w:rPr>
              <w:t xml:space="preserve">NAP </w:t>
            </w:r>
          </w:p>
        </w:tc>
        <w:tc>
          <w:tcPr>
            <w:tcW w:w="1136" w:type="dxa"/>
            <w:tcBorders>
              <w:top w:val="single" w:sz="4" w:space="0" w:color="auto"/>
              <w:left w:val="single" w:sz="4" w:space="0" w:color="auto"/>
              <w:bottom w:val="single" w:sz="3" w:space="0" w:color="auto"/>
              <w:right w:val="single" w:sz="4" w:space="0" w:color="auto"/>
            </w:tcBorders>
            <w:tcMar>
              <w:left w:w="0" w:type="dxa"/>
              <w:right w:w="0" w:type="dxa"/>
            </w:tcMar>
          </w:tcPr>
          <w:p w14:paraId="3C452F0E"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4E5B3DB9"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1CC61B56"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7136856" w14:textId="77777777" w:rsidR="0097296A" w:rsidRPr="007204D9" w:rsidRDefault="0097296A"/>
        </w:tc>
        <w:tc>
          <w:tcPr>
            <w:tcW w:w="6806" w:type="dxa"/>
            <w:tcBorders>
              <w:top w:val="single" w:sz="3" w:space="0" w:color="auto"/>
              <w:left w:val="single" w:sz="4" w:space="0" w:color="auto"/>
              <w:bottom w:val="single" w:sz="4" w:space="0" w:color="auto"/>
              <w:right w:val="single" w:sz="4" w:space="0" w:color="auto"/>
            </w:tcBorders>
            <w:tcMar>
              <w:left w:w="0" w:type="dxa"/>
              <w:right w:w="0" w:type="dxa"/>
            </w:tcMar>
          </w:tcPr>
          <w:p w14:paraId="3E96B0FD" w14:textId="77777777" w:rsidR="0097296A" w:rsidRPr="007204D9" w:rsidRDefault="00000000">
            <w:pPr>
              <w:autoSpaceDE w:val="0"/>
              <w:autoSpaceDN w:val="0"/>
              <w:spacing w:before="98" w:after="0" w:line="200" w:lineRule="exact"/>
              <w:ind w:left="72"/>
            </w:pPr>
            <w:r w:rsidRPr="007204D9">
              <w:rPr>
                <w:color w:val="000000"/>
                <w:sz w:val="18"/>
              </w:rPr>
              <w:t xml:space="preserve">Não observado. (Especificar no comentário o motivo da não observação) </w:t>
            </w:r>
          </w:p>
        </w:tc>
        <w:tc>
          <w:tcPr>
            <w:tcW w:w="852" w:type="dxa"/>
            <w:tcBorders>
              <w:top w:val="single" w:sz="3" w:space="0" w:color="auto"/>
              <w:left w:val="single" w:sz="4" w:space="0" w:color="auto"/>
              <w:bottom w:val="single" w:sz="4" w:space="0" w:color="auto"/>
              <w:right w:val="single" w:sz="4" w:space="0" w:color="auto"/>
            </w:tcBorders>
            <w:tcMar>
              <w:left w:w="0" w:type="dxa"/>
              <w:right w:w="0" w:type="dxa"/>
            </w:tcMar>
          </w:tcPr>
          <w:p w14:paraId="3610BC97"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1136" w:type="dxa"/>
            <w:tcBorders>
              <w:top w:val="single" w:sz="3" w:space="0" w:color="auto"/>
              <w:left w:val="single" w:sz="4" w:space="0" w:color="auto"/>
              <w:bottom w:val="single" w:sz="4" w:space="0" w:color="auto"/>
              <w:right w:val="single" w:sz="4" w:space="0" w:color="auto"/>
            </w:tcBorders>
            <w:tcMar>
              <w:left w:w="0" w:type="dxa"/>
              <w:right w:w="0" w:type="dxa"/>
            </w:tcMar>
          </w:tcPr>
          <w:p w14:paraId="3B1FCF29"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23D12839" w14:textId="77777777">
        <w:trPr>
          <w:trHeight w:val="914"/>
        </w:trPr>
        <w:tc>
          <w:tcPr>
            <w:tcW w:w="2106" w:type="dxa"/>
            <w:vMerge/>
            <w:tcBorders>
              <w:top w:val="single" w:sz="4" w:space="0" w:color="auto"/>
              <w:left w:val="single" w:sz="4" w:space="0" w:color="auto"/>
              <w:bottom w:val="single" w:sz="4" w:space="0" w:color="auto"/>
              <w:right w:val="single" w:sz="4" w:space="0" w:color="auto"/>
            </w:tcBorders>
          </w:tcPr>
          <w:p w14:paraId="1D5BB647"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626C93FD"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A7634B6" w14:textId="77777777" w:rsidR="0097296A" w:rsidRPr="007204D9" w:rsidRDefault="00000000">
            <w:pPr>
              <w:autoSpaceDE w:val="0"/>
              <w:autoSpaceDN w:val="0"/>
              <w:spacing w:after="0" w:line="200" w:lineRule="exact"/>
              <w:ind w:left="72"/>
            </w:pPr>
            <w:r w:rsidRPr="007204D9">
              <w:rPr>
                <w:color w:val="000000"/>
                <w:sz w:val="18"/>
              </w:rPr>
              <w:t xml:space="preserve">Comentário: </w:t>
            </w:r>
          </w:p>
        </w:tc>
      </w:tr>
      <w:tr w:rsidR="0097296A" w:rsidRPr="007204D9" w14:paraId="73139B96" w14:textId="77777777">
        <w:trPr>
          <w:trHeight w:val="115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A00E129" w14:textId="77777777" w:rsidR="0097296A" w:rsidRPr="007204D9" w:rsidRDefault="00000000">
            <w:pPr>
              <w:autoSpaceDE w:val="0"/>
              <w:autoSpaceDN w:val="0"/>
              <w:spacing w:before="2108" w:after="0" w:line="200" w:lineRule="exact"/>
              <w:jc w:val="center"/>
            </w:pPr>
            <w:r w:rsidRPr="007204D9">
              <w:rPr>
                <w:color w:val="000000"/>
                <w:sz w:val="18"/>
              </w:rPr>
              <w:t xml:space="preserve">6.11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ECA9C2F" w14:textId="77777777" w:rsidR="0097296A" w:rsidRPr="007204D9" w:rsidRDefault="00000000">
            <w:pPr>
              <w:autoSpaceDE w:val="0"/>
              <w:autoSpaceDN w:val="0"/>
              <w:spacing w:before="2108" w:after="0" w:line="200"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DD6C36A" w14:textId="77777777" w:rsidR="0097296A" w:rsidRPr="007204D9" w:rsidRDefault="00000000">
            <w:pPr>
              <w:autoSpaceDE w:val="0"/>
              <w:autoSpaceDN w:val="0"/>
              <w:spacing w:before="42" w:after="0" w:line="208" w:lineRule="exact"/>
              <w:ind w:left="72" w:right="2"/>
              <w:jc w:val="both"/>
            </w:pPr>
            <w:r w:rsidRPr="007204D9">
              <w:rPr>
                <w:b/>
                <w:color w:val="000000"/>
                <w:sz w:val="18"/>
              </w:rPr>
              <w:t xml:space="preserve">O gerenciamento dos resíduos de saúde é realizado por um profissional de nível superior, habilitado pelo seu conselho de classe, com apresentação de Anotação de Responsabilidade Técnica (ART), certificado de responsabilidade técnica ou documento similar? (Doc. Ref.: Resolução RDC nº 306/2004 da ANVISA; Resolução CONAMA nº 358/2005; Portaria CVS nº 02/2010). </w:t>
            </w:r>
            <w:r w:rsidRPr="007204D9">
              <w:rPr>
                <w:b/>
                <w:i/>
                <w:color w:val="000000"/>
                <w:sz w:val="18"/>
              </w:rPr>
              <w:t xml:space="preserve">*O responsável pelo GRSS deve ser o representante legal do SMU. </w:t>
            </w:r>
          </w:p>
        </w:tc>
      </w:tr>
      <w:tr w:rsidR="0097296A" w:rsidRPr="007204D9" w14:paraId="2C9C4CEE" w14:textId="77777777" w:rsidTr="00050CAE">
        <w:trPr>
          <w:trHeight w:val="566"/>
        </w:trPr>
        <w:tc>
          <w:tcPr>
            <w:tcW w:w="2106" w:type="dxa"/>
            <w:vMerge/>
            <w:tcBorders>
              <w:top w:val="single" w:sz="4" w:space="0" w:color="auto"/>
              <w:left w:val="single" w:sz="4" w:space="0" w:color="auto"/>
              <w:bottom w:val="single" w:sz="4" w:space="0" w:color="auto"/>
              <w:right w:val="single" w:sz="4" w:space="0" w:color="auto"/>
            </w:tcBorders>
          </w:tcPr>
          <w:p w14:paraId="5244C0C7"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32A472BA"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69D21AA4" w14:textId="77777777" w:rsidR="0097296A" w:rsidRPr="007204D9" w:rsidRDefault="00000000">
            <w:pPr>
              <w:autoSpaceDE w:val="0"/>
              <w:autoSpaceDN w:val="0"/>
              <w:spacing w:before="70" w:after="0" w:line="206" w:lineRule="exact"/>
              <w:ind w:left="72"/>
            </w:pPr>
            <w:r w:rsidRPr="007204D9">
              <w:rPr>
                <w:color w:val="000000"/>
                <w:sz w:val="18"/>
              </w:rPr>
              <w:t xml:space="preserve">Sim, é realizado pelo representante do SMU e este é profissional de nível superior e habilitado pelo seu conselho de classe.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3C54F3F3" w14:textId="77777777" w:rsidR="0097296A" w:rsidRPr="007204D9" w:rsidRDefault="00000000">
            <w:pPr>
              <w:autoSpaceDE w:val="0"/>
              <w:autoSpaceDN w:val="0"/>
              <w:spacing w:before="178" w:after="0" w:line="200" w:lineRule="exact"/>
              <w:jc w:val="center"/>
            </w:pPr>
            <w:r w:rsidRPr="007204D9">
              <w:rPr>
                <w:color w:val="000000"/>
                <w:sz w:val="18"/>
              </w:rPr>
              <w:t xml:space="preserve">AT </w:t>
            </w:r>
          </w:p>
        </w:tc>
        <w:tc>
          <w:tcPr>
            <w:tcW w:w="1136"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221F7A1C" w14:textId="77777777" w:rsidR="0097296A" w:rsidRPr="007204D9" w:rsidRDefault="00000000">
            <w:pPr>
              <w:autoSpaceDE w:val="0"/>
              <w:autoSpaceDN w:val="0"/>
              <w:spacing w:before="178" w:after="0" w:line="200" w:lineRule="exact"/>
              <w:jc w:val="center"/>
            </w:pPr>
            <w:r w:rsidRPr="007204D9">
              <w:rPr>
                <w:color w:val="000000"/>
                <w:sz w:val="18"/>
              </w:rPr>
              <w:t xml:space="preserve">1 </w:t>
            </w:r>
          </w:p>
        </w:tc>
      </w:tr>
      <w:tr w:rsidR="0097296A" w:rsidRPr="007204D9" w14:paraId="6EFF7FC1" w14:textId="77777777" w:rsidTr="0082116F">
        <w:trPr>
          <w:trHeight w:val="564"/>
        </w:trPr>
        <w:tc>
          <w:tcPr>
            <w:tcW w:w="2106" w:type="dxa"/>
            <w:vMerge/>
            <w:tcBorders>
              <w:top w:val="single" w:sz="4" w:space="0" w:color="auto"/>
              <w:left w:val="single" w:sz="4" w:space="0" w:color="auto"/>
              <w:bottom w:val="single" w:sz="4" w:space="0" w:color="auto"/>
              <w:right w:val="single" w:sz="4" w:space="0" w:color="auto"/>
            </w:tcBorders>
          </w:tcPr>
          <w:p w14:paraId="03400841"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A894528"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0F2EFB6F" w14:textId="77777777" w:rsidR="0097296A" w:rsidRPr="007204D9" w:rsidRDefault="00000000">
            <w:pPr>
              <w:autoSpaceDE w:val="0"/>
              <w:autoSpaceDN w:val="0"/>
              <w:spacing w:before="72" w:after="0" w:line="206" w:lineRule="exact"/>
              <w:ind w:left="72" w:right="144"/>
            </w:pPr>
            <w:r w:rsidRPr="007204D9">
              <w:rPr>
                <w:color w:val="000000"/>
                <w:sz w:val="18"/>
              </w:rPr>
              <w:t xml:space="preserve">Sim, é realizado pelo representante do SMU - profissional de nível superior - mas este não apresentou a ART ou documento similar.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18708B06" w14:textId="77777777" w:rsidR="0097296A" w:rsidRPr="007204D9" w:rsidRDefault="00000000">
            <w:pPr>
              <w:autoSpaceDE w:val="0"/>
              <w:autoSpaceDN w:val="0"/>
              <w:spacing w:before="180" w:after="0" w:line="200" w:lineRule="exact"/>
              <w:jc w:val="center"/>
            </w:pPr>
            <w:r w:rsidRPr="007204D9">
              <w:rPr>
                <w:color w:val="000000"/>
                <w:sz w:val="18"/>
              </w:rPr>
              <w:t xml:space="preserve">AP </w:t>
            </w:r>
          </w:p>
        </w:tc>
        <w:tc>
          <w:tcPr>
            <w:tcW w:w="11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30921369" w14:textId="77777777" w:rsidR="0097296A" w:rsidRPr="007204D9" w:rsidRDefault="00000000">
            <w:pPr>
              <w:autoSpaceDE w:val="0"/>
              <w:autoSpaceDN w:val="0"/>
              <w:spacing w:before="180" w:after="0" w:line="200" w:lineRule="exact"/>
              <w:jc w:val="center"/>
            </w:pPr>
            <w:r w:rsidRPr="007204D9">
              <w:rPr>
                <w:color w:val="000000"/>
                <w:sz w:val="18"/>
              </w:rPr>
              <w:t xml:space="preserve">2 </w:t>
            </w:r>
          </w:p>
        </w:tc>
      </w:tr>
      <w:tr w:rsidR="0097296A" w:rsidRPr="007204D9" w14:paraId="27DF99F1" w14:textId="77777777" w:rsidTr="0082116F">
        <w:trPr>
          <w:trHeight w:val="422"/>
        </w:trPr>
        <w:tc>
          <w:tcPr>
            <w:tcW w:w="2106" w:type="dxa"/>
            <w:vMerge/>
            <w:tcBorders>
              <w:top w:val="single" w:sz="4" w:space="0" w:color="auto"/>
              <w:left w:val="single" w:sz="4" w:space="0" w:color="auto"/>
              <w:bottom w:val="single" w:sz="4" w:space="0" w:color="auto"/>
              <w:right w:val="single" w:sz="4" w:space="0" w:color="auto"/>
            </w:tcBorders>
          </w:tcPr>
          <w:p w14:paraId="5AD4FC6F"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37E508C3"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688E03E5" w14:textId="77777777" w:rsidR="0097296A" w:rsidRPr="007204D9" w:rsidRDefault="00000000">
            <w:pPr>
              <w:autoSpaceDE w:val="0"/>
              <w:autoSpaceDN w:val="0"/>
              <w:spacing w:after="0" w:line="204" w:lineRule="exact"/>
              <w:ind w:left="72" w:right="288"/>
            </w:pPr>
            <w:r w:rsidRPr="007204D9">
              <w:rPr>
                <w:color w:val="000000"/>
                <w:sz w:val="18"/>
              </w:rPr>
              <w:t xml:space="preserve">Não é realizado por profissional habilitado e / ou não é o representante legal do SMU.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2B3846FA" w14:textId="77777777" w:rsidR="0097296A" w:rsidRPr="007204D9" w:rsidRDefault="00000000">
            <w:pPr>
              <w:autoSpaceDE w:val="0"/>
              <w:autoSpaceDN w:val="0"/>
              <w:spacing w:before="108" w:after="0" w:line="202" w:lineRule="exact"/>
              <w:jc w:val="center"/>
            </w:pPr>
            <w:r w:rsidRPr="007204D9">
              <w:rPr>
                <w:color w:val="000000"/>
                <w:sz w:val="18"/>
              </w:rPr>
              <w:t xml:space="preserve">NAT </w:t>
            </w:r>
          </w:p>
        </w:tc>
        <w:tc>
          <w:tcPr>
            <w:tcW w:w="11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907B60B" w14:textId="77777777" w:rsidR="0097296A" w:rsidRPr="007204D9" w:rsidRDefault="00000000">
            <w:pPr>
              <w:autoSpaceDE w:val="0"/>
              <w:autoSpaceDN w:val="0"/>
              <w:spacing w:before="108" w:after="0" w:line="202" w:lineRule="exact"/>
              <w:jc w:val="center"/>
            </w:pPr>
            <w:r w:rsidRPr="007204D9">
              <w:rPr>
                <w:color w:val="000000"/>
                <w:sz w:val="18"/>
              </w:rPr>
              <w:t xml:space="preserve">3 </w:t>
            </w:r>
          </w:p>
        </w:tc>
      </w:tr>
      <w:tr w:rsidR="0097296A" w:rsidRPr="007204D9" w14:paraId="48DE4A1D"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48217324"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64AF595" w14:textId="77777777" w:rsidR="0097296A" w:rsidRPr="007204D9" w:rsidRDefault="0097296A"/>
        </w:tc>
        <w:tc>
          <w:tcPr>
            <w:tcW w:w="6806" w:type="dxa"/>
            <w:tcBorders>
              <w:top w:val="single" w:sz="4" w:space="0" w:color="auto"/>
              <w:left w:val="single" w:sz="4" w:space="0" w:color="auto"/>
              <w:bottom w:val="single" w:sz="3" w:space="0" w:color="auto"/>
              <w:right w:val="single" w:sz="4" w:space="0" w:color="auto"/>
            </w:tcBorders>
            <w:tcMar>
              <w:left w:w="0" w:type="dxa"/>
              <w:right w:w="0" w:type="dxa"/>
            </w:tcMar>
          </w:tcPr>
          <w:p w14:paraId="44BC363C" w14:textId="77777777" w:rsidR="0097296A" w:rsidRPr="007204D9" w:rsidRDefault="00000000">
            <w:pPr>
              <w:autoSpaceDE w:val="0"/>
              <w:autoSpaceDN w:val="0"/>
              <w:spacing w:before="98" w:after="0" w:line="202" w:lineRule="exact"/>
              <w:ind w:left="72"/>
            </w:pPr>
            <w:r w:rsidRPr="007204D9">
              <w:rPr>
                <w:color w:val="000000"/>
                <w:sz w:val="18"/>
              </w:rPr>
              <w:t xml:space="preserve">Não se aplica. Não há geração de resíduos de saúde. </w:t>
            </w:r>
          </w:p>
        </w:tc>
        <w:tc>
          <w:tcPr>
            <w:tcW w:w="852" w:type="dxa"/>
            <w:tcBorders>
              <w:top w:val="single" w:sz="4" w:space="0" w:color="auto"/>
              <w:left w:val="single" w:sz="4" w:space="0" w:color="auto"/>
              <w:bottom w:val="single" w:sz="3" w:space="0" w:color="auto"/>
              <w:right w:val="single" w:sz="4" w:space="0" w:color="auto"/>
            </w:tcBorders>
            <w:tcMar>
              <w:left w:w="0" w:type="dxa"/>
              <w:right w:w="0" w:type="dxa"/>
            </w:tcMar>
          </w:tcPr>
          <w:p w14:paraId="0379853A" w14:textId="77777777" w:rsidR="0097296A" w:rsidRPr="007204D9" w:rsidRDefault="00000000">
            <w:pPr>
              <w:autoSpaceDE w:val="0"/>
              <w:autoSpaceDN w:val="0"/>
              <w:spacing w:before="98" w:after="0" w:line="202" w:lineRule="exact"/>
              <w:jc w:val="center"/>
            </w:pPr>
            <w:r w:rsidRPr="007204D9">
              <w:rPr>
                <w:color w:val="000000"/>
                <w:sz w:val="18"/>
              </w:rPr>
              <w:t xml:space="preserve">NAP </w:t>
            </w:r>
          </w:p>
        </w:tc>
        <w:tc>
          <w:tcPr>
            <w:tcW w:w="1136" w:type="dxa"/>
            <w:tcBorders>
              <w:top w:val="single" w:sz="4" w:space="0" w:color="auto"/>
              <w:left w:val="single" w:sz="4" w:space="0" w:color="auto"/>
              <w:bottom w:val="single" w:sz="3" w:space="0" w:color="auto"/>
              <w:right w:val="single" w:sz="4" w:space="0" w:color="auto"/>
            </w:tcBorders>
            <w:tcMar>
              <w:left w:w="0" w:type="dxa"/>
              <w:right w:w="0" w:type="dxa"/>
            </w:tcMar>
          </w:tcPr>
          <w:p w14:paraId="67F8A4FC"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06D7DDC2"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12CE09F6"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0560EA87" w14:textId="77777777" w:rsidR="0097296A" w:rsidRPr="007204D9" w:rsidRDefault="0097296A"/>
        </w:tc>
        <w:tc>
          <w:tcPr>
            <w:tcW w:w="6806" w:type="dxa"/>
            <w:tcBorders>
              <w:top w:val="single" w:sz="3" w:space="0" w:color="auto"/>
              <w:left w:val="single" w:sz="4" w:space="0" w:color="auto"/>
              <w:bottom w:val="single" w:sz="4" w:space="0" w:color="auto"/>
              <w:right w:val="single" w:sz="4" w:space="0" w:color="auto"/>
            </w:tcBorders>
            <w:tcMar>
              <w:left w:w="0" w:type="dxa"/>
              <w:right w:w="0" w:type="dxa"/>
            </w:tcMar>
          </w:tcPr>
          <w:p w14:paraId="7211ED72" w14:textId="77777777" w:rsidR="0097296A" w:rsidRPr="007204D9" w:rsidRDefault="00000000">
            <w:pPr>
              <w:autoSpaceDE w:val="0"/>
              <w:autoSpaceDN w:val="0"/>
              <w:spacing w:before="98" w:after="0" w:line="200" w:lineRule="exact"/>
              <w:ind w:left="72"/>
            </w:pPr>
            <w:r w:rsidRPr="007204D9">
              <w:rPr>
                <w:color w:val="000000"/>
                <w:sz w:val="18"/>
              </w:rPr>
              <w:t xml:space="preserve">Não observado. (Especificar no comentário o motivo da não observação) </w:t>
            </w:r>
          </w:p>
        </w:tc>
        <w:tc>
          <w:tcPr>
            <w:tcW w:w="852" w:type="dxa"/>
            <w:tcBorders>
              <w:top w:val="single" w:sz="3" w:space="0" w:color="auto"/>
              <w:left w:val="single" w:sz="4" w:space="0" w:color="auto"/>
              <w:bottom w:val="single" w:sz="4" w:space="0" w:color="auto"/>
              <w:right w:val="single" w:sz="4" w:space="0" w:color="auto"/>
            </w:tcBorders>
            <w:tcMar>
              <w:left w:w="0" w:type="dxa"/>
              <w:right w:w="0" w:type="dxa"/>
            </w:tcMar>
          </w:tcPr>
          <w:p w14:paraId="34CF154B"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1136" w:type="dxa"/>
            <w:tcBorders>
              <w:top w:val="single" w:sz="3" w:space="0" w:color="auto"/>
              <w:left w:val="single" w:sz="4" w:space="0" w:color="auto"/>
              <w:bottom w:val="single" w:sz="4" w:space="0" w:color="auto"/>
              <w:right w:val="single" w:sz="4" w:space="0" w:color="auto"/>
            </w:tcBorders>
            <w:tcMar>
              <w:left w:w="0" w:type="dxa"/>
              <w:right w:w="0" w:type="dxa"/>
            </w:tcMar>
          </w:tcPr>
          <w:p w14:paraId="0770A0DC"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11058461" w14:textId="77777777">
        <w:trPr>
          <w:trHeight w:val="916"/>
        </w:trPr>
        <w:tc>
          <w:tcPr>
            <w:tcW w:w="2106" w:type="dxa"/>
            <w:vMerge/>
            <w:tcBorders>
              <w:top w:val="single" w:sz="4" w:space="0" w:color="auto"/>
              <w:left w:val="single" w:sz="4" w:space="0" w:color="auto"/>
              <w:bottom w:val="single" w:sz="4" w:space="0" w:color="auto"/>
              <w:right w:val="single" w:sz="4" w:space="0" w:color="auto"/>
            </w:tcBorders>
          </w:tcPr>
          <w:p w14:paraId="22631A0B"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EEAE52C"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466A646" w14:textId="77777777" w:rsidR="0097296A" w:rsidRPr="007204D9" w:rsidRDefault="00000000">
            <w:pPr>
              <w:autoSpaceDE w:val="0"/>
              <w:autoSpaceDN w:val="0"/>
              <w:spacing w:after="0" w:line="200" w:lineRule="exact"/>
              <w:ind w:left="72"/>
            </w:pPr>
            <w:r w:rsidRPr="007204D9">
              <w:rPr>
                <w:color w:val="000000"/>
                <w:sz w:val="18"/>
              </w:rPr>
              <w:t xml:space="preserve">Comentário: </w:t>
            </w:r>
          </w:p>
        </w:tc>
      </w:tr>
      <w:tr w:rsidR="0097296A" w:rsidRPr="007204D9" w14:paraId="30BDAC1E" w14:textId="77777777">
        <w:trPr>
          <w:trHeight w:val="63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BB43284" w14:textId="77777777" w:rsidR="0097296A" w:rsidRPr="007204D9" w:rsidRDefault="00000000">
            <w:pPr>
              <w:autoSpaceDE w:val="0"/>
              <w:autoSpaceDN w:val="0"/>
              <w:spacing w:before="1670" w:after="0" w:line="202" w:lineRule="exact"/>
              <w:jc w:val="center"/>
            </w:pPr>
            <w:r w:rsidRPr="007204D9">
              <w:rPr>
                <w:color w:val="000000"/>
                <w:sz w:val="18"/>
              </w:rPr>
              <w:t xml:space="preserve">6.12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B02AB0C" w14:textId="77777777" w:rsidR="0097296A" w:rsidRPr="007204D9" w:rsidRDefault="00000000">
            <w:pPr>
              <w:autoSpaceDE w:val="0"/>
              <w:autoSpaceDN w:val="0"/>
              <w:spacing w:before="1670" w:after="0" w:line="202"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068D4EF" w14:textId="77777777" w:rsidR="0097296A" w:rsidRPr="007204D9" w:rsidRDefault="00000000">
            <w:pPr>
              <w:autoSpaceDE w:val="0"/>
              <w:autoSpaceDN w:val="0"/>
              <w:spacing w:before="4" w:after="0" w:line="198" w:lineRule="exact"/>
              <w:ind w:left="72"/>
            </w:pPr>
            <w:r w:rsidRPr="007204D9">
              <w:rPr>
                <w:b/>
                <w:color w:val="000000"/>
                <w:sz w:val="18"/>
              </w:rPr>
              <w:t xml:space="preserve">Existemeestãoidentificadososcoletoresespecíficosparaoresíduobiológicocomsacoplástico branco leitoso e os coletores rígidos para o perfurante (de acordo com ABNT NBR 9190)? (Doc. Ref.: Resolução RDC nº 306/2004 da ANVISA; Resolução CONAMA nº 358/2005) </w:t>
            </w:r>
          </w:p>
        </w:tc>
      </w:tr>
      <w:tr w:rsidR="0097296A" w:rsidRPr="007204D9" w14:paraId="6D25C19D" w14:textId="77777777" w:rsidTr="00050CAE">
        <w:trPr>
          <w:trHeight w:val="400"/>
        </w:trPr>
        <w:tc>
          <w:tcPr>
            <w:tcW w:w="2106" w:type="dxa"/>
            <w:vMerge/>
            <w:tcBorders>
              <w:top w:val="single" w:sz="4" w:space="0" w:color="auto"/>
              <w:left w:val="single" w:sz="4" w:space="0" w:color="auto"/>
              <w:bottom w:val="single" w:sz="4" w:space="0" w:color="auto"/>
              <w:right w:val="single" w:sz="4" w:space="0" w:color="auto"/>
            </w:tcBorders>
          </w:tcPr>
          <w:p w14:paraId="7780C5D3"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22322212"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7851CE19" w14:textId="77777777" w:rsidR="0097296A" w:rsidRPr="007204D9" w:rsidRDefault="00000000">
            <w:pPr>
              <w:autoSpaceDE w:val="0"/>
              <w:autoSpaceDN w:val="0"/>
              <w:spacing w:before="96" w:after="0" w:line="200" w:lineRule="exact"/>
              <w:ind w:left="72"/>
            </w:pPr>
            <w:r w:rsidRPr="007204D9">
              <w:rPr>
                <w:color w:val="000000"/>
                <w:sz w:val="18"/>
              </w:rPr>
              <w:t xml:space="preserve">Sim, o SMU possui os coletores específicos.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755C92CF"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1136"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B79079B"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3169A811" w14:textId="77777777" w:rsidTr="0082116F">
        <w:trPr>
          <w:trHeight w:val="400"/>
        </w:trPr>
        <w:tc>
          <w:tcPr>
            <w:tcW w:w="2106" w:type="dxa"/>
            <w:vMerge/>
            <w:tcBorders>
              <w:top w:val="single" w:sz="4" w:space="0" w:color="auto"/>
              <w:left w:val="single" w:sz="4" w:space="0" w:color="auto"/>
              <w:bottom w:val="single" w:sz="4" w:space="0" w:color="auto"/>
              <w:right w:val="single" w:sz="4" w:space="0" w:color="auto"/>
            </w:tcBorders>
          </w:tcPr>
          <w:p w14:paraId="5C818B0F"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0C0B55C"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2BFA6E61" w14:textId="77777777" w:rsidR="0097296A" w:rsidRPr="007204D9" w:rsidRDefault="00000000">
            <w:pPr>
              <w:autoSpaceDE w:val="0"/>
              <w:autoSpaceDN w:val="0"/>
              <w:spacing w:before="96" w:after="0" w:line="202" w:lineRule="exact"/>
              <w:ind w:left="72"/>
            </w:pPr>
            <w:r w:rsidRPr="007204D9">
              <w:rPr>
                <w:color w:val="000000"/>
                <w:sz w:val="18"/>
              </w:rPr>
              <w:t xml:space="preserve">Sim, os coletores existem, mas não estão devidamente identificados.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41693EB4" w14:textId="77777777" w:rsidR="0097296A" w:rsidRPr="007204D9" w:rsidRDefault="00000000">
            <w:pPr>
              <w:autoSpaceDE w:val="0"/>
              <w:autoSpaceDN w:val="0"/>
              <w:spacing w:before="96" w:after="0" w:line="202" w:lineRule="exact"/>
              <w:jc w:val="center"/>
            </w:pPr>
            <w:r w:rsidRPr="007204D9">
              <w:rPr>
                <w:color w:val="000000"/>
                <w:sz w:val="18"/>
              </w:rPr>
              <w:t xml:space="preserve">AP </w:t>
            </w:r>
          </w:p>
        </w:tc>
        <w:tc>
          <w:tcPr>
            <w:tcW w:w="11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7D975375" w14:textId="77777777" w:rsidR="0097296A" w:rsidRPr="007204D9" w:rsidRDefault="00000000">
            <w:pPr>
              <w:autoSpaceDE w:val="0"/>
              <w:autoSpaceDN w:val="0"/>
              <w:spacing w:before="96" w:after="0" w:line="202" w:lineRule="exact"/>
              <w:jc w:val="center"/>
            </w:pPr>
            <w:r w:rsidRPr="007204D9">
              <w:rPr>
                <w:color w:val="000000"/>
                <w:sz w:val="18"/>
              </w:rPr>
              <w:t xml:space="preserve">2 </w:t>
            </w:r>
          </w:p>
        </w:tc>
      </w:tr>
      <w:tr w:rsidR="0097296A" w:rsidRPr="007204D9" w14:paraId="2112F413" w14:textId="77777777" w:rsidTr="0082116F">
        <w:trPr>
          <w:trHeight w:val="394"/>
        </w:trPr>
        <w:tc>
          <w:tcPr>
            <w:tcW w:w="2106" w:type="dxa"/>
            <w:vMerge/>
            <w:tcBorders>
              <w:top w:val="single" w:sz="4" w:space="0" w:color="auto"/>
              <w:left w:val="single" w:sz="4" w:space="0" w:color="auto"/>
              <w:bottom w:val="single" w:sz="4" w:space="0" w:color="auto"/>
              <w:right w:val="single" w:sz="4" w:space="0" w:color="auto"/>
            </w:tcBorders>
          </w:tcPr>
          <w:p w14:paraId="3D6151B1"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5987D202" w14:textId="77777777" w:rsidR="0097296A" w:rsidRPr="007204D9" w:rsidRDefault="0097296A"/>
        </w:tc>
        <w:tc>
          <w:tcPr>
            <w:tcW w:w="6806" w:type="dxa"/>
            <w:tcBorders>
              <w:top w:val="single" w:sz="4" w:space="0" w:color="auto"/>
              <w:left w:val="single" w:sz="4" w:space="0" w:color="auto"/>
              <w:bottom w:val="single" w:sz="4" w:space="0" w:color="auto"/>
              <w:right w:val="single" w:sz="4" w:space="0" w:color="auto"/>
            </w:tcBorders>
            <w:tcMar>
              <w:left w:w="0" w:type="dxa"/>
              <w:right w:w="0" w:type="dxa"/>
            </w:tcMar>
          </w:tcPr>
          <w:p w14:paraId="4A908758" w14:textId="77777777" w:rsidR="0097296A" w:rsidRPr="007204D9" w:rsidRDefault="00000000">
            <w:pPr>
              <w:autoSpaceDE w:val="0"/>
              <w:autoSpaceDN w:val="0"/>
              <w:spacing w:before="90" w:after="0" w:line="200" w:lineRule="exact"/>
              <w:ind w:left="72"/>
            </w:pPr>
            <w:r w:rsidRPr="007204D9">
              <w:rPr>
                <w:color w:val="000000"/>
                <w:sz w:val="18"/>
              </w:rPr>
              <w:t xml:space="preserve">Não possui coletores. </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14:paraId="25A51509" w14:textId="77777777" w:rsidR="0097296A" w:rsidRPr="007204D9" w:rsidRDefault="00000000">
            <w:pPr>
              <w:autoSpaceDE w:val="0"/>
              <w:autoSpaceDN w:val="0"/>
              <w:spacing w:before="90" w:after="0" w:line="200" w:lineRule="exact"/>
              <w:jc w:val="center"/>
            </w:pPr>
            <w:r w:rsidRPr="007204D9">
              <w:rPr>
                <w:color w:val="000000"/>
                <w:sz w:val="18"/>
              </w:rPr>
              <w:t xml:space="preserve">NAT </w:t>
            </w:r>
          </w:p>
        </w:tc>
        <w:tc>
          <w:tcPr>
            <w:tcW w:w="1136"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4924BA7C" w14:textId="77777777" w:rsidR="0097296A" w:rsidRPr="007204D9" w:rsidRDefault="00000000">
            <w:pPr>
              <w:autoSpaceDE w:val="0"/>
              <w:autoSpaceDN w:val="0"/>
              <w:spacing w:before="90" w:after="0" w:line="200" w:lineRule="exact"/>
              <w:jc w:val="center"/>
            </w:pPr>
            <w:r w:rsidRPr="007204D9">
              <w:rPr>
                <w:color w:val="000000"/>
                <w:sz w:val="18"/>
              </w:rPr>
              <w:t xml:space="preserve">3 </w:t>
            </w:r>
          </w:p>
        </w:tc>
      </w:tr>
      <w:tr w:rsidR="0097296A" w:rsidRPr="007204D9" w14:paraId="01179427"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6F2A4C40"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4BC1ACD" w14:textId="77777777" w:rsidR="0097296A" w:rsidRPr="007204D9" w:rsidRDefault="0097296A"/>
        </w:tc>
        <w:tc>
          <w:tcPr>
            <w:tcW w:w="6806" w:type="dxa"/>
            <w:tcBorders>
              <w:top w:val="single" w:sz="4" w:space="0" w:color="auto"/>
              <w:left w:val="single" w:sz="4" w:space="0" w:color="auto"/>
              <w:bottom w:val="single" w:sz="3" w:space="0" w:color="auto"/>
              <w:right w:val="single" w:sz="4" w:space="0" w:color="auto"/>
            </w:tcBorders>
            <w:tcMar>
              <w:left w:w="0" w:type="dxa"/>
              <w:right w:w="0" w:type="dxa"/>
            </w:tcMar>
          </w:tcPr>
          <w:p w14:paraId="7F5D0582" w14:textId="77777777" w:rsidR="0097296A" w:rsidRPr="007204D9" w:rsidRDefault="00000000">
            <w:pPr>
              <w:autoSpaceDE w:val="0"/>
              <w:autoSpaceDN w:val="0"/>
              <w:spacing w:before="96" w:after="0" w:line="202" w:lineRule="exact"/>
              <w:ind w:left="72"/>
            </w:pPr>
            <w:r w:rsidRPr="007204D9">
              <w:rPr>
                <w:color w:val="000000"/>
                <w:sz w:val="18"/>
              </w:rPr>
              <w:t xml:space="preserve">Não se aplica. Não há geração de resíduos biológicos e/ou perfurocortantes. </w:t>
            </w:r>
          </w:p>
        </w:tc>
        <w:tc>
          <w:tcPr>
            <w:tcW w:w="852" w:type="dxa"/>
            <w:tcBorders>
              <w:top w:val="single" w:sz="4" w:space="0" w:color="auto"/>
              <w:left w:val="single" w:sz="4" w:space="0" w:color="auto"/>
              <w:bottom w:val="single" w:sz="3" w:space="0" w:color="auto"/>
              <w:right w:val="single" w:sz="4" w:space="0" w:color="auto"/>
            </w:tcBorders>
            <w:tcMar>
              <w:left w:w="0" w:type="dxa"/>
              <w:right w:w="0" w:type="dxa"/>
            </w:tcMar>
          </w:tcPr>
          <w:p w14:paraId="2EA940AB" w14:textId="77777777" w:rsidR="0097296A" w:rsidRPr="007204D9" w:rsidRDefault="00000000">
            <w:pPr>
              <w:autoSpaceDE w:val="0"/>
              <w:autoSpaceDN w:val="0"/>
              <w:spacing w:before="96" w:after="0" w:line="202" w:lineRule="exact"/>
              <w:jc w:val="center"/>
            </w:pPr>
            <w:r w:rsidRPr="007204D9">
              <w:rPr>
                <w:color w:val="000000"/>
                <w:sz w:val="18"/>
              </w:rPr>
              <w:t xml:space="preserve">NAP </w:t>
            </w:r>
          </w:p>
        </w:tc>
        <w:tc>
          <w:tcPr>
            <w:tcW w:w="1136" w:type="dxa"/>
            <w:tcBorders>
              <w:top w:val="single" w:sz="4" w:space="0" w:color="auto"/>
              <w:left w:val="single" w:sz="4" w:space="0" w:color="auto"/>
              <w:bottom w:val="single" w:sz="3" w:space="0" w:color="auto"/>
              <w:right w:val="single" w:sz="4" w:space="0" w:color="auto"/>
            </w:tcBorders>
            <w:tcMar>
              <w:left w:w="0" w:type="dxa"/>
              <w:right w:w="0" w:type="dxa"/>
            </w:tcMar>
          </w:tcPr>
          <w:p w14:paraId="2E229E17"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5B5C40B2"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009B4DB3"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610081FA" w14:textId="77777777" w:rsidR="0097296A" w:rsidRPr="007204D9" w:rsidRDefault="0097296A"/>
        </w:tc>
        <w:tc>
          <w:tcPr>
            <w:tcW w:w="6806" w:type="dxa"/>
            <w:tcBorders>
              <w:top w:val="single" w:sz="3" w:space="0" w:color="auto"/>
              <w:left w:val="single" w:sz="4" w:space="0" w:color="auto"/>
              <w:bottom w:val="single" w:sz="4" w:space="0" w:color="auto"/>
              <w:right w:val="single" w:sz="4" w:space="0" w:color="auto"/>
            </w:tcBorders>
            <w:tcMar>
              <w:left w:w="0" w:type="dxa"/>
              <w:right w:w="0" w:type="dxa"/>
            </w:tcMar>
          </w:tcPr>
          <w:p w14:paraId="6B8730C4" w14:textId="77777777" w:rsidR="0097296A" w:rsidRPr="007204D9" w:rsidRDefault="00000000">
            <w:pPr>
              <w:autoSpaceDE w:val="0"/>
              <w:autoSpaceDN w:val="0"/>
              <w:spacing w:before="100" w:after="0" w:line="200" w:lineRule="exact"/>
              <w:ind w:left="72"/>
            </w:pPr>
            <w:r w:rsidRPr="007204D9">
              <w:rPr>
                <w:color w:val="000000"/>
                <w:sz w:val="18"/>
              </w:rPr>
              <w:t xml:space="preserve">Não observado. (Especificar no comentário o motivo da não observação) </w:t>
            </w:r>
          </w:p>
        </w:tc>
        <w:tc>
          <w:tcPr>
            <w:tcW w:w="852" w:type="dxa"/>
            <w:tcBorders>
              <w:top w:val="single" w:sz="3" w:space="0" w:color="auto"/>
              <w:left w:val="single" w:sz="4" w:space="0" w:color="auto"/>
              <w:bottom w:val="single" w:sz="4" w:space="0" w:color="auto"/>
              <w:right w:val="single" w:sz="4" w:space="0" w:color="auto"/>
            </w:tcBorders>
            <w:tcMar>
              <w:left w:w="0" w:type="dxa"/>
              <w:right w:w="0" w:type="dxa"/>
            </w:tcMar>
          </w:tcPr>
          <w:p w14:paraId="3C66B1BC" w14:textId="77777777" w:rsidR="0097296A" w:rsidRPr="007204D9" w:rsidRDefault="00000000">
            <w:pPr>
              <w:autoSpaceDE w:val="0"/>
              <w:autoSpaceDN w:val="0"/>
              <w:spacing w:before="100" w:after="0" w:line="200" w:lineRule="exact"/>
              <w:jc w:val="center"/>
            </w:pPr>
            <w:r w:rsidRPr="007204D9">
              <w:rPr>
                <w:color w:val="000000"/>
                <w:sz w:val="18"/>
              </w:rPr>
              <w:t xml:space="preserve">NO </w:t>
            </w:r>
          </w:p>
        </w:tc>
        <w:tc>
          <w:tcPr>
            <w:tcW w:w="1136" w:type="dxa"/>
            <w:tcBorders>
              <w:top w:val="single" w:sz="3" w:space="0" w:color="auto"/>
              <w:left w:val="single" w:sz="4" w:space="0" w:color="auto"/>
              <w:bottom w:val="single" w:sz="4" w:space="0" w:color="auto"/>
              <w:right w:val="single" w:sz="4" w:space="0" w:color="auto"/>
            </w:tcBorders>
            <w:tcMar>
              <w:left w:w="0" w:type="dxa"/>
              <w:right w:w="0" w:type="dxa"/>
            </w:tcMar>
          </w:tcPr>
          <w:p w14:paraId="4ABD4DBE"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1FB6CF38" w14:textId="77777777">
        <w:trPr>
          <w:trHeight w:val="916"/>
        </w:trPr>
        <w:tc>
          <w:tcPr>
            <w:tcW w:w="2106" w:type="dxa"/>
            <w:vMerge/>
            <w:tcBorders>
              <w:top w:val="single" w:sz="4" w:space="0" w:color="auto"/>
              <w:left w:val="single" w:sz="4" w:space="0" w:color="auto"/>
              <w:bottom w:val="single" w:sz="4" w:space="0" w:color="auto"/>
              <w:right w:val="single" w:sz="4" w:space="0" w:color="auto"/>
            </w:tcBorders>
          </w:tcPr>
          <w:p w14:paraId="7D2AE239"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135A4AF"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31FBB0B5" w14:textId="77777777" w:rsidR="0097296A" w:rsidRPr="007204D9" w:rsidRDefault="00000000">
            <w:pPr>
              <w:autoSpaceDE w:val="0"/>
              <w:autoSpaceDN w:val="0"/>
              <w:spacing w:after="0" w:line="200" w:lineRule="exact"/>
              <w:ind w:left="72"/>
            </w:pPr>
            <w:r w:rsidRPr="007204D9">
              <w:rPr>
                <w:color w:val="000000"/>
                <w:sz w:val="18"/>
              </w:rPr>
              <w:t xml:space="preserve">Comentário: </w:t>
            </w:r>
          </w:p>
        </w:tc>
      </w:tr>
    </w:tbl>
    <w:p w14:paraId="43386B6A" w14:textId="77777777" w:rsidR="0097296A" w:rsidRPr="007204D9" w:rsidRDefault="00000000">
      <w:pPr>
        <w:autoSpaceDE w:val="0"/>
        <w:autoSpaceDN w:val="0"/>
        <w:spacing w:before="202" w:after="0" w:line="266" w:lineRule="exact"/>
        <w:ind w:right="220"/>
        <w:jc w:val="right"/>
      </w:pPr>
      <w:r w:rsidRPr="007204D9">
        <w:rPr>
          <w:color w:val="000000"/>
          <w:sz w:val="24"/>
        </w:rPr>
        <w:t>24</w:t>
      </w:r>
    </w:p>
    <w:p w14:paraId="667D93B4" w14:textId="77777777" w:rsidR="0097296A" w:rsidRPr="007204D9" w:rsidRDefault="0097296A">
      <w:pPr>
        <w:sectPr w:rsidR="0097296A" w:rsidRPr="007204D9">
          <w:pgSz w:w="11906" w:h="16838"/>
          <w:pgMar w:top="340" w:right="500" w:bottom="340" w:left="876" w:header="720" w:footer="720" w:gutter="0"/>
          <w:cols w:space="720"/>
          <w:docGrid w:linePitch="360"/>
        </w:sectPr>
      </w:pPr>
    </w:p>
    <w:p w14:paraId="7A984431"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40"/>
        <w:gridCol w:w="7230"/>
        <w:gridCol w:w="584"/>
        <w:gridCol w:w="980"/>
      </w:tblGrid>
      <w:tr w:rsidR="0097296A" w:rsidRPr="007204D9" w14:paraId="42BFE3D5" w14:textId="77777777">
        <w:trPr>
          <w:trHeight w:val="84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3E7D09E8" w14:textId="77777777" w:rsidR="0097296A" w:rsidRPr="007204D9" w:rsidRDefault="00000000">
            <w:pPr>
              <w:autoSpaceDE w:val="0"/>
              <w:autoSpaceDN w:val="0"/>
              <w:spacing w:before="1780" w:after="0" w:line="200" w:lineRule="exact"/>
              <w:jc w:val="center"/>
            </w:pPr>
            <w:r w:rsidRPr="007204D9">
              <w:rPr>
                <w:color w:val="000000"/>
                <w:sz w:val="18"/>
              </w:rPr>
              <w:t xml:space="preserve">6.13 </w:t>
            </w:r>
          </w:p>
        </w:tc>
        <w:tc>
          <w:tcPr>
            <w:tcW w:w="1140"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5DF1D7BB" w14:textId="77777777" w:rsidR="0097296A" w:rsidRPr="007204D9" w:rsidRDefault="00000000">
            <w:pPr>
              <w:autoSpaceDE w:val="0"/>
              <w:autoSpaceDN w:val="0"/>
              <w:spacing w:before="1780" w:after="0" w:line="200" w:lineRule="exact"/>
              <w:jc w:val="center"/>
            </w:pPr>
            <w:r w:rsidRPr="007204D9">
              <w:rPr>
                <w:color w:val="000000"/>
                <w:sz w:val="18"/>
              </w:rPr>
              <w:t xml:space="preserve">3 </w:t>
            </w:r>
          </w:p>
        </w:tc>
        <w:tc>
          <w:tcPr>
            <w:tcW w:w="8794"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21EE0198" w14:textId="77777777" w:rsidR="0097296A" w:rsidRPr="007204D9" w:rsidRDefault="00000000">
            <w:pPr>
              <w:autoSpaceDE w:val="0"/>
              <w:autoSpaceDN w:val="0"/>
              <w:spacing w:before="100" w:after="0" w:line="206" w:lineRule="exact"/>
              <w:ind w:left="72" w:right="10"/>
              <w:jc w:val="both"/>
            </w:pPr>
            <w:r w:rsidRPr="007204D9">
              <w:rPr>
                <w:b/>
                <w:color w:val="000000"/>
                <w:sz w:val="18"/>
              </w:rPr>
              <w:t xml:space="preserve">Os resíduos de serviços de saúde são dispostos em recipientes armazenados em um depósito temporário de resíduos (DTR) dotado de piso e paredes de superfícies lisas e laváveis? (Doc. Ref.: Resolução RDC nº 306/2004 da ANVISA; Resolução CONAMA nº 358/2005; NR 32/2005). </w:t>
            </w:r>
          </w:p>
        </w:tc>
      </w:tr>
      <w:tr w:rsidR="0097296A" w:rsidRPr="007204D9" w14:paraId="5A6B51A6" w14:textId="77777777" w:rsidTr="00050CAE">
        <w:trPr>
          <w:trHeight w:val="396"/>
        </w:trPr>
        <w:tc>
          <w:tcPr>
            <w:tcW w:w="2106" w:type="dxa"/>
            <w:vMerge/>
            <w:tcBorders>
              <w:top w:val="single" w:sz="3" w:space="0" w:color="auto"/>
              <w:left w:val="single" w:sz="4" w:space="0" w:color="auto"/>
              <w:bottom w:val="single" w:sz="4" w:space="0" w:color="auto"/>
              <w:right w:val="single" w:sz="4" w:space="0" w:color="auto"/>
            </w:tcBorders>
          </w:tcPr>
          <w:p w14:paraId="56944462"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111053EC"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3A7042ED" w14:textId="77777777" w:rsidR="0097296A" w:rsidRPr="007204D9" w:rsidRDefault="00000000">
            <w:pPr>
              <w:autoSpaceDE w:val="0"/>
              <w:autoSpaceDN w:val="0"/>
              <w:spacing w:before="94" w:after="0" w:line="200" w:lineRule="exact"/>
              <w:ind w:left="72"/>
            </w:pPr>
            <w:r w:rsidRPr="007204D9">
              <w:rPr>
                <w:color w:val="000000"/>
                <w:sz w:val="18"/>
              </w:rPr>
              <w:t xml:space="preserve">Sim, os resíduos estão armazenados em conformidade.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7FC44ECB"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9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290FB3A4"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78E30F2C" w14:textId="77777777" w:rsidTr="0082116F">
        <w:trPr>
          <w:trHeight w:val="398"/>
        </w:trPr>
        <w:tc>
          <w:tcPr>
            <w:tcW w:w="2106" w:type="dxa"/>
            <w:vMerge/>
            <w:tcBorders>
              <w:top w:val="single" w:sz="3" w:space="0" w:color="auto"/>
              <w:left w:val="single" w:sz="4" w:space="0" w:color="auto"/>
              <w:bottom w:val="single" w:sz="4" w:space="0" w:color="auto"/>
              <w:right w:val="single" w:sz="4" w:space="0" w:color="auto"/>
            </w:tcBorders>
          </w:tcPr>
          <w:p w14:paraId="62283A8C"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3C5B069E"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0B19BB9C" w14:textId="77777777" w:rsidR="0097296A" w:rsidRPr="007204D9" w:rsidRDefault="00000000">
            <w:pPr>
              <w:autoSpaceDE w:val="0"/>
              <w:autoSpaceDN w:val="0"/>
              <w:spacing w:before="98" w:after="0" w:line="202" w:lineRule="exact"/>
              <w:ind w:left="72"/>
            </w:pPr>
            <w:r w:rsidRPr="007204D9">
              <w:rPr>
                <w:color w:val="000000"/>
                <w:sz w:val="18"/>
              </w:rPr>
              <w:t xml:space="preserve">Não, alguns quesitos não constam. </w:t>
            </w:r>
            <w:r w:rsidRPr="007204D9">
              <w:rPr>
                <w:color w:val="000000"/>
                <w:sz w:val="18"/>
              </w:rPr>
              <w:t xml:space="preserve">(Especificar quais nos comentários).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753F0BD6" w14:textId="77777777" w:rsidR="0097296A" w:rsidRPr="007204D9" w:rsidRDefault="00000000">
            <w:pPr>
              <w:autoSpaceDE w:val="0"/>
              <w:autoSpaceDN w:val="0"/>
              <w:spacing w:before="98" w:after="0" w:line="202" w:lineRule="exact"/>
              <w:jc w:val="center"/>
            </w:pPr>
            <w:r w:rsidRPr="007204D9">
              <w:rPr>
                <w:color w:val="000000"/>
                <w:sz w:val="18"/>
              </w:rPr>
              <w:t xml:space="preserve">AP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0EB60B7A" w14:textId="77777777" w:rsidR="0097296A" w:rsidRPr="007204D9" w:rsidRDefault="00000000">
            <w:pPr>
              <w:autoSpaceDE w:val="0"/>
              <w:autoSpaceDN w:val="0"/>
              <w:spacing w:before="98" w:after="0" w:line="202" w:lineRule="exact"/>
              <w:jc w:val="center"/>
            </w:pPr>
            <w:r w:rsidRPr="007204D9">
              <w:rPr>
                <w:color w:val="000000"/>
                <w:sz w:val="18"/>
              </w:rPr>
              <w:t xml:space="preserve">2 </w:t>
            </w:r>
          </w:p>
        </w:tc>
      </w:tr>
      <w:tr w:rsidR="0097296A" w:rsidRPr="007204D9" w14:paraId="150D1EEC" w14:textId="77777777" w:rsidTr="0082116F">
        <w:trPr>
          <w:trHeight w:val="400"/>
        </w:trPr>
        <w:tc>
          <w:tcPr>
            <w:tcW w:w="2106" w:type="dxa"/>
            <w:vMerge/>
            <w:tcBorders>
              <w:top w:val="single" w:sz="3" w:space="0" w:color="auto"/>
              <w:left w:val="single" w:sz="4" w:space="0" w:color="auto"/>
              <w:bottom w:val="single" w:sz="4" w:space="0" w:color="auto"/>
              <w:right w:val="single" w:sz="4" w:space="0" w:color="auto"/>
            </w:tcBorders>
          </w:tcPr>
          <w:p w14:paraId="39CA129B"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18389575" w14:textId="77777777" w:rsidR="0097296A" w:rsidRPr="007204D9" w:rsidRDefault="0097296A"/>
        </w:tc>
        <w:tc>
          <w:tcPr>
            <w:tcW w:w="7230" w:type="dxa"/>
            <w:tcBorders>
              <w:top w:val="single" w:sz="4" w:space="0" w:color="auto"/>
              <w:left w:val="single" w:sz="4" w:space="0" w:color="auto"/>
              <w:bottom w:val="single" w:sz="3" w:space="0" w:color="auto"/>
              <w:right w:val="single" w:sz="3" w:space="0" w:color="auto"/>
            </w:tcBorders>
            <w:tcMar>
              <w:left w:w="0" w:type="dxa"/>
              <w:right w:w="0" w:type="dxa"/>
            </w:tcMar>
          </w:tcPr>
          <w:p w14:paraId="4DCA787A" w14:textId="77777777" w:rsidR="0097296A" w:rsidRPr="007204D9" w:rsidRDefault="00000000">
            <w:pPr>
              <w:autoSpaceDE w:val="0"/>
              <w:autoSpaceDN w:val="0"/>
              <w:spacing w:before="96" w:after="0" w:line="202" w:lineRule="exact"/>
              <w:ind w:left="72"/>
            </w:pPr>
            <w:r w:rsidRPr="007204D9">
              <w:rPr>
                <w:color w:val="000000"/>
                <w:sz w:val="18"/>
              </w:rPr>
              <w:t xml:space="preserve">Não atendem. </w:t>
            </w:r>
          </w:p>
        </w:tc>
        <w:tc>
          <w:tcPr>
            <w:tcW w:w="584" w:type="dxa"/>
            <w:tcBorders>
              <w:top w:val="single" w:sz="4" w:space="0" w:color="auto"/>
              <w:left w:val="single" w:sz="3" w:space="0" w:color="auto"/>
              <w:bottom w:val="single" w:sz="3" w:space="0" w:color="auto"/>
              <w:right w:val="single" w:sz="4" w:space="0" w:color="auto"/>
            </w:tcBorders>
            <w:tcMar>
              <w:left w:w="0" w:type="dxa"/>
              <w:right w:w="0" w:type="dxa"/>
            </w:tcMar>
          </w:tcPr>
          <w:p w14:paraId="6B7CCB64"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980"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2D93AAD3"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5748C5A8" w14:textId="77777777">
        <w:trPr>
          <w:trHeight w:val="400"/>
        </w:trPr>
        <w:tc>
          <w:tcPr>
            <w:tcW w:w="2106" w:type="dxa"/>
            <w:vMerge/>
            <w:tcBorders>
              <w:top w:val="single" w:sz="3" w:space="0" w:color="auto"/>
              <w:left w:val="single" w:sz="4" w:space="0" w:color="auto"/>
              <w:bottom w:val="single" w:sz="4" w:space="0" w:color="auto"/>
              <w:right w:val="single" w:sz="4" w:space="0" w:color="auto"/>
            </w:tcBorders>
          </w:tcPr>
          <w:p w14:paraId="3367F50A"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3630480A" w14:textId="77777777" w:rsidR="0097296A" w:rsidRPr="007204D9" w:rsidRDefault="0097296A"/>
        </w:tc>
        <w:tc>
          <w:tcPr>
            <w:tcW w:w="7230" w:type="dxa"/>
            <w:tcBorders>
              <w:top w:val="single" w:sz="3" w:space="0" w:color="auto"/>
              <w:left w:val="single" w:sz="4" w:space="0" w:color="auto"/>
              <w:bottom w:val="single" w:sz="4" w:space="0" w:color="auto"/>
              <w:right w:val="single" w:sz="3" w:space="0" w:color="auto"/>
            </w:tcBorders>
            <w:tcMar>
              <w:left w:w="0" w:type="dxa"/>
              <w:right w:w="0" w:type="dxa"/>
            </w:tcMar>
          </w:tcPr>
          <w:p w14:paraId="75488571" w14:textId="77777777" w:rsidR="0097296A" w:rsidRPr="007204D9" w:rsidRDefault="00000000">
            <w:pPr>
              <w:autoSpaceDE w:val="0"/>
              <w:autoSpaceDN w:val="0"/>
              <w:spacing w:before="98" w:after="0" w:line="200" w:lineRule="exact"/>
              <w:ind w:left="72"/>
            </w:pPr>
            <w:r w:rsidRPr="007204D9">
              <w:rPr>
                <w:color w:val="000000"/>
                <w:sz w:val="18"/>
              </w:rPr>
              <w:t xml:space="preserve">Não se aplica. Não há geração de resíduos de serviços de saúde. </w:t>
            </w:r>
          </w:p>
        </w:tc>
        <w:tc>
          <w:tcPr>
            <w:tcW w:w="584" w:type="dxa"/>
            <w:tcBorders>
              <w:top w:val="single" w:sz="3" w:space="0" w:color="auto"/>
              <w:left w:val="single" w:sz="3" w:space="0" w:color="auto"/>
              <w:bottom w:val="single" w:sz="4" w:space="0" w:color="auto"/>
              <w:right w:val="single" w:sz="4" w:space="0" w:color="auto"/>
            </w:tcBorders>
            <w:tcMar>
              <w:left w:w="0" w:type="dxa"/>
              <w:right w:w="0" w:type="dxa"/>
            </w:tcMar>
          </w:tcPr>
          <w:p w14:paraId="7A3429C5" w14:textId="77777777" w:rsidR="0097296A" w:rsidRPr="007204D9" w:rsidRDefault="00000000">
            <w:pPr>
              <w:autoSpaceDE w:val="0"/>
              <w:autoSpaceDN w:val="0"/>
              <w:spacing w:before="98" w:after="0" w:line="200" w:lineRule="exact"/>
              <w:jc w:val="center"/>
            </w:pPr>
            <w:r w:rsidRPr="007204D9">
              <w:rPr>
                <w:color w:val="000000"/>
                <w:sz w:val="18"/>
              </w:rPr>
              <w:t xml:space="preserve">NAP </w:t>
            </w:r>
          </w:p>
        </w:tc>
        <w:tc>
          <w:tcPr>
            <w:tcW w:w="980" w:type="dxa"/>
            <w:tcBorders>
              <w:top w:val="single" w:sz="3" w:space="0" w:color="auto"/>
              <w:left w:val="single" w:sz="4" w:space="0" w:color="auto"/>
              <w:bottom w:val="single" w:sz="4" w:space="0" w:color="auto"/>
              <w:right w:val="single" w:sz="4" w:space="0" w:color="auto"/>
            </w:tcBorders>
            <w:tcMar>
              <w:left w:w="0" w:type="dxa"/>
              <w:right w:w="0" w:type="dxa"/>
            </w:tcMar>
          </w:tcPr>
          <w:p w14:paraId="3E337629"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4DFE2708" w14:textId="77777777">
        <w:trPr>
          <w:trHeight w:val="398"/>
        </w:trPr>
        <w:tc>
          <w:tcPr>
            <w:tcW w:w="2106" w:type="dxa"/>
            <w:vMerge/>
            <w:tcBorders>
              <w:top w:val="single" w:sz="3" w:space="0" w:color="auto"/>
              <w:left w:val="single" w:sz="4" w:space="0" w:color="auto"/>
              <w:bottom w:val="single" w:sz="4" w:space="0" w:color="auto"/>
              <w:right w:val="single" w:sz="4" w:space="0" w:color="auto"/>
            </w:tcBorders>
          </w:tcPr>
          <w:p w14:paraId="1DD391CE"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588D4228"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3E2FECD2" w14:textId="77777777" w:rsidR="0097296A" w:rsidRPr="007204D9" w:rsidRDefault="00000000">
            <w:pPr>
              <w:autoSpaceDE w:val="0"/>
              <w:autoSpaceDN w:val="0"/>
              <w:spacing w:before="96" w:after="0" w:line="200"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4F9D0A88"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56A9DFDE"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CE53235" w14:textId="77777777">
        <w:trPr>
          <w:trHeight w:val="914"/>
        </w:trPr>
        <w:tc>
          <w:tcPr>
            <w:tcW w:w="2106" w:type="dxa"/>
            <w:vMerge/>
            <w:tcBorders>
              <w:top w:val="single" w:sz="3" w:space="0" w:color="auto"/>
              <w:left w:val="single" w:sz="4" w:space="0" w:color="auto"/>
              <w:bottom w:val="single" w:sz="4" w:space="0" w:color="auto"/>
              <w:right w:val="single" w:sz="4" w:space="0" w:color="auto"/>
            </w:tcBorders>
          </w:tcPr>
          <w:p w14:paraId="2A2C4083" w14:textId="77777777" w:rsidR="0097296A" w:rsidRPr="007204D9" w:rsidRDefault="0097296A"/>
        </w:tc>
        <w:tc>
          <w:tcPr>
            <w:tcW w:w="2106" w:type="dxa"/>
            <w:vMerge/>
            <w:tcBorders>
              <w:top w:val="single" w:sz="3" w:space="0" w:color="auto"/>
              <w:left w:val="single" w:sz="4" w:space="0" w:color="auto"/>
              <w:bottom w:val="single" w:sz="4" w:space="0" w:color="auto"/>
              <w:right w:val="single" w:sz="4" w:space="0" w:color="auto"/>
            </w:tcBorders>
          </w:tcPr>
          <w:p w14:paraId="7EB3BCED"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063BA0C" w14:textId="77777777" w:rsidR="0097296A" w:rsidRPr="007204D9" w:rsidRDefault="00000000">
            <w:pPr>
              <w:autoSpaceDE w:val="0"/>
              <w:autoSpaceDN w:val="0"/>
              <w:spacing w:after="0" w:line="200" w:lineRule="exact"/>
              <w:ind w:left="72"/>
            </w:pPr>
            <w:r w:rsidRPr="007204D9">
              <w:rPr>
                <w:color w:val="000000"/>
                <w:sz w:val="18"/>
              </w:rPr>
              <w:t xml:space="preserve">Comentário: </w:t>
            </w:r>
          </w:p>
        </w:tc>
      </w:tr>
      <w:tr w:rsidR="0097296A" w:rsidRPr="007204D9" w14:paraId="46B067D1" w14:textId="77777777">
        <w:trPr>
          <w:trHeight w:val="77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FC3D88C" w14:textId="77777777" w:rsidR="0097296A" w:rsidRPr="007204D9" w:rsidRDefault="00000000">
            <w:pPr>
              <w:autoSpaceDE w:val="0"/>
              <w:autoSpaceDN w:val="0"/>
              <w:spacing w:before="1744" w:after="0" w:line="200" w:lineRule="exact"/>
              <w:jc w:val="center"/>
            </w:pPr>
            <w:r w:rsidRPr="007204D9">
              <w:rPr>
                <w:color w:val="000000"/>
                <w:sz w:val="18"/>
              </w:rPr>
              <w:t xml:space="preserve">6.14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7573CAA" w14:textId="77777777" w:rsidR="0097296A" w:rsidRPr="007204D9" w:rsidRDefault="00000000">
            <w:pPr>
              <w:autoSpaceDE w:val="0"/>
              <w:autoSpaceDN w:val="0"/>
              <w:spacing w:before="1744" w:after="0" w:line="200"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8BF1C60" w14:textId="77777777" w:rsidR="0097296A" w:rsidRPr="007204D9" w:rsidRDefault="00000000">
            <w:pPr>
              <w:autoSpaceDE w:val="0"/>
              <w:autoSpaceDN w:val="0"/>
              <w:spacing w:before="62" w:after="0" w:line="206" w:lineRule="exact"/>
              <w:ind w:left="72" w:right="10"/>
              <w:jc w:val="both"/>
            </w:pPr>
            <w:r w:rsidRPr="007204D9">
              <w:rPr>
                <w:b/>
                <w:color w:val="000000"/>
                <w:sz w:val="18"/>
              </w:rPr>
              <w:t xml:space="preserve">A retirada dos resíduos de serviços de saúde está sendo realizada por empresa devidamente licenciada ou credenciada no órgão competente? (Doc. Ref.: Resolução RDC nº 306/2004 da ANVISA; Resolução CONAMA nº 358/2005). </w:t>
            </w:r>
          </w:p>
        </w:tc>
      </w:tr>
      <w:tr w:rsidR="0097296A" w:rsidRPr="007204D9" w14:paraId="61884077" w14:textId="77777777" w:rsidTr="00050CAE">
        <w:trPr>
          <w:trHeight w:val="396"/>
        </w:trPr>
        <w:tc>
          <w:tcPr>
            <w:tcW w:w="2106" w:type="dxa"/>
            <w:vMerge/>
            <w:tcBorders>
              <w:top w:val="single" w:sz="4" w:space="0" w:color="auto"/>
              <w:left w:val="single" w:sz="4" w:space="0" w:color="auto"/>
              <w:bottom w:val="single" w:sz="4" w:space="0" w:color="auto"/>
              <w:right w:val="single" w:sz="4" w:space="0" w:color="auto"/>
            </w:tcBorders>
          </w:tcPr>
          <w:p w14:paraId="788B87B3"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1BE1E8DF"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44AF7CD1" w14:textId="77777777" w:rsidR="0097296A" w:rsidRPr="007204D9" w:rsidRDefault="00000000">
            <w:pPr>
              <w:autoSpaceDE w:val="0"/>
              <w:autoSpaceDN w:val="0"/>
              <w:spacing w:before="94" w:after="0" w:line="200" w:lineRule="exact"/>
              <w:ind w:left="72"/>
            </w:pPr>
            <w:r w:rsidRPr="007204D9">
              <w:rPr>
                <w:color w:val="000000"/>
                <w:sz w:val="18"/>
              </w:rPr>
              <w:t xml:space="preserve">Sim, e a licença foi apresentada.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1B54348C"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9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08709171"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22DF0747" w14:textId="77777777" w:rsidTr="0082116F">
        <w:trPr>
          <w:trHeight w:val="400"/>
        </w:trPr>
        <w:tc>
          <w:tcPr>
            <w:tcW w:w="2106" w:type="dxa"/>
            <w:vMerge/>
            <w:tcBorders>
              <w:top w:val="single" w:sz="4" w:space="0" w:color="auto"/>
              <w:left w:val="single" w:sz="4" w:space="0" w:color="auto"/>
              <w:bottom w:val="single" w:sz="4" w:space="0" w:color="auto"/>
              <w:right w:val="single" w:sz="4" w:space="0" w:color="auto"/>
            </w:tcBorders>
          </w:tcPr>
          <w:p w14:paraId="431DF9B6"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00184D8"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0552487C" w14:textId="77777777" w:rsidR="0097296A" w:rsidRPr="007204D9" w:rsidRDefault="00000000">
            <w:pPr>
              <w:autoSpaceDE w:val="0"/>
              <w:autoSpaceDN w:val="0"/>
              <w:spacing w:before="98" w:after="0" w:line="200" w:lineRule="exact"/>
              <w:ind w:left="72"/>
            </w:pPr>
            <w:r w:rsidRPr="007204D9">
              <w:rPr>
                <w:color w:val="000000"/>
                <w:sz w:val="18"/>
              </w:rPr>
              <w:t xml:space="preserve">Sim, mas não há comprovante da licença.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40B373D2" w14:textId="77777777" w:rsidR="0097296A" w:rsidRPr="007204D9" w:rsidRDefault="00000000">
            <w:pPr>
              <w:autoSpaceDE w:val="0"/>
              <w:autoSpaceDN w:val="0"/>
              <w:spacing w:before="98" w:after="0" w:line="200" w:lineRule="exact"/>
              <w:jc w:val="center"/>
            </w:pPr>
            <w:r w:rsidRPr="007204D9">
              <w:rPr>
                <w:color w:val="000000"/>
                <w:sz w:val="18"/>
              </w:rPr>
              <w:t xml:space="preserve">AP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3F6F10A9" w14:textId="77777777" w:rsidR="0097296A" w:rsidRPr="007204D9" w:rsidRDefault="00000000">
            <w:pPr>
              <w:autoSpaceDE w:val="0"/>
              <w:autoSpaceDN w:val="0"/>
              <w:spacing w:before="98" w:after="0" w:line="200" w:lineRule="exact"/>
              <w:jc w:val="center"/>
            </w:pPr>
            <w:r w:rsidRPr="007204D9">
              <w:rPr>
                <w:color w:val="000000"/>
                <w:sz w:val="18"/>
              </w:rPr>
              <w:t xml:space="preserve">2 </w:t>
            </w:r>
          </w:p>
        </w:tc>
      </w:tr>
      <w:tr w:rsidR="0097296A" w:rsidRPr="007204D9" w14:paraId="0E65F7AD" w14:textId="77777777" w:rsidTr="0082116F">
        <w:trPr>
          <w:trHeight w:val="396"/>
        </w:trPr>
        <w:tc>
          <w:tcPr>
            <w:tcW w:w="2106" w:type="dxa"/>
            <w:vMerge/>
            <w:tcBorders>
              <w:top w:val="single" w:sz="4" w:space="0" w:color="auto"/>
              <w:left w:val="single" w:sz="4" w:space="0" w:color="auto"/>
              <w:bottom w:val="single" w:sz="4" w:space="0" w:color="auto"/>
              <w:right w:val="single" w:sz="4" w:space="0" w:color="auto"/>
            </w:tcBorders>
          </w:tcPr>
          <w:p w14:paraId="6126E723"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2C7E1A55"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7CC508F0" w14:textId="77777777" w:rsidR="0097296A" w:rsidRPr="007204D9" w:rsidRDefault="00000000">
            <w:pPr>
              <w:autoSpaceDE w:val="0"/>
              <w:autoSpaceDN w:val="0"/>
              <w:spacing w:before="96" w:after="0" w:line="202" w:lineRule="exact"/>
              <w:ind w:left="72"/>
            </w:pPr>
            <w:r w:rsidRPr="007204D9">
              <w:rPr>
                <w:color w:val="000000"/>
                <w:sz w:val="18"/>
              </w:rPr>
              <w:t xml:space="preserve">Não há contrato com empresa </w:t>
            </w:r>
            <w:proofErr w:type="spellStart"/>
            <w:r w:rsidRPr="007204D9">
              <w:rPr>
                <w:color w:val="000000"/>
                <w:sz w:val="18"/>
              </w:rPr>
              <w:t>tercerizada</w:t>
            </w:r>
            <w:proofErr w:type="spellEnd"/>
            <w:r w:rsidRPr="007204D9">
              <w:rPr>
                <w:color w:val="000000"/>
                <w:sz w:val="18"/>
              </w:rPr>
              <w:t xml:space="preserve"> e/ou a empresa não possui licença.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2DF4EC21"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8137B17"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36A48946"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78DB64E9"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13BB4046" w14:textId="77777777" w:rsidR="0097296A" w:rsidRPr="007204D9" w:rsidRDefault="0097296A"/>
        </w:tc>
        <w:tc>
          <w:tcPr>
            <w:tcW w:w="7230" w:type="dxa"/>
            <w:tcBorders>
              <w:top w:val="single" w:sz="4" w:space="0" w:color="auto"/>
              <w:left w:val="single" w:sz="4" w:space="0" w:color="auto"/>
              <w:bottom w:val="single" w:sz="3" w:space="0" w:color="auto"/>
              <w:right w:val="single" w:sz="3" w:space="0" w:color="auto"/>
            </w:tcBorders>
            <w:tcMar>
              <w:left w:w="0" w:type="dxa"/>
              <w:right w:w="0" w:type="dxa"/>
            </w:tcMar>
          </w:tcPr>
          <w:p w14:paraId="119D7A33" w14:textId="77777777" w:rsidR="0097296A" w:rsidRPr="007204D9" w:rsidRDefault="00000000">
            <w:pPr>
              <w:autoSpaceDE w:val="0"/>
              <w:autoSpaceDN w:val="0"/>
              <w:spacing w:before="98" w:after="0" w:line="202" w:lineRule="exact"/>
              <w:ind w:left="72"/>
            </w:pPr>
            <w:r w:rsidRPr="007204D9">
              <w:rPr>
                <w:color w:val="000000"/>
                <w:sz w:val="18"/>
              </w:rPr>
              <w:t xml:space="preserve">Não se aplica. Não há geração de resíduos de serviços de saúde. </w:t>
            </w:r>
          </w:p>
        </w:tc>
        <w:tc>
          <w:tcPr>
            <w:tcW w:w="584" w:type="dxa"/>
            <w:tcBorders>
              <w:top w:val="single" w:sz="4" w:space="0" w:color="auto"/>
              <w:left w:val="single" w:sz="3" w:space="0" w:color="auto"/>
              <w:bottom w:val="single" w:sz="3" w:space="0" w:color="auto"/>
              <w:right w:val="single" w:sz="4" w:space="0" w:color="auto"/>
            </w:tcBorders>
            <w:tcMar>
              <w:left w:w="0" w:type="dxa"/>
              <w:right w:w="0" w:type="dxa"/>
            </w:tcMar>
          </w:tcPr>
          <w:p w14:paraId="6165B5EA" w14:textId="77777777" w:rsidR="0097296A" w:rsidRPr="007204D9" w:rsidRDefault="00000000">
            <w:pPr>
              <w:autoSpaceDE w:val="0"/>
              <w:autoSpaceDN w:val="0"/>
              <w:spacing w:before="98" w:after="0" w:line="202" w:lineRule="exact"/>
              <w:jc w:val="center"/>
            </w:pPr>
            <w:r w:rsidRPr="007204D9">
              <w:rPr>
                <w:color w:val="000000"/>
                <w:sz w:val="18"/>
              </w:rPr>
              <w:t xml:space="preserve">NAP </w:t>
            </w:r>
          </w:p>
        </w:tc>
        <w:tc>
          <w:tcPr>
            <w:tcW w:w="980" w:type="dxa"/>
            <w:tcBorders>
              <w:top w:val="single" w:sz="4" w:space="0" w:color="auto"/>
              <w:left w:val="single" w:sz="4" w:space="0" w:color="auto"/>
              <w:bottom w:val="single" w:sz="3" w:space="0" w:color="auto"/>
              <w:right w:val="single" w:sz="4" w:space="0" w:color="auto"/>
            </w:tcBorders>
            <w:tcMar>
              <w:left w:w="0" w:type="dxa"/>
              <w:right w:w="0" w:type="dxa"/>
            </w:tcMar>
          </w:tcPr>
          <w:p w14:paraId="1600C57A" w14:textId="77777777" w:rsidR="0097296A" w:rsidRPr="007204D9" w:rsidRDefault="00000000">
            <w:pPr>
              <w:autoSpaceDE w:val="0"/>
              <w:autoSpaceDN w:val="0"/>
              <w:spacing w:before="98" w:after="0" w:line="202" w:lineRule="exact"/>
              <w:jc w:val="center"/>
            </w:pPr>
            <w:r w:rsidRPr="007204D9">
              <w:rPr>
                <w:color w:val="000000"/>
                <w:sz w:val="18"/>
              </w:rPr>
              <w:t xml:space="preserve">0 </w:t>
            </w:r>
          </w:p>
        </w:tc>
      </w:tr>
      <w:tr w:rsidR="0097296A" w:rsidRPr="007204D9" w14:paraId="54EC9913"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613325DC"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02404430" w14:textId="77777777" w:rsidR="0097296A" w:rsidRPr="007204D9" w:rsidRDefault="0097296A"/>
        </w:tc>
        <w:tc>
          <w:tcPr>
            <w:tcW w:w="7230" w:type="dxa"/>
            <w:tcBorders>
              <w:top w:val="single" w:sz="3" w:space="0" w:color="auto"/>
              <w:left w:val="single" w:sz="4" w:space="0" w:color="auto"/>
              <w:bottom w:val="single" w:sz="4" w:space="0" w:color="auto"/>
              <w:right w:val="single" w:sz="3" w:space="0" w:color="auto"/>
            </w:tcBorders>
            <w:tcMar>
              <w:left w:w="0" w:type="dxa"/>
              <w:right w:w="0" w:type="dxa"/>
            </w:tcMar>
          </w:tcPr>
          <w:p w14:paraId="7684A20D" w14:textId="77777777" w:rsidR="0097296A" w:rsidRPr="007204D9" w:rsidRDefault="00000000">
            <w:pPr>
              <w:autoSpaceDE w:val="0"/>
              <w:autoSpaceDN w:val="0"/>
              <w:spacing w:before="100" w:after="0" w:line="200" w:lineRule="exact"/>
              <w:ind w:left="72"/>
            </w:pPr>
            <w:r w:rsidRPr="007204D9">
              <w:rPr>
                <w:color w:val="000000"/>
                <w:sz w:val="18"/>
              </w:rPr>
              <w:t xml:space="preserve">Não observado. (Especificar no comentário o motivo da não observação) </w:t>
            </w:r>
          </w:p>
        </w:tc>
        <w:tc>
          <w:tcPr>
            <w:tcW w:w="584" w:type="dxa"/>
            <w:tcBorders>
              <w:top w:val="single" w:sz="3" w:space="0" w:color="auto"/>
              <w:left w:val="single" w:sz="3" w:space="0" w:color="auto"/>
              <w:bottom w:val="single" w:sz="4" w:space="0" w:color="auto"/>
              <w:right w:val="single" w:sz="4" w:space="0" w:color="auto"/>
            </w:tcBorders>
            <w:tcMar>
              <w:left w:w="0" w:type="dxa"/>
              <w:right w:w="0" w:type="dxa"/>
            </w:tcMar>
          </w:tcPr>
          <w:p w14:paraId="5949CAE7" w14:textId="77777777" w:rsidR="0097296A" w:rsidRPr="007204D9" w:rsidRDefault="00000000">
            <w:pPr>
              <w:autoSpaceDE w:val="0"/>
              <w:autoSpaceDN w:val="0"/>
              <w:spacing w:before="100" w:after="0" w:line="200" w:lineRule="exact"/>
              <w:jc w:val="center"/>
            </w:pPr>
            <w:r w:rsidRPr="007204D9">
              <w:rPr>
                <w:color w:val="000000"/>
                <w:sz w:val="18"/>
              </w:rPr>
              <w:t xml:space="preserve">NO </w:t>
            </w:r>
          </w:p>
        </w:tc>
        <w:tc>
          <w:tcPr>
            <w:tcW w:w="980" w:type="dxa"/>
            <w:tcBorders>
              <w:top w:val="single" w:sz="3" w:space="0" w:color="auto"/>
              <w:left w:val="single" w:sz="4" w:space="0" w:color="auto"/>
              <w:bottom w:val="single" w:sz="4" w:space="0" w:color="auto"/>
              <w:right w:val="single" w:sz="4" w:space="0" w:color="auto"/>
            </w:tcBorders>
            <w:tcMar>
              <w:left w:w="0" w:type="dxa"/>
              <w:right w:w="0" w:type="dxa"/>
            </w:tcMar>
          </w:tcPr>
          <w:p w14:paraId="7EF9EC56" w14:textId="77777777" w:rsidR="0097296A" w:rsidRPr="007204D9" w:rsidRDefault="00000000">
            <w:pPr>
              <w:autoSpaceDE w:val="0"/>
              <w:autoSpaceDN w:val="0"/>
              <w:spacing w:before="100" w:after="0" w:line="200" w:lineRule="exact"/>
              <w:jc w:val="center"/>
            </w:pPr>
            <w:r w:rsidRPr="007204D9">
              <w:rPr>
                <w:color w:val="000000"/>
                <w:sz w:val="18"/>
              </w:rPr>
              <w:t xml:space="preserve">0 </w:t>
            </w:r>
          </w:p>
        </w:tc>
      </w:tr>
      <w:tr w:rsidR="0097296A" w:rsidRPr="007204D9" w14:paraId="541A76CF" w14:textId="77777777">
        <w:trPr>
          <w:trHeight w:val="914"/>
        </w:trPr>
        <w:tc>
          <w:tcPr>
            <w:tcW w:w="2106" w:type="dxa"/>
            <w:vMerge/>
            <w:tcBorders>
              <w:top w:val="single" w:sz="4" w:space="0" w:color="auto"/>
              <w:left w:val="single" w:sz="4" w:space="0" w:color="auto"/>
              <w:bottom w:val="single" w:sz="4" w:space="0" w:color="auto"/>
              <w:right w:val="single" w:sz="4" w:space="0" w:color="auto"/>
            </w:tcBorders>
          </w:tcPr>
          <w:p w14:paraId="13B9553B"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8077E6B"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2899B5F" w14:textId="77777777" w:rsidR="0097296A" w:rsidRPr="007204D9" w:rsidRDefault="00000000">
            <w:pPr>
              <w:autoSpaceDE w:val="0"/>
              <w:autoSpaceDN w:val="0"/>
              <w:spacing w:before="2" w:after="0" w:line="200" w:lineRule="exact"/>
              <w:ind w:left="72"/>
            </w:pPr>
            <w:r w:rsidRPr="007204D9">
              <w:rPr>
                <w:color w:val="000000"/>
                <w:sz w:val="18"/>
              </w:rPr>
              <w:t xml:space="preserve">Comentário: </w:t>
            </w:r>
          </w:p>
        </w:tc>
      </w:tr>
      <w:tr w:rsidR="0097296A" w:rsidRPr="007204D9" w14:paraId="394C4827" w14:textId="77777777">
        <w:trPr>
          <w:trHeight w:val="91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64CC13D" w14:textId="77777777" w:rsidR="0097296A" w:rsidRPr="007204D9" w:rsidRDefault="00000000">
            <w:pPr>
              <w:autoSpaceDE w:val="0"/>
              <w:autoSpaceDN w:val="0"/>
              <w:spacing w:before="1608" w:after="0" w:line="200" w:lineRule="exact"/>
              <w:jc w:val="center"/>
            </w:pPr>
            <w:r w:rsidRPr="007204D9">
              <w:rPr>
                <w:color w:val="000000"/>
                <w:sz w:val="18"/>
              </w:rPr>
              <w:t xml:space="preserve">6.15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99DF311" w14:textId="77777777" w:rsidR="0097296A" w:rsidRPr="007204D9" w:rsidRDefault="00000000">
            <w:pPr>
              <w:autoSpaceDE w:val="0"/>
              <w:autoSpaceDN w:val="0"/>
              <w:spacing w:before="1608" w:after="0" w:line="200"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B82859A" w14:textId="77777777" w:rsidR="0097296A" w:rsidRPr="007204D9" w:rsidRDefault="00000000">
            <w:pPr>
              <w:autoSpaceDE w:val="0"/>
              <w:autoSpaceDN w:val="0"/>
              <w:spacing w:before="26" w:after="0" w:line="208" w:lineRule="exact"/>
              <w:ind w:left="72" w:right="4"/>
              <w:jc w:val="both"/>
            </w:pPr>
            <w:r w:rsidRPr="007204D9">
              <w:rPr>
                <w:b/>
                <w:color w:val="000000"/>
                <w:sz w:val="18"/>
              </w:rPr>
              <w:t>O estádio possui contrato com empresa prestadora do Serviço Médico de Urgência que possua definição das responsabilidades entre as partes, além de cópia da licença de funcionamento da empresa contratada, expedida pelo órgão competente? (Doc. Ref.</w:t>
            </w:r>
            <w:proofErr w:type="gramStart"/>
            <w:r w:rsidRPr="007204D9">
              <w:rPr>
                <w:b/>
                <w:color w:val="000000"/>
                <w:sz w:val="18"/>
              </w:rPr>
              <w:t>: ;</w:t>
            </w:r>
            <w:proofErr w:type="gramEnd"/>
            <w:r w:rsidRPr="007204D9">
              <w:rPr>
                <w:b/>
                <w:color w:val="000000"/>
                <w:sz w:val="18"/>
              </w:rPr>
              <w:t xml:space="preserve"> Manual de Recomendações para a Segurança e Conforto nos Estádios de Futebol - FGV/2010; Portaria MS n° 2.048/2002). </w:t>
            </w:r>
          </w:p>
        </w:tc>
      </w:tr>
      <w:tr w:rsidR="0097296A" w:rsidRPr="007204D9" w14:paraId="1AD74D2F" w14:textId="77777777" w:rsidTr="00050CAE">
        <w:trPr>
          <w:trHeight w:val="396"/>
        </w:trPr>
        <w:tc>
          <w:tcPr>
            <w:tcW w:w="2106" w:type="dxa"/>
            <w:vMerge/>
            <w:tcBorders>
              <w:top w:val="single" w:sz="4" w:space="0" w:color="auto"/>
              <w:left w:val="single" w:sz="4" w:space="0" w:color="auto"/>
              <w:bottom w:val="single" w:sz="4" w:space="0" w:color="auto"/>
              <w:right w:val="single" w:sz="4" w:space="0" w:color="auto"/>
            </w:tcBorders>
          </w:tcPr>
          <w:p w14:paraId="3E78C687"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3A64F206"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4DA5A6DF" w14:textId="77777777" w:rsidR="0097296A" w:rsidRPr="007204D9" w:rsidRDefault="00000000">
            <w:pPr>
              <w:autoSpaceDE w:val="0"/>
              <w:autoSpaceDN w:val="0"/>
              <w:spacing w:before="96" w:after="0" w:line="200" w:lineRule="exact"/>
              <w:ind w:left="72"/>
            </w:pPr>
            <w:r w:rsidRPr="007204D9">
              <w:rPr>
                <w:color w:val="000000"/>
                <w:sz w:val="18"/>
              </w:rPr>
              <w:t xml:space="preserve">Sim, e a empresa está registrada conforme portaria.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66FF98EB"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9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69A5C64"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12A94AF7" w14:textId="77777777" w:rsidTr="0082116F">
        <w:trPr>
          <w:trHeight w:val="398"/>
        </w:trPr>
        <w:tc>
          <w:tcPr>
            <w:tcW w:w="2106" w:type="dxa"/>
            <w:vMerge/>
            <w:tcBorders>
              <w:top w:val="single" w:sz="4" w:space="0" w:color="auto"/>
              <w:left w:val="single" w:sz="4" w:space="0" w:color="auto"/>
              <w:bottom w:val="single" w:sz="4" w:space="0" w:color="auto"/>
              <w:right w:val="single" w:sz="4" w:space="0" w:color="auto"/>
            </w:tcBorders>
          </w:tcPr>
          <w:p w14:paraId="50B8CA6E"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5C3ACD4E"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56E30007" w14:textId="77777777" w:rsidR="0097296A" w:rsidRPr="007204D9" w:rsidRDefault="00000000">
            <w:pPr>
              <w:autoSpaceDE w:val="0"/>
              <w:autoSpaceDN w:val="0"/>
              <w:spacing w:before="98" w:after="0" w:line="200" w:lineRule="exact"/>
              <w:ind w:left="72"/>
            </w:pPr>
            <w:r w:rsidRPr="007204D9">
              <w:rPr>
                <w:color w:val="000000"/>
                <w:sz w:val="18"/>
              </w:rPr>
              <w:t xml:space="preserve">Sim, mas a empresa não está registrada conforme portaria.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5D84EC73" w14:textId="77777777" w:rsidR="0097296A" w:rsidRPr="007204D9" w:rsidRDefault="00000000">
            <w:pPr>
              <w:autoSpaceDE w:val="0"/>
              <w:autoSpaceDN w:val="0"/>
              <w:spacing w:before="98" w:after="0" w:line="200" w:lineRule="exact"/>
              <w:jc w:val="center"/>
            </w:pPr>
            <w:r w:rsidRPr="007204D9">
              <w:rPr>
                <w:color w:val="000000"/>
                <w:sz w:val="18"/>
              </w:rPr>
              <w:t xml:space="preserve">AP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4F6FE4CC" w14:textId="77777777" w:rsidR="0097296A" w:rsidRPr="007204D9" w:rsidRDefault="00000000">
            <w:pPr>
              <w:autoSpaceDE w:val="0"/>
              <w:autoSpaceDN w:val="0"/>
              <w:spacing w:before="98" w:after="0" w:line="200" w:lineRule="exact"/>
              <w:jc w:val="center"/>
            </w:pPr>
            <w:r w:rsidRPr="007204D9">
              <w:rPr>
                <w:color w:val="000000"/>
                <w:sz w:val="18"/>
              </w:rPr>
              <w:t xml:space="preserve">2 </w:t>
            </w:r>
          </w:p>
        </w:tc>
      </w:tr>
      <w:tr w:rsidR="0097296A" w:rsidRPr="007204D9" w14:paraId="0C7ECD6D" w14:textId="77777777" w:rsidTr="0082116F">
        <w:trPr>
          <w:trHeight w:val="400"/>
        </w:trPr>
        <w:tc>
          <w:tcPr>
            <w:tcW w:w="2106" w:type="dxa"/>
            <w:vMerge/>
            <w:tcBorders>
              <w:top w:val="single" w:sz="4" w:space="0" w:color="auto"/>
              <w:left w:val="single" w:sz="4" w:space="0" w:color="auto"/>
              <w:bottom w:val="single" w:sz="4" w:space="0" w:color="auto"/>
              <w:right w:val="single" w:sz="4" w:space="0" w:color="auto"/>
            </w:tcBorders>
          </w:tcPr>
          <w:p w14:paraId="03ADABF1"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38A9F798"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6B8C6127" w14:textId="77777777" w:rsidR="0097296A" w:rsidRPr="007204D9" w:rsidRDefault="00000000">
            <w:pPr>
              <w:autoSpaceDE w:val="0"/>
              <w:autoSpaceDN w:val="0"/>
              <w:spacing w:before="98" w:after="0" w:line="202" w:lineRule="exact"/>
              <w:ind w:left="72"/>
            </w:pPr>
            <w:r w:rsidRPr="007204D9">
              <w:rPr>
                <w:color w:val="000000"/>
                <w:sz w:val="18"/>
              </w:rPr>
              <w:t xml:space="preserve">Não possui contrato.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0377F455" w14:textId="77777777" w:rsidR="0097296A" w:rsidRPr="007204D9" w:rsidRDefault="00000000">
            <w:pPr>
              <w:autoSpaceDE w:val="0"/>
              <w:autoSpaceDN w:val="0"/>
              <w:spacing w:before="98" w:after="0" w:line="202" w:lineRule="exact"/>
              <w:jc w:val="center"/>
            </w:pPr>
            <w:r w:rsidRPr="007204D9">
              <w:rPr>
                <w:color w:val="000000"/>
                <w:sz w:val="18"/>
              </w:rPr>
              <w:t xml:space="preserve">NAT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2BE5085E" w14:textId="77777777" w:rsidR="0097296A" w:rsidRPr="007204D9" w:rsidRDefault="00000000">
            <w:pPr>
              <w:autoSpaceDE w:val="0"/>
              <w:autoSpaceDN w:val="0"/>
              <w:spacing w:before="98" w:after="0" w:line="202" w:lineRule="exact"/>
              <w:jc w:val="center"/>
            </w:pPr>
            <w:r w:rsidRPr="007204D9">
              <w:rPr>
                <w:color w:val="000000"/>
                <w:sz w:val="18"/>
              </w:rPr>
              <w:t xml:space="preserve">3 </w:t>
            </w:r>
          </w:p>
        </w:tc>
      </w:tr>
      <w:tr w:rsidR="0097296A" w:rsidRPr="007204D9" w14:paraId="7BB6DA3F" w14:textId="77777777">
        <w:trPr>
          <w:trHeight w:val="400"/>
        </w:trPr>
        <w:tc>
          <w:tcPr>
            <w:tcW w:w="2106" w:type="dxa"/>
            <w:vMerge/>
            <w:tcBorders>
              <w:top w:val="single" w:sz="4" w:space="0" w:color="auto"/>
              <w:left w:val="single" w:sz="4" w:space="0" w:color="auto"/>
              <w:bottom w:val="single" w:sz="4" w:space="0" w:color="auto"/>
              <w:right w:val="single" w:sz="4" w:space="0" w:color="auto"/>
            </w:tcBorders>
          </w:tcPr>
          <w:p w14:paraId="779B88D0"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24DC98F0"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3DE3EEF4" w14:textId="77777777" w:rsidR="0097296A" w:rsidRPr="007204D9" w:rsidRDefault="00000000">
            <w:pPr>
              <w:autoSpaceDE w:val="0"/>
              <w:autoSpaceDN w:val="0"/>
              <w:spacing w:before="94" w:after="0" w:line="202"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6C52D038" w14:textId="77777777" w:rsidR="0097296A" w:rsidRPr="007204D9" w:rsidRDefault="00000000">
            <w:pPr>
              <w:autoSpaceDE w:val="0"/>
              <w:autoSpaceDN w:val="0"/>
              <w:spacing w:before="94" w:after="0" w:line="202"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400ADC6B" w14:textId="77777777" w:rsidR="0097296A" w:rsidRPr="007204D9" w:rsidRDefault="00000000">
            <w:pPr>
              <w:autoSpaceDE w:val="0"/>
              <w:autoSpaceDN w:val="0"/>
              <w:spacing w:before="94" w:after="0" w:line="202" w:lineRule="exact"/>
              <w:jc w:val="center"/>
            </w:pPr>
            <w:r w:rsidRPr="007204D9">
              <w:rPr>
                <w:color w:val="000000"/>
                <w:sz w:val="18"/>
              </w:rPr>
              <w:t xml:space="preserve">0 </w:t>
            </w:r>
          </w:p>
        </w:tc>
      </w:tr>
      <w:tr w:rsidR="0097296A" w:rsidRPr="007204D9" w14:paraId="6C3FDA1B" w14:textId="77777777">
        <w:trPr>
          <w:trHeight w:val="918"/>
        </w:trPr>
        <w:tc>
          <w:tcPr>
            <w:tcW w:w="2106" w:type="dxa"/>
            <w:vMerge/>
            <w:tcBorders>
              <w:top w:val="single" w:sz="4" w:space="0" w:color="auto"/>
              <w:left w:val="single" w:sz="4" w:space="0" w:color="auto"/>
              <w:bottom w:val="single" w:sz="4" w:space="0" w:color="auto"/>
              <w:right w:val="single" w:sz="4" w:space="0" w:color="auto"/>
            </w:tcBorders>
          </w:tcPr>
          <w:p w14:paraId="30DF99E0"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0D1EEAF0"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627B461" w14:textId="77777777" w:rsidR="0097296A" w:rsidRPr="007204D9" w:rsidRDefault="00000000">
            <w:pPr>
              <w:autoSpaceDE w:val="0"/>
              <w:autoSpaceDN w:val="0"/>
              <w:spacing w:after="0" w:line="200" w:lineRule="exact"/>
              <w:ind w:left="72"/>
            </w:pPr>
            <w:r w:rsidRPr="007204D9">
              <w:rPr>
                <w:color w:val="000000"/>
                <w:sz w:val="18"/>
              </w:rPr>
              <w:t xml:space="preserve">Comentário: </w:t>
            </w:r>
          </w:p>
        </w:tc>
      </w:tr>
      <w:tr w:rsidR="0097296A" w:rsidRPr="007204D9" w14:paraId="7B274BD7" w14:textId="77777777">
        <w:trPr>
          <w:trHeight w:val="116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89F3B29" w14:textId="77777777" w:rsidR="0097296A" w:rsidRPr="007204D9" w:rsidRDefault="00000000">
            <w:pPr>
              <w:autoSpaceDE w:val="0"/>
              <w:autoSpaceDN w:val="0"/>
              <w:spacing w:before="1736" w:after="0" w:line="200" w:lineRule="exact"/>
              <w:jc w:val="center"/>
            </w:pPr>
            <w:r w:rsidRPr="007204D9">
              <w:rPr>
                <w:color w:val="000000"/>
                <w:sz w:val="18"/>
              </w:rPr>
              <w:t xml:space="preserve">6.16 </w:t>
            </w:r>
          </w:p>
        </w:tc>
        <w:tc>
          <w:tcPr>
            <w:tcW w:w="1140"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FAD8FC0" w14:textId="77777777" w:rsidR="0097296A" w:rsidRPr="007204D9" w:rsidRDefault="00000000">
            <w:pPr>
              <w:autoSpaceDE w:val="0"/>
              <w:autoSpaceDN w:val="0"/>
              <w:spacing w:before="1736" w:after="0" w:line="200" w:lineRule="exact"/>
              <w:jc w:val="center"/>
            </w:pPr>
            <w:r w:rsidRPr="007204D9">
              <w:rPr>
                <w:color w:val="000000"/>
                <w:sz w:val="18"/>
              </w:rPr>
              <w:t xml:space="preserve">3 </w:t>
            </w:r>
          </w:p>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0709C42" w14:textId="77777777" w:rsidR="0097296A" w:rsidRPr="007204D9" w:rsidRDefault="00000000">
            <w:pPr>
              <w:autoSpaceDE w:val="0"/>
              <w:autoSpaceDN w:val="0"/>
              <w:spacing w:before="46" w:after="0" w:line="206" w:lineRule="exact"/>
              <w:ind w:left="72" w:right="16"/>
              <w:jc w:val="both"/>
            </w:pPr>
            <w:r w:rsidRPr="007204D9">
              <w:rPr>
                <w:b/>
                <w:color w:val="000000"/>
                <w:sz w:val="18"/>
              </w:rPr>
              <w:t>Existe o mínimo de duas ambulâncias UTI de suporte avançado (tipo D) para público de até 20.000, e acima disto, uma para cada 10.000 torcedores, estando estas contempladas em contrato ou ofício do fornecedor de serviço médico de urgência ou quantidade que satisfaça a avaliação de risco em eventos emitido pelo Corpo de Bombeiros do estado? (Doc. Ref.: ABNT/ NBR 14.561/2000</w:t>
            </w:r>
            <w:proofErr w:type="gramStart"/>
            <w:r w:rsidRPr="007204D9">
              <w:rPr>
                <w:b/>
                <w:color w:val="000000"/>
                <w:sz w:val="18"/>
              </w:rPr>
              <w:t>; ;</w:t>
            </w:r>
            <w:proofErr w:type="gramEnd"/>
            <w:r w:rsidRPr="007204D9">
              <w:rPr>
                <w:b/>
                <w:color w:val="000000"/>
                <w:sz w:val="18"/>
              </w:rPr>
              <w:t xml:space="preserve"> Manual de Recomendações para a Segurança e Conforto nos Estádios de Futebol - FGV/2010). </w:t>
            </w:r>
          </w:p>
        </w:tc>
      </w:tr>
      <w:tr w:rsidR="0097296A" w:rsidRPr="007204D9" w14:paraId="6A907EB2" w14:textId="77777777" w:rsidTr="00050CAE">
        <w:trPr>
          <w:trHeight w:val="392"/>
        </w:trPr>
        <w:tc>
          <w:tcPr>
            <w:tcW w:w="2106" w:type="dxa"/>
            <w:vMerge/>
            <w:tcBorders>
              <w:top w:val="single" w:sz="4" w:space="0" w:color="auto"/>
              <w:left w:val="single" w:sz="4" w:space="0" w:color="auto"/>
              <w:bottom w:val="single" w:sz="4" w:space="0" w:color="auto"/>
              <w:right w:val="single" w:sz="4" w:space="0" w:color="auto"/>
            </w:tcBorders>
          </w:tcPr>
          <w:p w14:paraId="2D957C55"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5ACF863E" w14:textId="77777777" w:rsidR="0097296A" w:rsidRPr="007204D9" w:rsidRDefault="0097296A"/>
        </w:tc>
        <w:tc>
          <w:tcPr>
            <w:tcW w:w="7230" w:type="dxa"/>
            <w:tcBorders>
              <w:top w:val="single" w:sz="4" w:space="0" w:color="auto"/>
              <w:left w:val="single" w:sz="4" w:space="0" w:color="auto"/>
              <w:bottom w:val="single" w:sz="3" w:space="0" w:color="auto"/>
              <w:right w:val="single" w:sz="3" w:space="0" w:color="auto"/>
            </w:tcBorders>
            <w:tcMar>
              <w:left w:w="0" w:type="dxa"/>
              <w:right w:w="0" w:type="dxa"/>
            </w:tcMar>
          </w:tcPr>
          <w:p w14:paraId="665DEFA8" w14:textId="77777777" w:rsidR="0097296A" w:rsidRPr="007204D9" w:rsidRDefault="00000000">
            <w:pPr>
              <w:autoSpaceDE w:val="0"/>
              <w:autoSpaceDN w:val="0"/>
              <w:spacing w:before="96" w:after="0" w:line="200" w:lineRule="exact"/>
              <w:ind w:left="72"/>
            </w:pPr>
            <w:r w:rsidRPr="007204D9">
              <w:rPr>
                <w:color w:val="000000"/>
                <w:sz w:val="18"/>
              </w:rPr>
              <w:t xml:space="preserve">Sim. </w:t>
            </w:r>
          </w:p>
        </w:tc>
        <w:tc>
          <w:tcPr>
            <w:tcW w:w="584" w:type="dxa"/>
            <w:tcBorders>
              <w:top w:val="single" w:sz="4" w:space="0" w:color="auto"/>
              <w:left w:val="single" w:sz="3" w:space="0" w:color="auto"/>
              <w:bottom w:val="single" w:sz="3" w:space="0" w:color="auto"/>
              <w:right w:val="single" w:sz="4" w:space="0" w:color="auto"/>
            </w:tcBorders>
            <w:tcMar>
              <w:left w:w="0" w:type="dxa"/>
              <w:right w:w="0" w:type="dxa"/>
            </w:tcMar>
          </w:tcPr>
          <w:p w14:paraId="3CBFF8E4" w14:textId="77777777" w:rsidR="0097296A" w:rsidRPr="007204D9" w:rsidRDefault="00000000">
            <w:pPr>
              <w:autoSpaceDE w:val="0"/>
              <w:autoSpaceDN w:val="0"/>
              <w:spacing w:before="96" w:after="0" w:line="200" w:lineRule="exact"/>
              <w:jc w:val="center"/>
            </w:pPr>
            <w:r w:rsidRPr="007204D9">
              <w:rPr>
                <w:color w:val="000000"/>
                <w:sz w:val="18"/>
              </w:rPr>
              <w:t xml:space="preserve">AT </w:t>
            </w:r>
          </w:p>
        </w:tc>
        <w:tc>
          <w:tcPr>
            <w:tcW w:w="980"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2BBC1C25" w14:textId="77777777" w:rsidR="0097296A" w:rsidRPr="007204D9" w:rsidRDefault="00000000">
            <w:pPr>
              <w:autoSpaceDE w:val="0"/>
              <w:autoSpaceDN w:val="0"/>
              <w:spacing w:before="96" w:after="0" w:line="200" w:lineRule="exact"/>
              <w:jc w:val="center"/>
            </w:pPr>
            <w:r w:rsidRPr="007204D9">
              <w:rPr>
                <w:color w:val="000000"/>
                <w:sz w:val="18"/>
              </w:rPr>
              <w:t xml:space="preserve">1 </w:t>
            </w:r>
          </w:p>
        </w:tc>
      </w:tr>
      <w:tr w:rsidR="0097296A" w:rsidRPr="007204D9" w14:paraId="28499220" w14:textId="77777777" w:rsidTr="0082116F">
        <w:trPr>
          <w:trHeight w:val="400"/>
        </w:trPr>
        <w:tc>
          <w:tcPr>
            <w:tcW w:w="2106" w:type="dxa"/>
            <w:vMerge/>
            <w:tcBorders>
              <w:top w:val="single" w:sz="4" w:space="0" w:color="auto"/>
              <w:left w:val="single" w:sz="4" w:space="0" w:color="auto"/>
              <w:bottom w:val="single" w:sz="4" w:space="0" w:color="auto"/>
              <w:right w:val="single" w:sz="4" w:space="0" w:color="auto"/>
            </w:tcBorders>
          </w:tcPr>
          <w:p w14:paraId="445968E7"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351A3186" w14:textId="77777777" w:rsidR="0097296A" w:rsidRPr="007204D9" w:rsidRDefault="0097296A"/>
        </w:tc>
        <w:tc>
          <w:tcPr>
            <w:tcW w:w="7230" w:type="dxa"/>
            <w:tcBorders>
              <w:top w:val="single" w:sz="3" w:space="0" w:color="auto"/>
              <w:left w:val="single" w:sz="4" w:space="0" w:color="auto"/>
              <w:bottom w:val="single" w:sz="4" w:space="0" w:color="auto"/>
              <w:right w:val="single" w:sz="3" w:space="0" w:color="auto"/>
            </w:tcBorders>
            <w:tcMar>
              <w:left w:w="0" w:type="dxa"/>
              <w:right w:w="0" w:type="dxa"/>
            </w:tcMar>
          </w:tcPr>
          <w:p w14:paraId="48EA9FB8" w14:textId="77777777" w:rsidR="0097296A" w:rsidRPr="007204D9" w:rsidRDefault="00000000">
            <w:pPr>
              <w:autoSpaceDE w:val="0"/>
              <w:autoSpaceDN w:val="0"/>
              <w:spacing w:before="100" w:after="0" w:line="200" w:lineRule="exact"/>
              <w:ind w:left="72"/>
            </w:pPr>
            <w:r w:rsidRPr="007204D9">
              <w:rPr>
                <w:color w:val="000000"/>
                <w:sz w:val="18"/>
              </w:rPr>
              <w:t xml:space="preserve">Não, a quantidade disponibilizada não atende à portaria </w:t>
            </w:r>
          </w:p>
        </w:tc>
        <w:tc>
          <w:tcPr>
            <w:tcW w:w="584" w:type="dxa"/>
            <w:tcBorders>
              <w:top w:val="single" w:sz="3" w:space="0" w:color="auto"/>
              <w:left w:val="single" w:sz="3" w:space="0" w:color="auto"/>
              <w:bottom w:val="single" w:sz="4" w:space="0" w:color="auto"/>
              <w:right w:val="single" w:sz="4" w:space="0" w:color="auto"/>
            </w:tcBorders>
            <w:tcMar>
              <w:left w:w="0" w:type="dxa"/>
              <w:right w:w="0" w:type="dxa"/>
            </w:tcMar>
          </w:tcPr>
          <w:p w14:paraId="6BFE3EF7" w14:textId="77777777" w:rsidR="0097296A" w:rsidRPr="007204D9" w:rsidRDefault="00000000">
            <w:pPr>
              <w:autoSpaceDE w:val="0"/>
              <w:autoSpaceDN w:val="0"/>
              <w:spacing w:before="100" w:after="0" w:line="200" w:lineRule="exact"/>
              <w:jc w:val="center"/>
            </w:pPr>
            <w:r w:rsidRPr="007204D9">
              <w:rPr>
                <w:color w:val="000000"/>
                <w:sz w:val="18"/>
              </w:rPr>
              <w:t xml:space="preserve">AP </w:t>
            </w:r>
          </w:p>
        </w:tc>
        <w:tc>
          <w:tcPr>
            <w:tcW w:w="980" w:type="dxa"/>
            <w:tcBorders>
              <w:top w:val="single" w:sz="3" w:space="0" w:color="auto"/>
              <w:left w:val="single" w:sz="4" w:space="0" w:color="auto"/>
              <w:bottom w:val="single" w:sz="4" w:space="0" w:color="auto"/>
              <w:right w:val="single" w:sz="4" w:space="0" w:color="auto"/>
            </w:tcBorders>
            <w:shd w:val="clear" w:color="auto" w:fill="EE0000"/>
            <w:tcMar>
              <w:left w:w="0" w:type="dxa"/>
              <w:right w:w="0" w:type="dxa"/>
            </w:tcMar>
          </w:tcPr>
          <w:p w14:paraId="13C283DE" w14:textId="77777777" w:rsidR="0097296A" w:rsidRPr="007204D9" w:rsidRDefault="00000000">
            <w:pPr>
              <w:autoSpaceDE w:val="0"/>
              <w:autoSpaceDN w:val="0"/>
              <w:spacing w:before="100" w:after="0" w:line="200" w:lineRule="exact"/>
              <w:jc w:val="center"/>
            </w:pPr>
            <w:r w:rsidRPr="007204D9">
              <w:rPr>
                <w:color w:val="000000"/>
                <w:sz w:val="18"/>
              </w:rPr>
              <w:t xml:space="preserve">2 </w:t>
            </w:r>
          </w:p>
        </w:tc>
      </w:tr>
      <w:tr w:rsidR="0097296A" w:rsidRPr="007204D9" w14:paraId="762A088C" w14:textId="77777777" w:rsidTr="0082116F">
        <w:trPr>
          <w:trHeight w:val="400"/>
        </w:trPr>
        <w:tc>
          <w:tcPr>
            <w:tcW w:w="2106" w:type="dxa"/>
            <w:vMerge/>
            <w:tcBorders>
              <w:top w:val="single" w:sz="4" w:space="0" w:color="auto"/>
              <w:left w:val="single" w:sz="4" w:space="0" w:color="auto"/>
              <w:bottom w:val="single" w:sz="4" w:space="0" w:color="auto"/>
              <w:right w:val="single" w:sz="4" w:space="0" w:color="auto"/>
            </w:tcBorders>
          </w:tcPr>
          <w:p w14:paraId="29778B20"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6A2118A0"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12BA8F57" w14:textId="77777777" w:rsidR="0097296A" w:rsidRPr="007204D9" w:rsidRDefault="00000000">
            <w:pPr>
              <w:autoSpaceDE w:val="0"/>
              <w:autoSpaceDN w:val="0"/>
              <w:spacing w:before="96" w:after="0" w:line="200" w:lineRule="exact"/>
              <w:ind w:left="72"/>
            </w:pPr>
            <w:r w:rsidRPr="007204D9">
              <w:rPr>
                <w:color w:val="000000"/>
                <w:sz w:val="18"/>
              </w:rPr>
              <w:t xml:space="preserve">Não possui contrato.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1A19AE96" w14:textId="77777777" w:rsidR="0097296A" w:rsidRPr="007204D9" w:rsidRDefault="00000000">
            <w:pPr>
              <w:autoSpaceDE w:val="0"/>
              <w:autoSpaceDN w:val="0"/>
              <w:spacing w:before="96" w:after="0" w:line="200" w:lineRule="exact"/>
              <w:jc w:val="center"/>
            </w:pPr>
            <w:r w:rsidRPr="007204D9">
              <w:rPr>
                <w:color w:val="000000"/>
                <w:sz w:val="18"/>
              </w:rPr>
              <w:t xml:space="preserve">NAT </w:t>
            </w:r>
          </w:p>
        </w:tc>
        <w:tc>
          <w:tcPr>
            <w:tcW w:w="98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664B69E3" w14:textId="77777777" w:rsidR="0097296A" w:rsidRPr="007204D9" w:rsidRDefault="00000000">
            <w:pPr>
              <w:autoSpaceDE w:val="0"/>
              <w:autoSpaceDN w:val="0"/>
              <w:spacing w:before="96" w:after="0" w:line="200" w:lineRule="exact"/>
              <w:jc w:val="center"/>
            </w:pPr>
            <w:r w:rsidRPr="007204D9">
              <w:rPr>
                <w:color w:val="000000"/>
                <w:sz w:val="18"/>
              </w:rPr>
              <w:t xml:space="preserve">3 </w:t>
            </w:r>
          </w:p>
        </w:tc>
      </w:tr>
      <w:tr w:rsidR="0097296A" w:rsidRPr="007204D9" w14:paraId="5FCF45AC" w14:textId="77777777">
        <w:trPr>
          <w:trHeight w:val="398"/>
        </w:trPr>
        <w:tc>
          <w:tcPr>
            <w:tcW w:w="2106" w:type="dxa"/>
            <w:vMerge/>
            <w:tcBorders>
              <w:top w:val="single" w:sz="4" w:space="0" w:color="auto"/>
              <w:left w:val="single" w:sz="4" w:space="0" w:color="auto"/>
              <w:bottom w:val="single" w:sz="4" w:space="0" w:color="auto"/>
              <w:right w:val="single" w:sz="4" w:space="0" w:color="auto"/>
            </w:tcBorders>
          </w:tcPr>
          <w:p w14:paraId="4596CFF4"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45B4AF76" w14:textId="77777777" w:rsidR="0097296A" w:rsidRPr="007204D9" w:rsidRDefault="0097296A"/>
        </w:tc>
        <w:tc>
          <w:tcPr>
            <w:tcW w:w="7230" w:type="dxa"/>
            <w:tcBorders>
              <w:top w:val="single" w:sz="4" w:space="0" w:color="auto"/>
              <w:left w:val="single" w:sz="4" w:space="0" w:color="auto"/>
              <w:bottom w:val="single" w:sz="4" w:space="0" w:color="auto"/>
              <w:right w:val="single" w:sz="3" w:space="0" w:color="auto"/>
            </w:tcBorders>
            <w:tcMar>
              <w:left w:w="0" w:type="dxa"/>
              <w:right w:w="0" w:type="dxa"/>
            </w:tcMar>
          </w:tcPr>
          <w:p w14:paraId="3FBC2A51" w14:textId="77777777" w:rsidR="0097296A" w:rsidRPr="007204D9" w:rsidRDefault="00000000">
            <w:pPr>
              <w:autoSpaceDE w:val="0"/>
              <w:autoSpaceDN w:val="0"/>
              <w:spacing w:before="96" w:after="0" w:line="202" w:lineRule="exact"/>
              <w:ind w:left="72"/>
            </w:pPr>
            <w:r w:rsidRPr="007204D9">
              <w:rPr>
                <w:color w:val="000000"/>
                <w:sz w:val="18"/>
              </w:rPr>
              <w:t xml:space="preserve">Não observado. (Especificar no comentário o motivo da não observação) </w:t>
            </w:r>
          </w:p>
        </w:tc>
        <w:tc>
          <w:tcPr>
            <w:tcW w:w="584" w:type="dxa"/>
            <w:tcBorders>
              <w:top w:val="single" w:sz="4" w:space="0" w:color="auto"/>
              <w:left w:val="single" w:sz="3" w:space="0" w:color="auto"/>
              <w:bottom w:val="single" w:sz="4" w:space="0" w:color="auto"/>
              <w:right w:val="single" w:sz="4" w:space="0" w:color="auto"/>
            </w:tcBorders>
            <w:tcMar>
              <w:left w:w="0" w:type="dxa"/>
              <w:right w:w="0" w:type="dxa"/>
            </w:tcMar>
          </w:tcPr>
          <w:p w14:paraId="30B04735"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980" w:type="dxa"/>
            <w:tcBorders>
              <w:top w:val="single" w:sz="4" w:space="0" w:color="auto"/>
              <w:left w:val="single" w:sz="4" w:space="0" w:color="auto"/>
              <w:bottom w:val="single" w:sz="4" w:space="0" w:color="auto"/>
              <w:right w:val="single" w:sz="4" w:space="0" w:color="auto"/>
            </w:tcBorders>
            <w:tcMar>
              <w:left w:w="0" w:type="dxa"/>
              <w:right w:w="0" w:type="dxa"/>
            </w:tcMar>
          </w:tcPr>
          <w:p w14:paraId="75A897AA"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28A8568A" w14:textId="77777777">
        <w:trPr>
          <w:trHeight w:val="920"/>
        </w:trPr>
        <w:tc>
          <w:tcPr>
            <w:tcW w:w="2106" w:type="dxa"/>
            <w:vMerge/>
            <w:tcBorders>
              <w:top w:val="single" w:sz="4" w:space="0" w:color="auto"/>
              <w:left w:val="single" w:sz="4" w:space="0" w:color="auto"/>
              <w:bottom w:val="single" w:sz="4" w:space="0" w:color="auto"/>
              <w:right w:val="single" w:sz="4" w:space="0" w:color="auto"/>
            </w:tcBorders>
          </w:tcPr>
          <w:p w14:paraId="2DB0CD7F" w14:textId="77777777" w:rsidR="0097296A" w:rsidRPr="007204D9" w:rsidRDefault="0097296A"/>
        </w:tc>
        <w:tc>
          <w:tcPr>
            <w:tcW w:w="2106" w:type="dxa"/>
            <w:vMerge/>
            <w:tcBorders>
              <w:top w:val="single" w:sz="4" w:space="0" w:color="auto"/>
              <w:left w:val="single" w:sz="4" w:space="0" w:color="auto"/>
              <w:bottom w:val="single" w:sz="4" w:space="0" w:color="auto"/>
              <w:right w:val="single" w:sz="4" w:space="0" w:color="auto"/>
            </w:tcBorders>
          </w:tcPr>
          <w:p w14:paraId="72C85E32" w14:textId="77777777" w:rsidR="0097296A" w:rsidRPr="007204D9" w:rsidRDefault="0097296A"/>
        </w:tc>
        <w:tc>
          <w:tcPr>
            <w:tcW w:w="8794"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0BD294EF" w14:textId="77777777" w:rsidR="0097296A" w:rsidRPr="007204D9" w:rsidRDefault="00000000">
            <w:pPr>
              <w:autoSpaceDE w:val="0"/>
              <w:autoSpaceDN w:val="0"/>
              <w:spacing w:before="2" w:after="0" w:line="200" w:lineRule="exact"/>
              <w:ind w:left="72"/>
            </w:pPr>
            <w:r w:rsidRPr="007204D9">
              <w:rPr>
                <w:color w:val="000000"/>
                <w:sz w:val="18"/>
              </w:rPr>
              <w:t xml:space="preserve">Comentário: </w:t>
            </w:r>
          </w:p>
        </w:tc>
      </w:tr>
    </w:tbl>
    <w:p w14:paraId="5D0CAB12" w14:textId="77777777" w:rsidR="0097296A" w:rsidRPr="007204D9" w:rsidRDefault="00000000">
      <w:pPr>
        <w:autoSpaceDE w:val="0"/>
        <w:autoSpaceDN w:val="0"/>
        <w:spacing w:before="252" w:after="0" w:line="266" w:lineRule="exact"/>
        <w:ind w:right="218"/>
        <w:jc w:val="right"/>
      </w:pPr>
      <w:r w:rsidRPr="007204D9">
        <w:rPr>
          <w:color w:val="000000"/>
          <w:sz w:val="24"/>
        </w:rPr>
        <w:t>25</w:t>
      </w:r>
    </w:p>
    <w:p w14:paraId="4A0BC18E" w14:textId="77777777" w:rsidR="0097296A" w:rsidRPr="007204D9" w:rsidRDefault="0097296A">
      <w:pPr>
        <w:sectPr w:rsidR="0097296A" w:rsidRPr="007204D9">
          <w:pgSz w:w="11906" w:h="16838"/>
          <w:pgMar w:top="340" w:right="502" w:bottom="340" w:left="876" w:header="720" w:footer="720" w:gutter="0"/>
          <w:cols w:space="720"/>
          <w:docGrid w:linePitch="360"/>
        </w:sectPr>
      </w:pPr>
    </w:p>
    <w:p w14:paraId="400D53A1" w14:textId="77777777" w:rsidR="0097296A" w:rsidRPr="007204D9" w:rsidRDefault="0097296A">
      <w:pPr>
        <w:autoSpaceDE w:val="0"/>
        <w:autoSpaceDN w:val="0"/>
        <w:spacing w:after="120" w:line="220" w:lineRule="exact"/>
      </w:pPr>
    </w:p>
    <w:tbl>
      <w:tblPr>
        <w:tblW w:w="0" w:type="auto"/>
        <w:tblInd w:w="24" w:type="dxa"/>
        <w:tblLayout w:type="fixed"/>
        <w:tblLook w:val="04A0" w:firstRow="1" w:lastRow="0" w:firstColumn="1" w:lastColumn="0" w:noHBand="0" w:noVBand="1"/>
      </w:tblPr>
      <w:tblGrid>
        <w:gridCol w:w="10490"/>
      </w:tblGrid>
      <w:tr w:rsidR="0097296A" w:rsidRPr="007204D9" w14:paraId="037B1884" w14:textId="77777777">
        <w:trPr>
          <w:trHeight w:val="512"/>
        </w:trPr>
        <w:tc>
          <w:tcPr>
            <w:tcW w:w="10490" w:type="dxa"/>
            <w:tcBorders>
              <w:top w:val="single" w:sz="3" w:space="0" w:color="auto"/>
              <w:left w:val="single" w:sz="8" w:space="0" w:color="auto"/>
              <w:bottom w:val="single" w:sz="7" w:space="0" w:color="auto"/>
              <w:right w:val="single" w:sz="4" w:space="0" w:color="auto"/>
            </w:tcBorders>
            <w:tcMar>
              <w:left w:w="0" w:type="dxa"/>
              <w:right w:w="0" w:type="dxa"/>
            </w:tcMar>
          </w:tcPr>
          <w:p w14:paraId="5A4E28AB" w14:textId="77777777" w:rsidR="0097296A" w:rsidRPr="007204D9" w:rsidRDefault="00000000">
            <w:pPr>
              <w:autoSpaceDE w:val="0"/>
              <w:autoSpaceDN w:val="0"/>
              <w:spacing w:before="140" w:after="0" w:line="202" w:lineRule="exact"/>
              <w:ind w:right="4618"/>
              <w:jc w:val="right"/>
            </w:pPr>
            <w:r w:rsidRPr="007204D9">
              <w:rPr>
                <w:b/>
                <w:color w:val="000000"/>
                <w:sz w:val="18"/>
              </w:rPr>
              <w:t xml:space="preserve">RESULTADO </w:t>
            </w:r>
          </w:p>
        </w:tc>
      </w:tr>
      <w:tr w:rsidR="0097296A" w:rsidRPr="007204D9" w14:paraId="4F30361C" w14:textId="77777777">
        <w:trPr>
          <w:trHeight w:val="224"/>
        </w:trPr>
        <w:tc>
          <w:tcPr>
            <w:tcW w:w="10490" w:type="dxa"/>
            <w:tcBorders>
              <w:top w:val="single" w:sz="7" w:space="0" w:color="auto"/>
              <w:left w:val="single" w:sz="3" w:space="0" w:color="auto"/>
              <w:bottom w:val="single" w:sz="4" w:space="0" w:color="auto"/>
              <w:right w:val="single" w:sz="4" w:space="0" w:color="auto"/>
            </w:tcBorders>
            <w:tcMar>
              <w:left w:w="0" w:type="dxa"/>
              <w:right w:w="0" w:type="dxa"/>
            </w:tcMar>
          </w:tcPr>
          <w:p w14:paraId="2468451D" w14:textId="77777777" w:rsidR="0097296A" w:rsidRPr="007204D9" w:rsidRDefault="0097296A"/>
        </w:tc>
      </w:tr>
      <w:tr w:rsidR="0097296A" w:rsidRPr="007204D9" w14:paraId="693982C8" w14:textId="77777777">
        <w:trPr>
          <w:trHeight w:val="5956"/>
        </w:trPr>
        <w:tc>
          <w:tcPr>
            <w:tcW w:w="10490" w:type="dxa"/>
            <w:tcBorders>
              <w:top w:val="single" w:sz="4" w:space="0" w:color="auto"/>
              <w:left w:val="single" w:sz="3" w:space="0" w:color="auto"/>
              <w:bottom w:val="single" w:sz="4" w:space="0" w:color="auto"/>
              <w:right w:val="single" w:sz="4" w:space="0" w:color="auto"/>
            </w:tcBorders>
            <w:tcMar>
              <w:left w:w="0" w:type="dxa"/>
              <w:right w:w="0" w:type="dxa"/>
            </w:tcMar>
          </w:tcPr>
          <w:p w14:paraId="0798C271" w14:textId="77777777" w:rsidR="0097296A" w:rsidRPr="007204D9" w:rsidRDefault="00000000">
            <w:pPr>
              <w:autoSpaceDE w:val="0"/>
              <w:autoSpaceDN w:val="0"/>
              <w:spacing w:before="30" w:after="18" w:line="260" w:lineRule="exact"/>
              <w:ind w:left="9706" w:hanging="5762"/>
            </w:pPr>
            <w:r w:rsidRPr="007204D9">
              <w:rPr>
                <w:b/>
                <w:color w:val="000000"/>
                <w:sz w:val="18"/>
              </w:rPr>
              <w:t xml:space="preserve">DIAGNÓSTICO QUANTITATIVO </w:t>
            </w:r>
            <w:r w:rsidRPr="007204D9">
              <w:br/>
            </w:r>
            <w:r w:rsidRPr="007204D9">
              <w:rPr>
                <w:color w:val="000000"/>
                <w:sz w:val="18"/>
              </w:rPr>
              <w:t xml:space="preserve">Máximo possível </w:t>
            </w:r>
          </w:p>
          <w:tbl>
            <w:tblPr>
              <w:tblW w:w="0" w:type="auto"/>
              <w:tblInd w:w="36" w:type="dxa"/>
              <w:tblLayout w:type="fixed"/>
              <w:tblLook w:val="04A0" w:firstRow="1" w:lastRow="0" w:firstColumn="1" w:lastColumn="0" w:noHBand="0" w:noVBand="1"/>
            </w:tblPr>
            <w:tblGrid>
              <w:gridCol w:w="1940"/>
              <w:gridCol w:w="700"/>
              <w:gridCol w:w="1400"/>
              <w:gridCol w:w="520"/>
              <w:gridCol w:w="386"/>
              <w:gridCol w:w="3074"/>
              <w:gridCol w:w="740"/>
              <w:gridCol w:w="700"/>
              <w:gridCol w:w="900"/>
            </w:tblGrid>
            <w:tr w:rsidR="0097296A" w:rsidRPr="007204D9" w14:paraId="02D7DA68" w14:textId="77777777">
              <w:trPr>
                <w:trHeight w:val="206"/>
              </w:trPr>
              <w:tc>
                <w:tcPr>
                  <w:tcW w:w="4040" w:type="dxa"/>
                  <w:gridSpan w:val="3"/>
                  <w:vMerge w:val="restart"/>
                  <w:tcMar>
                    <w:left w:w="0" w:type="dxa"/>
                    <w:right w:w="0" w:type="dxa"/>
                  </w:tcMar>
                </w:tcPr>
                <w:p w14:paraId="0A681C9B" w14:textId="77777777" w:rsidR="0097296A" w:rsidRPr="007204D9" w:rsidRDefault="00000000">
                  <w:pPr>
                    <w:autoSpaceDE w:val="0"/>
                    <w:autoSpaceDN w:val="0"/>
                    <w:spacing w:after="0" w:line="380" w:lineRule="exact"/>
                    <w:ind w:left="52" w:right="144"/>
                  </w:pPr>
                  <w:r w:rsidRPr="007204D9">
                    <w:rPr>
                      <w:b/>
                      <w:color w:val="000000"/>
                      <w:sz w:val="18"/>
                    </w:rPr>
                    <w:t xml:space="preserve">Número de questões da subárea: </w:t>
                  </w:r>
                  <w:r w:rsidRPr="007204D9">
                    <w:br/>
                  </w:r>
                  <w:r w:rsidRPr="007204D9">
                    <w:rPr>
                      <w:b/>
                      <w:color w:val="000000"/>
                      <w:sz w:val="18"/>
                    </w:rPr>
                    <w:t xml:space="preserve">Número de questões qualitativas: </w:t>
                  </w:r>
                  <w:r w:rsidRPr="007204D9">
                    <w:br/>
                  </w:r>
                  <w:r w:rsidRPr="007204D9">
                    <w:rPr>
                      <w:b/>
                      <w:color w:val="000000"/>
                      <w:sz w:val="18"/>
                    </w:rPr>
                    <w:t xml:space="preserve">Total de questões atendidas: </w:t>
                  </w:r>
                  <w:r w:rsidRPr="007204D9">
                    <w:br/>
                  </w:r>
                  <w:r w:rsidRPr="007204D9">
                    <w:rPr>
                      <w:b/>
                      <w:color w:val="000000"/>
                      <w:sz w:val="18"/>
                    </w:rPr>
                    <w:t xml:space="preserve">Total de questões não atendidas: </w:t>
                  </w:r>
                  <w:r w:rsidRPr="007204D9">
                    <w:br/>
                  </w:r>
                  <w:r w:rsidRPr="007204D9">
                    <w:rPr>
                      <w:b/>
                      <w:color w:val="000000"/>
                      <w:sz w:val="18"/>
                    </w:rPr>
                    <w:t xml:space="preserve">Total de questões não aplicáveis: </w:t>
                  </w:r>
                  <w:r w:rsidRPr="007204D9">
                    <w:br/>
                  </w:r>
                  <w:r w:rsidRPr="007204D9">
                    <w:rPr>
                      <w:b/>
                      <w:color w:val="000000"/>
                      <w:sz w:val="18"/>
                    </w:rPr>
                    <w:t xml:space="preserve">Total de questões atendidos com restrição: </w:t>
                  </w:r>
                </w:p>
                <w:p w14:paraId="571E1896" w14:textId="77777777" w:rsidR="0097296A" w:rsidRPr="007204D9" w:rsidRDefault="00000000">
                  <w:pPr>
                    <w:autoSpaceDE w:val="0"/>
                    <w:autoSpaceDN w:val="0"/>
                    <w:spacing w:before="346" w:after="0" w:line="200" w:lineRule="exact"/>
                    <w:ind w:right="1264"/>
                    <w:jc w:val="right"/>
                  </w:pPr>
                  <w:r w:rsidRPr="007204D9">
                    <w:rPr>
                      <w:b/>
                      <w:color w:val="000000"/>
                      <w:sz w:val="18"/>
                    </w:rPr>
                    <w:t xml:space="preserve">Quantidade </w:t>
                  </w:r>
                </w:p>
              </w:tc>
              <w:tc>
                <w:tcPr>
                  <w:tcW w:w="520" w:type="dxa"/>
                  <w:vMerge w:val="restart"/>
                  <w:tcMar>
                    <w:left w:w="0" w:type="dxa"/>
                    <w:right w:w="0" w:type="dxa"/>
                  </w:tcMar>
                </w:tcPr>
                <w:p w14:paraId="38A207C3" w14:textId="77777777" w:rsidR="0097296A" w:rsidRPr="007204D9" w:rsidRDefault="00000000">
                  <w:pPr>
                    <w:autoSpaceDE w:val="0"/>
                    <w:autoSpaceDN w:val="0"/>
                    <w:spacing w:before="130" w:after="0" w:line="200" w:lineRule="exact"/>
                    <w:jc w:val="right"/>
                  </w:pPr>
                  <w:r w:rsidRPr="007204D9">
                    <w:rPr>
                      <w:color w:val="000000"/>
                      <w:sz w:val="18"/>
                    </w:rPr>
                    <w:t xml:space="preserve">16 </w:t>
                  </w:r>
                </w:p>
              </w:tc>
              <w:tc>
                <w:tcPr>
                  <w:tcW w:w="3460" w:type="dxa"/>
                  <w:gridSpan w:val="2"/>
                  <w:tcMar>
                    <w:left w:w="0" w:type="dxa"/>
                    <w:right w:w="0" w:type="dxa"/>
                  </w:tcMar>
                </w:tcPr>
                <w:p w14:paraId="3B109271" w14:textId="77777777" w:rsidR="0097296A" w:rsidRPr="007204D9" w:rsidRDefault="00000000">
                  <w:pPr>
                    <w:autoSpaceDE w:val="0"/>
                    <w:autoSpaceDN w:val="0"/>
                    <w:spacing w:before="4" w:after="0" w:line="202" w:lineRule="exact"/>
                    <w:ind w:left="750"/>
                  </w:pPr>
                  <w:r w:rsidRPr="007204D9">
                    <w:rPr>
                      <w:b/>
                      <w:color w:val="000000"/>
                      <w:sz w:val="18"/>
                    </w:rPr>
                    <w:t xml:space="preserve">Atendimento em relação ao </w:t>
                  </w:r>
                </w:p>
              </w:tc>
              <w:tc>
                <w:tcPr>
                  <w:tcW w:w="740" w:type="dxa"/>
                  <w:vMerge w:val="restart"/>
                  <w:tcMar>
                    <w:left w:w="0" w:type="dxa"/>
                    <w:right w:w="0" w:type="dxa"/>
                  </w:tcMar>
                </w:tcPr>
                <w:p w14:paraId="05CEC149" w14:textId="77777777" w:rsidR="0097296A" w:rsidRPr="007204D9" w:rsidRDefault="00000000">
                  <w:pPr>
                    <w:autoSpaceDE w:val="0"/>
                    <w:autoSpaceDN w:val="0"/>
                    <w:spacing w:before="120" w:after="0" w:line="200" w:lineRule="exact"/>
                    <w:jc w:val="center"/>
                  </w:pPr>
                  <w:r w:rsidRPr="007204D9">
                    <w:rPr>
                      <w:b/>
                      <w:color w:val="000000"/>
                      <w:sz w:val="18"/>
                    </w:rPr>
                    <w:t xml:space="preserve">0,0% </w:t>
                  </w:r>
                </w:p>
              </w:tc>
              <w:tc>
                <w:tcPr>
                  <w:tcW w:w="700" w:type="dxa"/>
                  <w:vMerge w:val="restart"/>
                  <w:tcMar>
                    <w:left w:w="0" w:type="dxa"/>
                    <w:right w:w="0" w:type="dxa"/>
                  </w:tcMar>
                </w:tcPr>
                <w:p w14:paraId="67D9C4E4" w14:textId="77777777" w:rsidR="0097296A" w:rsidRPr="007204D9" w:rsidRDefault="00000000">
                  <w:pPr>
                    <w:autoSpaceDE w:val="0"/>
                    <w:autoSpaceDN w:val="0"/>
                    <w:spacing w:before="120" w:after="0" w:line="200" w:lineRule="exact"/>
                    <w:jc w:val="center"/>
                  </w:pPr>
                  <w:r w:rsidRPr="007204D9">
                    <w:rPr>
                      <w:b/>
                      <w:color w:val="000000"/>
                      <w:sz w:val="18"/>
                    </w:rPr>
                    <w:t xml:space="preserve">de </w:t>
                  </w:r>
                </w:p>
              </w:tc>
              <w:tc>
                <w:tcPr>
                  <w:tcW w:w="900" w:type="dxa"/>
                  <w:vMerge w:val="restart"/>
                  <w:tcMar>
                    <w:left w:w="0" w:type="dxa"/>
                    <w:right w:w="0" w:type="dxa"/>
                  </w:tcMar>
                </w:tcPr>
                <w:p w14:paraId="28634196" w14:textId="77777777" w:rsidR="0097296A" w:rsidRPr="007204D9" w:rsidRDefault="00000000">
                  <w:pPr>
                    <w:autoSpaceDE w:val="0"/>
                    <w:autoSpaceDN w:val="0"/>
                    <w:spacing w:before="120" w:after="0" w:line="200" w:lineRule="exact"/>
                    <w:ind w:right="78"/>
                    <w:jc w:val="right"/>
                  </w:pPr>
                  <w:r w:rsidRPr="007204D9">
                    <w:rPr>
                      <w:b/>
                      <w:color w:val="000000"/>
                      <w:sz w:val="18"/>
                    </w:rPr>
                    <w:t xml:space="preserve">23,5% </w:t>
                  </w:r>
                </w:p>
              </w:tc>
            </w:tr>
            <w:tr w:rsidR="0097296A" w:rsidRPr="007204D9" w14:paraId="3AC5C831" w14:textId="77777777">
              <w:trPr>
                <w:trHeight w:val="260"/>
              </w:trPr>
              <w:tc>
                <w:tcPr>
                  <w:tcW w:w="3498" w:type="dxa"/>
                  <w:gridSpan w:val="3"/>
                  <w:vMerge/>
                </w:tcPr>
                <w:p w14:paraId="2DE28320" w14:textId="77777777" w:rsidR="0097296A" w:rsidRPr="007204D9" w:rsidRDefault="0097296A"/>
              </w:tc>
              <w:tc>
                <w:tcPr>
                  <w:tcW w:w="1166" w:type="dxa"/>
                  <w:vMerge/>
                </w:tcPr>
                <w:p w14:paraId="65CD3712" w14:textId="77777777" w:rsidR="0097296A" w:rsidRPr="007204D9" w:rsidRDefault="0097296A"/>
              </w:tc>
              <w:tc>
                <w:tcPr>
                  <w:tcW w:w="3460" w:type="dxa"/>
                  <w:gridSpan w:val="2"/>
                  <w:tcMar>
                    <w:left w:w="0" w:type="dxa"/>
                    <w:right w:w="0" w:type="dxa"/>
                  </w:tcMar>
                </w:tcPr>
                <w:p w14:paraId="0CC69338" w14:textId="77777777" w:rsidR="0097296A" w:rsidRPr="007204D9" w:rsidRDefault="00000000">
                  <w:pPr>
                    <w:autoSpaceDE w:val="0"/>
                    <w:autoSpaceDN w:val="0"/>
                    <w:spacing w:before="18" w:after="0" w:line="200" w:lineRule="exact"/>
                    <w:ind w:left="750"/>
                  </w:pPr>
                  <w:r w:rsidRPr="007204D9">
                    <w:rPr>
                      <w:b/>
                      <w:color w:val="000000"/>
                      <w:sz w:val="18"/>
                    </w:rPr>
                    <w:t xml:space="preserve">total (ART): </w:t>
                  </w:r>
                </w:p>
              </w:tc>
              <w:tc>
                <w:tcPr>
                  <w:tcW w:w="1166" w:type="dxa"/>
                  <w:vMerge/>
                </w:tcPr>
                <w:p w14:paraId="390A917A" w14:textId="77777777" w:rsidR="0097296A" w:rsidRPr="007204D9" w:rsidRDefault="0097296A"/>
              </w:tc>
              <w:tc>
                <w:tcPr>
                  <w:tcW w:w="1166" w:type="dxa"/>
                  <w:vMerge/>
                </w:tcPr>
                <w:p w14:paraId="657BCFC2" w14:textId="77777777" w:rsidR="0097296A" w:rsidRPr="007204D9" w:rsidRDefault="0097296A"/>
              </w:tc>
              <w:tc>
                <w:tcPr>
                  <w:tcW w:w="1166" w:type="dxa"/>
                  <w:vMerge/>
                </w:tcPr>
                <w:p w14:paraId="59DE2888" w14:textId="77777777" w:rsidR="0097296A" w:rsidRPr="007204D9" w:rsidRDefault="0097296A"/>
              </w:tc>
            </w:tr>
            <w:tr w:rsidR="0097296A" w:rsidRPr="007204D9" w14:paraId="60033A27" w14:textId="77777777">
              <w:trPr>
                <w:trHeight w:val="360"/>
              </w:trPr>
              <w:tc>
                <w:tcPr>
                  <w:tcW w:w="3498" w:type="dxa"/>
                  <w:gridSpan w:val="3"/>
                  <w:vMerge/>
                </w:tcPr>
                <w:p w14:paraId="509DD106" w14:textId="77777777" w:rsidR="0097296A" w:rsidRPr="007204D9" w:rsidRDefault="0097296A"/>
              </w:tc>
              <w:tc>
                <w:tcPr>
                  <w:tcW w:w="906" w:type="dxa"/>
                  <w:gridSpan w:val="2"/>
                  <w:tcMar>
                    <w:left w:w="0" w:type="dxa"/>
                    <w:right w:w="0" w:type="dxa"/>
                  </w:tcMar>
                </w:tcPr>
                <w:p w14:paraId="5168A91F" w14:textId="77777777" w:rsidR="0097296A" w:rsidRPr="007204D9" w:rsidRDefault="00000000">
                  <w:pPr>
                    <w:autoSpaceDE w:val="0"/>
                    <w:autoSpaceDN w:val="0"/>
                    <w:spacing w:before="66" w:after="0" w:line="202" w:lineRule="exact"/>
                    <w:jc w:val="center"/>
                  </w:pPr>
                  <w:r w:rsidRPr="007204D9">
                    <w:rPr>
                      <w:color w:val="000000"/>
                      <w:sz w:val="18"/>
                    </w:rPr>
                    <w:t xml:space="preserve">0 </w:t>
                  </w:r>
                </w:p>
              </w:tc>
              <w:tc>
                <w:tcPr>
                  <w:tcW w:w="3074" w:type="dxa"/>
                  <w:tcMar>
                    <w:left w:w="0" w:type="dxa"/>
                    <w:right w:w="0" w:type="dxa"/>
                  </w:tcMar>
                </w:tcPr>
                <w:p w14:paraId="372CF137" w14:textId="77777777" w:rsidR="0097296A" w:rsidRPr="007204D9" w:rsidRDefault="00000000">
                  <w:pPr>
                    <w:autoSpaceDE w:val="0"/>
                    <w:autoSpaceDN w:val="0"/>
                    <w:spacing w:before="58" w:after="0" w:line="200" w:lineRule="exact"/>
                    <w:ind w:left="364"/>
                  </w:pPr>
                  <w:r w:rsidRPr="007204D9">
                    <w:rPr>
                      <w:b/>
                      <w:color w:val="000000"/>
                      <w:sz w:val="18"/>
                    </w:rPr>
                    <w:t xml:space="preserve">Atendimento da subárea (AS): </w:t>
                  </w:r>
                </w:p>
              </w:tc>
              <w:tc>
                <w:tcPr>
                  <w:tcW w:w="2340" w:type="dxa"/>
                  <w:gridSpan w:val="3"/>
                  <w:tcMar>
                    <w:left w:w="0" w:type="dxa"/>
                    <w:right w:w="0" w:type="dxa"/>
                  </w:tcMar>
                </w:tcPr>
                <w:p w14:paraId="522E947C" w14:textId="77777777" w:rsidR="0097296A" w:rsidRPr="007204D9" w:rsidRDefault="00000000">
                  <w:pPr>
                    <w:autoSpaceDE w:val="0"/>
                    <w:autoSpaceDN w:val="0"/>
                    <w:spacing w:before="58" w:after="0" w:line="200" w:lineRule="exact"/>
                    <w:ind w:left="128"/>
                  </w:pPr>
                  <w:r w:rsidRPr="007204D9">
                    <w:rPr>
                      <w:b/>
                      <w:color w:val="000000"/>
                      <w:sz w:val="18"/>
                    </w:rPr>
                    <w:t xml:space="preserve">0,0% </w:t>
                  </w:r>
                </w:p>
              </w:tc>
            </w:tr>
            <w:tr w:rsidR="0097296A" w:rsidRPr="007204D9" w14:paraId="1E46F2DE" w14:textId="77777777">
              <w:trPr>
                <w:trHeight w:val="2140"/>
              </w:trPr>
              <w:tc>
                <w:tcPr>
                  <w:tcW w:w="3498" w:type="dxa"/>
                  <w:gridSpan w:val="3"/>
                  <w:vMerge/>
                </w:tcPr>
                <w:p w14:paraId="76DAD397" w14:textId="77777777" w:rsidR="0097296A" w:rsidRPr="007204D9" w:rsidRDefault="0097296A"/>
              </w:tc>
              <w:tc>
                <w:tcPr>
                  <w:tcW w:w="6320" w:type="dxa"/>
                  <w:gridSpan w:val="6"/>
                  <w:vMerge w:val="restart"/>
                  <w:tcMar>
                    <w:left w:w="0" w:type="dxa"/>
                    <w:right w:w="0" w:type="dxa"/>
                  </w:tcMar>
                </w:tcPr>
                <w:p w14:paraId="43F43780" w14:textId="77777777" w:rsidR="0097296A" w:rsidRPr="007204D9" w:rsidRDefault="00000000">
                  <w:pPr>
                    <w:autoSpaceDE w:val="0"/>
                    <w:autoSpaceDN w:val="0"/>
                    <w:spacing w:after="0" w:line="366" w:lineRule="exact"/>
                    <w:ind w:left="400" w:right="5778"/>
                    <w:jc w:val="both"/>
                  </w:pPr>
                  <w:r w:rsidRPr="007204D9">
                    <w:rPr>
                      <w:color w:val="000000"/>
                      <w:sz w:val="18"/>
                    </w:rPr>
                    <w:t xml:space="preserve">0 </w:t>
                  </w:r>
                  <w:r w:rsidRPr="007204D9">
                    <w:br/>
                  </w:r>
                  <w:r w:rsidRPr="007204D9">
                    <w:rPr>
                      <w:color w:val="000000"/>
                      <w:sz w:val="18"/>
                    </w:rPr>
                    <w:t xml:space="preserve">0 </w:t>
                  </w:r>
                  <w:r w:rsidRPr="007204D9">
                    <w:br/>
                  </w:r>
                  <w:r w:rsidRPr="007204D9">
                    <w:rPr>
                      <w:color w:val="000000"/>
                      <w:sz w:val="18"/>
                    </w:rPr>
                    <w:t xml:space="preserve">0 </w:t>
                  </w:r>
                  <w:r w:rsidRPr="007204D9">
                    <w:br/>
                  </w:r>
                  <w:r w:rsidRPr="007204D9">
                    <w:rPr>
                      <w:color w:val="000000"/>
                      <w:sz w:val="18"/>
                    </w:rPr>
                    <w:t xml:space="preserve">0 </w:t>
                  </w:r>
                </w:p>
                <w:p w14:paraId="0B01F5DB" w14:textId="77777777" w:rsidR="0097296A" w:rsidRPr="007204D9" w:rsidRDefault="00000000">
                  <w:pPr>
                    <w:autoSpaceDE w:val="0"/>
                    <w:autoSpaceDN w:val="0"/>
                    <w:spacing w:before="278" w:after="0" w:line="240" w:lineRule="auto"/>
                    <w:jc w:val="center"/>
                  </w:pPr>
                  <w:r w:rsidRPr="007204D9">
                    <w:rPr>
                      <w:noProof/>
                    </w:rPr>
                    <w:drawing>
                      <wp:inline distT="0" distB="0" distL="0" distR="0" wp14:anchorId="46D7326F" wp14:editId="48B6AA6F">
                        <wp:extent cx="3526790" cy="3403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5"/>
                                <a:stretch>
                                  <a:fillRect/>
                                </a:stretch>
                              </pic:blipFill>
                              <pic:spPr>
                                <a:xfrm>
                                  <a:off x="0" y="0"/>
                                  <a:ext cx="3526790" cy="340360"/>
                                </a:xfrm>
                                <a:prstGeom prst="rect">
                                  <a:avLst/>
                                </a:prstGeom>
                              </pic:spPr>
                            </pic:pic>
                          </a:graphicData>
                        </a:graphic>
                      </wp:inline>
                    </w:drawing>
                  </w:r>
                </w:p>
                <w:p w14:paraId="6541898E" w14:textId="77777777" w:rsidR="0097296A" w:rsidRPr="007204D9" w:rsidRDefault="00000000">
                  <w:pPr>
                    <w:autoSpaceDE w:val="0"/>
                    <w:autoSpaceDN w:val="0"/>
                    <w:spacing w:before="192" w:after="0" w:line="240" w:lineRule="auto"/>
                    <w:ind w:left="1094"/>
                  </w:pPr>
                  <w:r w:rsidRPr="007204D9">
                    <w:rPr>
                      <w:noProof/>
                    </w:rPr>
                    <w:drawing>
                      <wp:inline distT="0" distB="0" distL="0" distR="0" wp14:anchorId="22B5438F" wp14:editId="1EED999F">
                        <wp:extent cx="2833369" cy="4152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6"/>
                                <a:stretch>
                                  <a:fillRect/>
                                </a:stretch>
                              </pic:blipFill>
                              <pic:spPr>
                                <a:xfrm>
                                  <a:off x="0" y="0"/>
                                  <a:ext cx="2833369" cy="415289"/>
                                </a:xfrm>
                                <a:prstGeom prst="rect">
                                  <a:avLst/>
                                </a:prstGeom>
                              </pic:spPr>
                            </pic:pic>
                          </a:graphicData>
                        </a:graphic>
                      </wp:inline>
                    </w:drawing>
                  </w:r>
                </w:p>
              </w:tc>
            </w:tr>
            <w:tr w:rsidR="0097296A" w:rsidRPr="007204D9" w14:paraId="339CC200" w14:textId="77777777">
              <w:trPr>
                <w:trHeight w:val="620"/>
              </w:trPr>
              <w:tc>
                <w:tcPr>
                  <w:tcW w:w="1940" w:type="dxa"/>
                  <w:vMerge w:val="restart"/>
                  <w:tcMar>
                    <w:left w:w="0" w:type="dxa"/>
                    <w:right w:w="0" w:type="dxa"/>
                  </w:tcMar>
                </w:tcPr>
                <w:p w14:paraId="22DFDFCE" w14:textId="77777777" w:rsidR="0097296A" w:rsidRPr="007204D9" w:rsidRDefault="00000000">
                  <w:pPr>
                    <w:autoSpaceDE w:val="0"/>
                    <w:autoSpaceDN w:val="0"/>
                    <w:spacing w:before="140" w:after="0" w:line="240" w:lineRule="auto"/>
                    <w:ind w:left="360"/>
                  </w:pPr>
                  <w:r w:rsidRPr="007204D9">
                    <w:rPr>
                      <w:noProof/>
                    </w:rPr>
                    <w:drawing>
                      <wp:inline distT="0" distB="0" distL="0" distR="0" wp14:anchorId="1C2B25FB" wp14:editId="3E5CD105">
                        <wp:extent cx="838200" cy="977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7"/>
                                <a:stretch>
                                  <a:fillRect/>
                                </a:stretch>
                              </pic:blipFill>
                              <pic:spPr>
                                <a:xfrm>
                                  <a:off x="0" y="0"/>
                                  <a:ext cx="838200" cy="977900"/>
                                </a:xfrm>
                                <a:prstGeom prst="rect">
                                  <a:avLst/>
                                </a:prstGeom>
                              </pic:spPr>
                            </pic:pic>
                          </a:graphicData>
                        </a:graphic>
                      </wp:inline>
                    </w:drawing>
                  </w:r>
                </w:p>
              </w:tc>
              <w:tc>
                <w:tcPr>
                  <w:tcW w:w="700" w:type="dxa"/>
                  <w:tcMar>
                    <w:left w:w="0" w:type="dxa"/>
                    <w:right w:w="0" w:type="dxa"/>
                  </w:tcMar>
                </w:tcPr>
                <w:p w14:paraId="01999B4F" w14:textId="77777777" w:rsidR="0097296A" w:rsidRPr="007204D9" w:rsidRDefault="00000000">
                  <w:pPr>
                    <w:autoSpaceDE w:val="0"/>
                    <w:autoSpaceDN w:val="0"/>
                    <w:spacing w:before="284" w:after="0" w:line="200" w:lineRule="exact"/>
                    <w:jc w:val="center"/>
                  </w:pPr>
                  <w:r w:rsidRPr="007204D9">
                    <w:rPr>
                      <w:color w:val="000000"/>
                      <w:sz w:val="18"/>
                    </w:rPr>
                    <w:t xml:space="preserve">0 </w:t>
                  </w:r>
                </w:p>
              </w:tc>
              <w:tc>
                <w:tcPr>
                  <w:tcW w:w="1400" w:type="dxa"/>
                  <w:tcMar>
                    <w:left w:w="0" w:type="dxa"/>
                    <w:right w:w="0" w:type="dxa"/>
                  </w:tcMar>
                </w:tcPr>
                <w:p w14:paraId="7CE7E563" w14:textId="77777777" w:rsidR="0097296A" w:rsidRPr="007204D9" w:rsidRDefault="00000000">
                  <w:pPr>
                    <w:autoSpaceDE w:val="0"/>
                    <w:autoSpaceDN w:val="0"/>
                    <w:spacing w:before="284" w:after="0" w:line="200" w:lineRule="exact"/>
                    <w:jc w:val="center"/>
                  </w:pPr>
                  <w:r w:rsidRPr="007204D9">
                    <w:rPr>
                      <w:color w:val="000000"/>
                      <w:sz w:val="18"/>
                    </w:rPr>
                    <w:t xml:space="preserve">questões </w:t>
                  </w:r>
                </w:p>
              </w:tc>
              <w:tc>
                <w:tcPr>
                  <w:tcW w:w="6996" w:type="dxa"/>
                  <w:gridSpan w:val="6"/>
                  <w:vMerge/>
                </w:tcPr>
                <w:p w14:paraId="6757EFF0" w14:textId="77777777" w:rsidR="0097296A" w:rsidRPr="007204D9" w:rsidRDefault="0097296A"/>
              </w:tc>
            </w:tr>
            <w:tr w:rsidR="0097296A" w:rsidRPr="007204D9" w14:paraId="115F7E11" w14:textId="77777777">
              <w:trPr>
                <w:trHeight w:val="520"/>
              </w:trPr>
              <w:tc>
                <w:tcPr>
                  <w:tcW w:w="1166" w:type="dxa"/>
                  <w:vMerge/>
                </w:tcPr>
                <w:p w14:paraId="1FCB3E7D" w14:textId="77777777" w:rsidR="0097296A" w:rsidRPr="007204D9" w:rsidRDefault="0097296A"/>
              </w:tc>
              <w:tc>
                <w:tcPr>
                  <w:tcW w:w="700" w:type="dxa"/>
                  <w:tcMar>
                    <w:left w:w="0" w:type="dxa"/>
                    <w:right w:w="0" w:type="dxa"/>
                  </w:tcMar>
                </w:tcPr>
                <w:p w14:paraId="5328F5A2" w14:textId="77777777" w:rsidR="0097296A" w:rsidRPr="007204D9" w:rsidRDefault="00000000">
                  <w:pPr>
                    <w:autoSpaceDE w:val="0"/>
                    <w:autoSpaceDN w:val="0"/>
                    <w:spacing w:before="174" w:after="0" w:line="202" w:lineRule="exact"/>
                    <w:jc w:val="center"/>
                  </w:pPr>
                  <w:r w:rsidRPr="007204D9">
                    <w:rPr>
                      <w:color w:val="000000"/>
                      <w:sz w:val="18"/>
                    </w:rPr>
                    <w:t xml:space="preserve">0 </w:t>
                  </w:r>
                </w:p>
              </w:tc>
              <w:tc>
                <w:tcPr>
                  <w:tcW w:w="1400" w:type="dxa"/>
                  <w:tcMar>
                    <w:left w:w="0" w:type="dxa"/>
                    <w:right w:w="0" w:type="dxa"/>
                  </w:tcMar>
                </w:tcPr>
                <w:p w14:paraId="656438D7" w14:textId="77777777" w:rsidR="0097296A" w:rsidRPr="007204D9" w:rsidRDefault="00000000">
                  <w:pPr>
                    <w:autoSpaceDE w:val="0"/>
                    <w:autoSpaceDN w:val="0"/>
                    <w:spacing w:before="174" w:after="0" w:line="202" w:lineRule="exact"/>
                    <w:jc w:val="center"/>
                  </w:pPr>
                  <w:r w:rsidRPr="007204D9">
                    <w:rPr>
                      <w:color w:val="000000"/>
                      <w:sz w:val="18"/>
                    </w:rPr>
                    <w:t xml:space="preserve">questões </w:t>
                  </w:r>
                </w:p>
              </w:tc>
              <w:tc>
                <w:tcPr>
                  <w:tcW w:w="6996" w:type="dxa"/>
                  <w:gridSpan w:val="6"/>
                  <w:vMerge/>
                </w:tcPr>
                <w:p w14:paraId="50E58D03" w14:textId="77777777" w:rsidR="0097296A" w:rsidRPr="007204D9" w:rsidRDefault="0097296A"/>
              </w:tc>
            </w:tr>
            <w:tr w:rsidR="0097296A" w:rsidRPr="007204D9" w14:paraId="5CF84950" w14:textId="77777777">
              <w:trPr>
                <w:trHeight w:val="580"/>
              </w:trPr>
              <w:tc>
                <w:tcPr>
                  <w:tcW w:w="1166" w:type="dxa"/>
                  <w:vMerge/>
                </w:tcPr>
                <w:p w14:paraId="1773FAB7" w14:textId="77777777" w:rsidR="0097296A" w:rsidRPr="007204D9" w:rsidRDefault="0097296A"/>
              </w:tc>
              <w:tc>
                <w:tcPr>
                  <w:tcW w:w="700" w:type="dxa"/>
                  <w:tcMar>
                    <w:left w:w="0" w:type="dxa"/>
                    <w:right w:w="0" w:type="dxa"/>
                  </w:tcMar>
                </w:tcPr>
                <w:p w14:paraId="5765FC38" w14:textId="77777777" w:rsidR="0097296A" w:rsidRPr="007204D9" w:rsidRDefault="00000000">
                  <w:pPr>
                    <w:autoSpaceDE w:val="0"/>
                    <w:autoSpaceDN w:val="0"/>
                    <w:spacing w:before="162" w:after="0" w:line="200" w:lineRule="exact"/>
                    <w:jc w:val="center"/>
                  </w:pPr>
                  <w:r w:rsidRPr="007204D9">
                    <w:rPr>
                      <w:color w:val="000000"/>
                      <w:sz w:val="18"/>
                    </w:rPr>
                    <w:t xml:space="preserve">0 </w:t>
                  </w:r>
                </w:p>
              </w:tc>
              <w:tc>
                <w:tcPr>
                  <w:tcW w:w="1400" w:type="dxa"/>
                  <w:tcMar>
                    <w:left w:w="0" w:type="dxa"/>
                    <w:right w:w="0" w:type="dxa"/>
                  </w:tcMar>
                </w:tcPr>
                <w:p w14:paraId="7E89E3F4" w14:textId="77777777" w:rsidR="0097296A" w:rsidRPr="007204D9" w:rsidRDefault="00000000">
                  <w:pPr>
                    <w:autoSpaceDE w:val="0"/>
                    <w:autoSpaceDN w:val="0"/>
                    <w:spacing w:before="162" w:after="0" w:line="200" w:lineRule="exact"/>
                    <w:jc w:val="center"/>
                  </w:pPr>
                  <w:r w:rsidRPr="007204D9">
                    <w:rPr>
                      <w:color w:val="000000"/>
                      <w:sz w:val="18"/>
                    </w:rPr>
                    <w:t xml:space="preserve">questões </w:t>
                  </w:r>
                </w:p>
              </w:tc>
              <w:tc>
                <w:tcPr>
                  <w:tcW w:w="6996" w:type="dxa"/>
                  <w:gridSpan w:val="6"/>
                  <w:vMerge/>
                </w:tcPr>
                <w:p w14:paraId="0AFB1243" w14:textId="77777777" w:rsidR="0097296A" w:rsidRPr="007204D9" w:rsidRDefault="0097296A"/>
              </w:tc>
            </w:tr>
          </w:tbl>
          <w:p w14:paraId="3C216C03" w14:textId="77777777" w:rsidR="0097296A" w:rsidRPr="007204D9" w:rsidRDefault="0097296A">
            <w:pPr>
              <w:autoSpaceDE w:val="0"/>
              <w:autoSpaceDN w:val="0"/>
              <w:spacing w:after="0" w:line="14" w:lineRule="exact"/>
            </w:pPr>
          </w:p>
        </w:tc>
      </w:tr>
    </w:tbl>
    <w:p w14:paraId="5E5B2EBC" w14:textId="77777777" w:rsidR="0097296A" w:rsidRPr="007204D9" w:rsidRDefault="0097296A">
      <w:pPr>
        <w:autoSpaceDE w:val="0"/>
        <w:autoSpaceDN w:val="0"/>
        <w:spacing w:after="0" w:line="472" w:lineRule="exact"/>
      </w:pPr>
    </w:p>
    <w:tbl>
      <w:tblPr>
        <w:tblW w:w="0" w:type="auto"/>
        <w:tblInd w:w="4" w:type="dxa"/>
        <w:tblLayout w:type="fixed"/>
        <w:tblLook w:val="04A0" w:firstRow="1" w:lastRow="0" w:firstColumn="1" w:lastColumn="0" w:noHBand="0" w:noVBand="1"/>
      </w:tblPr>
      <w:tblGrid>
        <w:gridCol w:w="566"/>
        <w:gridCol w:w="1138"/>
        <w:gridCol w:w="6804"/>
        <w:gridCol w:w="140"/>
        <w:gridCol w:w="712"/>
        <w:gridCol w:w="1130"/>
      </w:tblGrid>
      <w:tr w:rsidR="0097296A" w:rsidRPr="007204D9" w14:paraId="4CFF279F" w14:textId="77777777">
        <w:trPr>
          <w:trHeight w:val="454"/>
        </w:trPr>
        <w:tc>
          <w:tcPr>
            <w:tcW w:w="10490" w:type="dxa"/>
            <w:gridSpan w:val="6"/>
            <w:tcBorders>
              <w:top w:val="single" w:sz="4" w:space="0" w:color="auto"/>
              <w:left w:val="single" w:sz="4" w:space="0" w:color="auto"/>
              <w:bottom w:val="single" w:sz="4" w:space="0" w:color="auto"/>
              <w:right w:val="single" w:sz="4" w:space="0" w:color="auto"/>
            </w:tcBorders>
            <w:tcMar>
              <w:left w:w="0" w:type="dxa"/>
              <w:right w:w="0" w:type="dxa"/>
            </w:tcMar>
          </w:tcPr>
          <w:p w14:paraId="6B1CDAB4" w14:textId="77777777" w:rsidR="0097296A" w:rsidRPr="007204D9" w:rsidRDefault="00000000">
            <w:pPr>
              <w:autoSpaceDE w:val="0"/>
              <w:autoSpaceDN w:val="0"/>
              <w:spacing w:before="116" w:after="0" w:line="200" w:lineRule="exact"/>
              <w:jc w:val="center"/>
            </w:pPr>
            <w:r w:rsidRPr="007204D9">
              <w:rPr>
                <w:b/>
                <w:color w:val="000000"/>
                <w:sz w:val="18"/>
              </w:rPr>
              <w:t xml:space="preserve">7. Vestiários </w:t>
            </w:r>
          </w:p>
        </w:tc>
      </w:tr>
      <w:tr w:rsidR="0097296A" w:rsidRPr="007204D9" w14:paraId="2F8D995A" w14:textId="77777777">
        <w:trPr>
          <w:trHeight w:val="38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39FDEE4" w14:textId="77777777" w:rsidR="0097296A" w:rsidRPr="007204D9" w:rsidRDefault="00000000">
            <w:pPr>
              <w:autoSpaceDE w:val="0"/>
              <w:autoSpaceDN w:val="0"/>
              <w:spacing w:before="192" w:after="0" w:line="202" w:lineRule="exact"/>
              <w:jc w:val="center"/>
            </w:pPr>
            <w:r w:rsidRPr="007204D9">
              <w:rPr>
                <w:b/>
                <w:color w:val="000000"/>
                <w:sz w:val="18"/>
              </w:rPr>
              <w:t>Item</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736D2C1" w14:textId="77777777" w:rsidR="0097296A" w:rsidRPr="007204D9" w:rsidRDefault="00000000">
            <w:pPr>
              <w:autoSpaceDE w:val="0"/>
              <w:autoSpaceDN w:val="0"/>
              <w:spacing w:before="192" w:after="0" w:line="202" w:lineRule="exact"/>
              <w:jc w:val="center"/>
            </w:pPr>
            <w:r w:rsidRPr="007204D9">
              <w:rPr>
                <w:b/>
                <w:color w:val="000000"/>
                <w:sz w:val="18"/>
              </w:rPr>
              <w:t xml:space="preserve">Relevância </w:t>
            </w:r>
          </w:p>
        </w:tc>
        <w:tc>
          <w:tcPr>
            <w:tcW w:w="6804"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D400EC0" w14:textId="77777777" w:rsidR="0097296A" w:rsidRPr="007204D9" w:rsidRDefault="00000000">
            <w:pPr>
              <w:autoSpaceDE w:val="0"/>
              <w:autoSpaceDN w:val="0"/>
              <w:spacing w:before="192" w:after="0" w:line="202" w:lineRule="exact"/>
              <w:jc w:val="center"/>
            </w:pPr>
            <w:r w:rsidRPr="007204D9">
              <w:rPr>
                <w:b/>
                <w:color w:val="000000"/>
                <w:sz w:val="18"/>
              </w:rPr>
              <w:t xml:space="preserve">Descrição </w:t>
            </w:r>
          </w:p>
        </w:tc>
        <w:tc>
          <w:tcPr>
            <w:tcW w:w="1982"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4D82D762" w14:textId="77777777" w:rsidR="0097296A" w:rsidRPr="007204D9" w:rsidRDefault="00000000">
            <w:pPr>
              <w:autoSpaceDE w:val="0"/>
              <w:autoSpaceDN w:val="0"/>
              <w:spacing w:before="80" w:after="0" w:line="200" w:lineRule="exact"/>
              <w:jc w:val="center"/>
            </w:pPr>
            <w:r w:rsidRPr="007204D9">
              <w:rPr>
                <w:b/>
                <w:color w:val="000000"/>
                <w:sz w:val="18"/>
              </w:rPr>
              <w:t xml:space="preserve">Resultado </w:t>
            </w:r>
          </w:p>
        </w:tc>
      </w:tr>
      <w:tr w:rsidR="0097296A" w:rsidRPr="007204D9" w14:paraId="38F9D092" w14:textId="77777777">
        <w:trPr>
          <w:trHeight w:val="224"/>
        </w:trPr>
        <w:tc>
          <w:tcPr>
            <w:tcW w:w="1757" w:type="dxa"/>
            <w:vMerge/>
            <w:tcBorders>
              <w:top w:val="single" w:sz="4" w:space="0" w:color="auto"/>
              <w:left w:val="single" w:sz="4" w:space="0" w:color="auto"/>
              <w:bottom w:val="single" w:sz="4" w:space="0" w:color="auto"/>
              <w:right w:val="single" w:sz="4" w:space="0" w:color="auto"/>
            </w:tcBorders>
          </w:tcPr>
          <w:p w14:paraId="6640E7DC" w14:textId="77777777" w:rsidR="0097296A" w:rsidRPr="007204D9" w:rsidRDefault="0097296A"/>
        </w:tc>
        <w:tc>
          <w:tcPr>
            <w:tcW w:w="1757" w:type="dxa"/>
            <w:vMerge/>
            <w:tcBorders>
              <w:top w:val="single" w:sz="4" w:space="0" w:color="auto"/>
              <w:left w:val="single" w:sz="4" w:space="0" w:color="auto"/>
              <w:bottom w:val="single" w:sz="4" w:space="0" w:color="auto"/>
              <w:right w:val="single" w:sz="4" w:space="0" w:color="auto"/>
            </w:tcBorders>
          </w:tcPr>
          <w:p w14:paraId="630BDEC7" w14:textId="77777777" w:rsidR="0097296A" w:rsidRPr="007204D9" w:rsidRDefault="0097296A"/>
        </w:tc>
        <w:tc>
          <w:tcPr>
            <w:tcW w:w="1757" w:type="dxa"/>
            <w:vMerge/>
            <w:tcBorders>
              <w:top w:val="single" w:sz="4" w:space="0" w:color="auto"/>
              <w:left w:val="single" w:sz="4" w:space="0" w:color="auto"/>
              <w:bottom w:val="single" w:sz="4" w:space="0" w:color="auto"/>
              <w:right w:val="single" w:sz="4" w:space="0" w:color="auto"/>
            </w:tcBorders>
          </w:tcPr>
          <w:p w14:paraId="596E5BCC" w14:textId="77777777" w:rsidR="0097296A" w:rsidRPr="007204D9" w:rsidRDefault="0097296A"/>
        </w:tc>
        <w:tc>
          <w:tcPr>
            <w:tcW w:w="85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79C48356" w14:textId="77777777" w:rsidR="0097296A" w:rsidRPr="007204D9" w:rsidRDefault="00000000">
            <w:pPr>
              <w:autoSpaceDE w:val="0"/>
              <w:autoSpaceDN w:val="0"/>
              <w:spacing w:after="0" w:line="200" w:lineRule="exact"/>
              <w:jc w:val="center"/>
            </w:pPr>
            <w:r w:rsidRPr="007204D9">
              <w:rPr>
                <w:b/>
                <w:color w:val="000000"/>
                <w:sz w:val="18"/>
              </w:rPr>
              <w:t>X</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02EF7F78" w14:textId="77777777" w:rsidR="0097296A" w:rsidRPr="007204D9" w:rsidRDefault="00000000">
            <w:pPr>
              <w:autoSpaceDE w:val="0"/>
              <w:autoSpaceDN w:val="0"/>
              <w:spacing w:after="0" w:line="200" w:lineRule="exact"/>
              <w:jc w:val="center"/>
            </w:pPr>
            <w:r w:rsidRPr="007204D9">
              <w:rPr>
                <w:b/>
                <w:color w:val="000000"/>
                <w:sz w:val="18"/>
              </w:rPr>
              <w:t>Impacto</w:t>
            </w:r>
          </w:p>
        </w:tc>
      </w:tr>
      <w:tr w:rsidR="0097296A" w:rsidRPr="007204D9" w14:paraId="5CEE3685" w14:textId="77777777">
        <w:trPr>
          <w:trHeight w:val="420"/>
        </w:trPr>
        <w:tc>
          <w:tcPr>
            <w:tcW w:w="566"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62C350CC" w14:textId="77777777" w:rsidR="0097296A" w:rsidRPr="007204D9" w:rsidRDefault="00000000">
            <w:pPr>
              <w:autoSpaceDE w:val="0"/>
              <w:autoSpaceDN w:val="0"/>
              <w:spacing w:before="1364" w:after="0" w:line="200" w:lineRule="exact"/>
              <w:jc w:val="center"/>
            </w:pPr>
            <w:r w:rsidRPr="007204D9">
              <w:rPr>
                <w:color w:val="000000"/>
                <w:sz w:val="18"/>
              </w:rPr>
              <w:t xml:space="preserve">7.1 </w:t>
            </w:r>
          </w:p>
        </w:tc>
        <w:tc>
          <w:tcPr>
            <w:tcW w:w="1138" w:type="dxa"/>
            <w:vMerge w:val="restart"/>
            <w:tcBorders>
              <w:top w:val="single" w:sz="4" w:space="0" w:color="auto"/>
              <w:left w:val="single" w:sz="4" w:space="0" w:color="auto"/>
              <w:bottom w:val="single" w:sz="3" w:space="0" w:color="auto"/>
              <w:right w:val="single" w:sz="4" w:space="0" w:color="auto"/>
            </w:tcBorders>
            <w:tcMar>
              <w:left w:w="0" w:type="dxa"/>
              <w:right w:w="0" w:type="dxa"/>
            </w:tcMar>
          </w:tcPr>
          <w:p w14:paraId="79FF9831" w14:textId="77777777" w:rsidR="0097296A" w:rsidRPr="007204D9" w:rsidRDefault="00000000">
            <w:pPr>
              <w:autoSpaceDE w:val="0"/>
              <w:autoSpaceDN w:val="0"/>
              <w:spacing w:before="1364" w:after="0" w:line="200" w:lineRule="exact"/>
              <w:jc w:val="center"/>
            </w:pPr>
            <w:r w:rsidRPr="007204D9">
              <w:rPr>
                <w:color w:val="000000"/>
                <w:sz w:val="18"/>
              </w:rPr>
              <w:t xml:space="preserve">2 </w:t>
            </w:r>
          </w:p>
        </w:tc>
        <w:tc>
          <w:tcPr>
            <w:tcW w:w="8786"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5D7E9A31" w14:textId="77777777" w:rsidR="0097296A" w:rsidRPr="007204D9" w:rsidRDefault="00000000">
            <w:pPr>
              <w:autoSpaceDE w:val="0"/>
              <w:autoSpaceDN w:val="0"/>
              <w:spacing w:before="98" w:after="0" w:line="202" w:lineRule="exact"/>
              <w:ind w:left="74"/>
            </w:pPr>
            <w:r w:rsidRPr="007204D9">
              <w:rPr>
                <w:b/>
                <w:color w:val="000000"/>
                <w:sz w:val="18"/>
              </w:rPr>
              <w:t xml:space="preserve">Há pelo menos dois vestiários exclusivos para atletas? </w:t>
            </w:r>
          </w:p>
        </w:tc>
      </w:tr>
      <w:tr w:rsidR="0097296A" w:rsidRPr="007204D9" w14:paraId="18AB0144" w14:textId="77777777" w:rsidTr="00050CAE">
        <w:trPr>
          <w:trHeight w:val="402"/>
        </w:trPr>
        <w:tc>
          <w:tcPr>
            <w:tcW w:w="1757" w:type="dxa"/>
            <w:vMerge/>
            <w:tcBorders>
              <w:top w:val="single" w:sz="4" w:space="0" w:color="auto"/>
              <w:left w:val="single" w:sz="4" w:space="0" w:color="auto"/>
              <w:bottom w:val="single" w:sz="3" w:space="0" w:color="auto"/>
              <w:right w:val="single" w:sz="4" w:space="0" w:color="auto"/>
            </w:tcBorders>
          </w:tcPr>
          <w:p w14:paraId="39AE7BA9" w14:textId="77777777" w:rsidR="0097296A" w:rsidRPr="007204D9" w:rsidRDefault="0097296A"/>
        </w:tc>
        <w:tc>
          <w:tcPr>
            <w:tcW w:w="1757" w:type="dxa"/>
            <w:vMerge/>
            <w:tcBorders>
              <w:top w:val="single" w:sz="4" w:space="0" w:color="auto"/>
              <w:left w:val="single" w:sz="4" w:space="0" w:color="auto"/>
              <w:bottom w:val="single" w:sz="3" w:space="0" w:color="auto"/>
              <w:right w:val="single" w:sz="4" w:space="0" w:color="auto"/>
            </w:tcBorders>
          </w:tcPr>
          <w:p w14:paraId="75CAD915" w14:textId="77777777" w:rsidR="0097296A" w:rsidRPr="007204D9" w:rsidRDefault="0097296A"/>
        </w:tc>
        <w:tc>
          <w:tcPr>
            <w:tcW w:w="6804" w:type="dxa"/>
            <w:tcBorders>
              <w:top w:val="single" w:sz="4" w:space="0" w:color="auto"/>
              <w:left w:val="single" w:sz="4" w:space="0" w:color="auto"/>
              <w:bottom w:val="single" w:sz="3" w:space="0" w:color="auto"/>
              <w:right w:val="single" w:sz="4" w:space="0" w:color="auto"/>
            </w:tcBorders>
            <w:tcMar>
              <w:left w:w="0" w:type="dxa"/>
              <w:right w:w="0" w:type="dxa"/>
            </w:tcMar>
          </w:tcPr>
          <w:p w14:paraId="01F700E8" w14:textId="77777777" w:rsidR="0097296A" w:rsidRPr="007204D9" w:rsidRDefault="00000000">
            <w:pPr>
              <w:autoSpaceDE w:val="0"/>
              <w:autoSpaceDN w:val="0"/>
              <w:spacing w:before="98" w:after="0" w:line="202" w:lineRule="exact"/>
              <w:ind w:left="74"/>
            </w:pPr>
            <w:r w:rsidRPr="007204D9">
              <w:rPr>
                <w:color w:val="000000"/>
                <w:sz w:val="18"/>
              </w:rPr>
              <w:t xml:space="preserve">Sim. </w:t>
            </w:r>
          </w:p>
        </w:tc>
        <w:tc>
          <w:tcPr>
            <w:tcW w:w="852" w:type="dxa"/>
            <w:gridSpan w:val="2"/>
            <w:tcBorders>
              <w:top w:val="single" w:sz="4" w:space="0" w:color="auto"/>
              <w:left w:val="single" w:sz="4" w:space="0" w:color="auto"/>
              <w:bottom w:val="single" w:sz="3" w:space="0" w:color="auto"/>
              <w:right w:val="single" w:sz="4" w:space="0" w:color="auto"/>
            </w:tcBorders>
            <w:tcMar>
              <w:left w:w="0" w:type="dxa"/>
              <w:right w:w="0" w:type="dxa"/>
            </w:tcMar>
          </w:tcPr>
          <w:p w14:paraId="7BEA6492" w14:textId="77777777" w:rsidR="0097296A" w:rsidRPr="007204D9" w:rsidRDefault="00000000">
            <w:pPr>
              <w:autoSpaceDE w:val="0"/>
              <w:autoSpaceDN w:val="0"/>
              <w:spacing w:before="98" w:after="0" w:line="202" w:lineRule="exact"/>
              <w:jc w:val="center"/>
            </w:pPr>
            <w:r w:rsidRPr="007204D9">
              <w:rPr>
                <w:color w:val="000000"/>
                <w:sz w:val="18"/>
              </w:rPr>
              <w:t xml:space="preserve">AT </w:t>
            </w:r>
          </w:p>
        </w:tc>
        <w:tc>
          <w:tcPr>
            <w:tcW w:w="1130"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6A214042" w14:textId="77777777" w:rsidR="0097296A" w:rsidRPr="007204D9" w:rsidRDefault="00000000">
            <w:pPr>
              <w:autoSpaceDE w:val="0"/>
              <w:autoSpaceDN w:val="0"/>
              <w:spacing w:before="98" w:after="0" w:line="202" w:lineRule="exact"/>
              <w:jc w:val="center"/>
            </w:pPr>
            <w:r w:rsidRPr="007204D9">
              <w:rPr>
                <w:color w:val="000000"/>
                <w:sz w:val="18"/>
              </w:rPr>
              <w:t xml:space="preserve">1 </w:t>
            </w:r>
          </w:p>
        </w:tc>
      </w:tr>
      <w:tr w:rsidR="0097296A" w:rsidRPr="007204D9" w14:paraId="0D6138C8" w14:textId="77777777" w:rsidTr="0082116F">
        <w:trPr>
          <w:trHeight w:val="398"/>
        </w:trPr>
        <w:tc>
          <w:tcPr>
            <w:tcW w:w="1757" w:type="dxa"/>
            <w:vMerge/>
            <w:tcBorders>
              <w:top w:val="single" w:sz="4" w:space="0" w:color="auto"/>
              <w:left w:val="single" w:sz="4" w:space="0" w:color="auto"/>
              <w:bottom w:val="single" w:sz="3" w:space="0" w:color="auto"/>
              <w:right w:val="single" w:sz="4" w:space="0" w:color="auto"/>
            </w:tcBorders>
          </w:tcPr>
          <w:p w14:paraId="735C46A5" w14:textId="77777777" w:rsidR="0097296A" w:rsidRPr="007204D9" w:rsidRDefault="0097296A"/>
        </w:tc>
        <w:tc>
          <w:tcPr>
            <w:tcW w:w="1757" w:type="dxa"/>
            <w:vMerge/>
            <w:tcBorders>
              <w:top w:val="single" w:sz="4" w:space="0" w:color="auto"/>
              <w:left w:val="single" w:sz="4" w:space="0" w:color="auto"/>
              <w:bottom w:val="single" w:sz="3" w:space="0" w:color="auto"/>
              <w:right w:val="single" w:sz="4" w:space="0" w:color="auto"/>
            </w:tcBorders>
          </w:tcPr>
          <w:p w14:paraId="360F29F1" w14:textId="77777777" w:rsidR="0097296A" w:rsidRPr="007204D9" w:rsidRDefault="0097296A"/>
        </w:tc>
        <w:tc>
          <w:tcPr>
            <w:tcW w:w="6804" w:type="dxa"/>
            <w:tcBorders>
              <w:top w:val="single" w:sz="3" w:space="0" w:color="auto"/>
              <w:left w:val="single" w:sz="4" w:space="0" w:color="auto"/>
              <w:bottom w:val="single" w:sz="4" w:space="0" w:color="auto"/>
              <w:right w:val="single" w:sz="4" w:space="0" w:color="auto"/>
            </w:tcBorders>
            <w:tcMar>
              <w:left w:w="0" w:type="dxa"/>
              <w:right w:w="0" w:type="dxa"/>
            </w:tcMar>
          </w:tcPr>
          <w:p w14:paraId="7EC8E215" w14:textId="77777777" w:rsidR="0097296A" w:rsidRPr="007204D9" w:rsidRDefault="00000000">
            <w:pPr>
              <w:autoSpaceDE w:val="0"/>
              <w:autoSpaceDN w:val="0"/>
              <w:spacing w:before="94" w:after="0" w:line="202" w:lineRule="exact"/>
              <w:ind w:left="74"/>
            </w:pPr>
            <w:r w:rsidRPr="007204D9">
              <w:rPr>
                <w:color w:val="000000"/>
                <w:sz w:val="18"/>
              </w:rPr>
              <w:t xml:space="preserve">Não. Há apenas um vestiário. </w:t>
            </w:r>
          </w:p>
        </w:tc>
        <w:tc>
          <w:tcPr>
            <w:tcW w:w="852" w:type="dxa"/>
            <w:gridSpan w:val="2"/>
            <w:tcBorders>
              <w:top w:val="single" w:sz="3" w:space="0" w:color="auto"/>
              <w:left w:val="single" w:sz="4" w:space="0" w:color="auto"/>
              <w:bottom w:val="single" w:sz="4" w:space="0" w:color="auto"/>
              <w:right w:val="single" w:sz="4" w:space="0" w:color="auto"/>
            </w:tcBorders>
            <w:tcMar>
              <w:left w:w="0" w:type="dxa"/>
              <w:right w:w="0" w:type="dxa"/>
            </w:tcMar>
          </w:tcPr>
          <w:p w14:paraId="7B96302B" w14:textId="77777777" w:rsidR="0097296A" w:rsidRPr="007204D9" w:rsidRDefault="00000000">
            <w:pPr>
              <w:autoSpaceDE w:val="0"/>
              <w:autoSpaceDN w:val="0"/>
              <w:spacing w:before="94" w:after="0" w:line="202" w:lineRule="exact"/>
              <w:jc w:val="center"/>
            </w:pPr>
            <w:r w:rsidRPr="007204D9">
              <w:rPr>
                <w:color w:val="000000"/>
                <w:sz w:val="18"/>
              </w:rPr>
              <w:t xml:space="preserve">NAT </w:t>
            </w:r>
          </w:p>
        </w:tc>
        <w:tc>
          <w:tcPr>
            <w:tcW w:w="1130" w:type="dxa"/>
            <w:tcBorders>
              <w:top w:val="single" w:sz="3" w:space="0" w:color="auto"/>
              <w:left w:val="single" w:sz="4" w:space="0" w:color="auto"/>
              <w:bottom w:val="single" w:sz="4" w:space="0" w:color="auto"/>
              <w:right w:val="single" w:sz="4" w:space="0" w:color="auto"/>
            </w:tcBorders>
            <w:shd w:val="clear" w:color="auto" w:fill="FFFF00"/>
            <w:tcMar>
              <w:left w:w="0" w:type="dxa"/>
              <w:right w:w="0" w:type="dxa"/>
            </w:tcMar>
          </w:tcPr>
          <w:p w14:paraId="4BC2DB3B" w14:textId="77777777" w:rsidR="0097296A" w:rsidRPr="007204D9" w:rsidRDefault="00000000">
            <w:pPr>
              <w:autoSpaceDE w:val="0"/>
              <w:autoSpaceDN w:val="0"/>
              <w:spacing w:before="94" w:after="0" w:line="202" w:lineRule="exact"/>
              <w:jc w:val="center"/>
            </w:pPr>
            <w:r w:rsidRPr="007204D9">
              <w:rPr>
                <w:color w:val="000000"/>
                <w:sz w:val="18"/>
              </w:rPr>
              <w:t xml:space="preserve">2 </w:t>
            </w:r>
          </w:p>
        </w:tc>
      </w:tr>
      <w:tr w:rsidR="0097296A" w:rsidRPr="007204D9" w14:paraId="16CE1FA3" w14:textId="77777777" w:rsidTr="0082116F">
        <w:trPr>
          <w:trHeight w:val="398"/>
        </w:trPr>
        <w:tc>
          <w:tcPr>
            <w:tcW w:w="1757" w:type="dxa"/>
            <w:vMerge/>
            <w:tcBorders>
              <w:top w:val="single" w:sz="4" w:space="0" w:color="auto"/>
              <w:left w:val="single" w:sz="4" w:space="0" w:color="auto"/>
              <w:bottom w:val="single" w:sz="3" w:space="0" w:color="auto"/>
              <w:right w:val="single" w:sz="4" w:space="0" w:color="auto"/>
            </w:tcBorders>
          </w:tcPr>
          <w:p w14:paraId="65CC1C08" w14:textId="77777777" w:rsidR="0097296A" w:rsidRPr="007204D9" w:rsidRDefault="0097296A"/>
        </w:tc>
        <w:tc>
          <w:tcPr>
            <w:tcW w:w="1757" w:type="dxa"/>
            <w:vMerge/>
            <w:tcBorders>
              <w:top w:val="single" w:sz="4" w:space="0" w:color="auto"/>
              <w:left w:val="single" w:sz="4" w:space="0" w:color="auto"/>
              <w:bottom w:val="single" w:sz="3" w:space="0" w:color="auto"/>
              <w:right w:val="single" w:sz="4" w:space="0" w:color="auto"/>
            </w:tcBorders>
          </w:tcPr>
          <w:p w14:paraId="625C54C4"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0B2CD8B2" w14:textId="77777777" w:rsidR="0097296A" w:rsidRPr="007204D9" w:rsidRDefault="00000000">
            <w:pPr>
              <w:autoSpaceDE w:val="0"/>
              <w:autoSpaceDN w:val="0"/>
              <w:spacing w:before="90" w:after="0" w:line="202" w:lineRule="exact"/>
              <w:ind w:left="74"/>
            </w:pPr>
            <w:r w:rsidRPr="007204D9">
              <w:rPr>
                <w:color w:val="000000"/>
                <w:sz w:val="18"/>
              </w:rPr>
              <w:t xml:space="preserve">Não há vestiários para atletas. </w:t>
            </w:r>
          </w:p>
        </w:tc>
        <w:tc>
          <w:tcPr>
            <w:tcW w:w="85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281D0F2" w14:textId="77777777" w:rsidR="0097296A" w:rsidRPr="007204D9" w:rsidRDefault="00000000">
            <w:pPr>
              <w:autoSpaceDE w:val="0"/>
              <w:autoSpaceDN w:val="0"/>
              <w:spacing w:before="90" w:after="0" w:line="202" w:lineRule="exact"/>
              <w:jc w:val="center"/>
            </w:pPr>
            <w:r w:rsidRPr="007204D9">
              <w:rPr>
                <w:color w:val="000000"/>
                <w:sz w:val="18"/>
              </w:rPr>
              <w:t xml:space="preserve">NAT </w:t>
            </w:r>
          </w:p>
        </w:tc>
        <w:tc>
          <w:tcPr>
            <w:tcW w:w="1130" w:type="dxa"/>
            <w:tcBorders>
              <w:top w:val="single" w:sz="4" w:space="0" w:color="auto"/>
              <w:left w:val="single" w:sz="4" w:space="0" w:color="auto"/>
              <w:bottom w:val="single" w:sz="4" w:space="0" w:color="auto"/>
              <w:right w:val="single" w:sz="4" w:space="0" w:color="auto"/>
            </w:tcBorders>
            <w:shd w:val="clear" w:color="auto" w:fill="EE0000"/>
            <w:tcMar>
              <w:left w:w="0" w:type="dxa"/>
              <w:right w:w="0" w:type="dxa"/>
            </w:tcMar>
          </w:tcPr>
          <w:p w14:paraId="5939BB2A" w14:textId="77777777" w:rsidR="0097296A" w:rsidRPr="007204D9" w:rsidRDefault="00000000">
            <w:pPr>
              <w:autoSpaceDE w:val="0"/>
              <w:autoSpaceDN w:val="0"/>
              <w:spacing w:before="90" w:after="0" w:line="202" w:lineRule="exact"/>
              <w:jc w:val="center"/>
            </w:pPr>
            <w:r w:rsidRPr="007204D9">
              <w:rPr>
                <w:color w:val="000000"/>
                <w:sz w:val="18"/>
              </w:rPr>
              <w:t xml:space="preserve">3 </w:t>
            </w:r>
          </w:p>
        </w:tc>
      </w:tr>
      <w:tr w:rsidR="0097296A" w:rsidRPr="007204D9" w14:paraId="410C422E" w14:textId="77777777">
        <w:trPr>
          <w:trHeight w:val="400"/>
        </w:trPr>
        <w:tc>
          <w:tcPr>
            <w:tcW w:w="1757" w:type="dxa"/>
            <w:vMerge/>
            <w:tcBorders>
              <w:top w:val="single" w:sz="4" w:space="0" w:color="auto"/>
              <w:left w:val="single" w:sz="4" w:space="0" w:color="auto"/>
              <w:bottom w:val="single" w:sz="3" w:space="0" w:color="auto"/>
              <w:right w:val="single" w:sz="4" w:space="0" w:color="auto"/>
            </w:tcBorders>
          </w:tcPr>
          <w:p w14:paraId="7CA080D6" w14:textId="77777777" w:rsidR="0097296A" w:rsidRPr="007204D9" w:rsidRDefault="0097296A"/>
        </w:tc>
        <w:tc>
          <w:tcPr>
            <w:tcW w:w="1757" w:type="dxa"/>
            <w:vMerge/>
            <w:tcBorders>
              <w:top w:val="single" w:sz="4" w:space="0" w:color="auto"/>
              <w:left w:val="single" w:sz="4" w:space="0" w:color="auto"/>
              <w:bottom w:val="single" w:sz="3" w:space="0" w:color="auto"/>
              <w:right w:val="single" w:sz="4" w:space="0" w:color="auto"/>
            </w:tcBorders>
          </w:tcPr>
          <w:p w14:paraId="347B7CAA" w14:textId="77777777" w:rsidR="0097296A" w:rsidRPr="007204D9" w:rsidRDefault="0097296A"/>
        </w:tc>
        <w:tc>
          <w:tcPr>
            <w:tcW w:w="6804" w:type="dxa"/>
            <w:tcBorders>
              <w:top w:val="single" w:sz="4" w:space="0" w:color="auto"/>
              <w:left w:val="single" w:sz="4" w:space="0" w:color="auto"/>
              <w:bottom w:val="single" w:sz="4" w:space="0" w:color="auto"/>
              <w:right w:val="single" w:sz="4" w:space="0" w:color="auto"/>
            </w:tcBorders>
            <w:tcMar>
              <w:left w:w="0" w:type="dxa"/>
              <w:right w:w="0" w:type="dxa"/>
            </w:tcMar>
          </w:tcPr>
          <w:p w14:paraId="006A6765" w14:textId="77777777" w:rsidR="0097296A" w:rsidRPr="007204D9" w:rsidRDefault="00000000">
            <w:pPr>
              <w:autoSpaceDE w:val="0"/>
              <w:autoSpaceDN w:val="0"/>
              <w:spacing w:before="98" w:after="0" w:line="200" w:lineRule="exact"/>
              <w:ind w:left="74"/>
            </w:pPr>
            <w:r w:rsidRPr="007204D9">
              <w:rPr>
                <w:color w:val="000000"/>
                <w:sz w:val="18"/>
              </w:rPr>
              <w:t xml:space="preserve">Não observado. (Especificar no comentário o motivo da não observação) </w:t>
            </w:r>
          </w:p>
        </w:tc>
        <w:tc>
          <w:tcPr>
            <w:tcW w:w="852"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D0D34CF"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4EAF95A2"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39D37700" w14:textId="77777777">
        <w:trPr>
          <w:trHeight w:val="916"/>
        </w:trPr>
        <w:tc>
          <w:tcPr>
            <w:tcW w:w="1757" w:type="dxa"/>
            <w:vMerge/>
            <w:tcBorders>
              <w:top w:val="single" w:sz="4" w:space="0" w:color="auto"/>
              <w:left w:val="single" w:sz="4" w:space="0" w:color="auto"/>
              <w:bottom w:val="single" w:sz="3" w:space="0" w:color="auto"/>
              <w:right w:val="single" w:sz="4" w:space="0" w:color="auto"/>
            </w:tcBorders>
          </w:tcPr>
          <w:p w14:paraId="0E53A419" w14:textId="77777777" w:rsidR="0097296A" w:rsidRPr="007204D9" w:rsidRDefault="0097296A"/>
        </w:tc>
        <w:tc>
          <w:tcPr>
            <w:tcW w:w="1757" w:type="dxa"/>
            <w:vMerge/>
            <w:tcBorders>
              <w:top w:val="single" w:sz="4" w:space="0" w:color="auto"/>
              <w:left w:val="single" w:sz="4" w:space="0" w:color="auto"/>
              <w:bottom w:val="single" w:sz="3" w:space="0" w:color="auto"/>
              <w:right w:val="single" w:sz="4" w:space="0" w:color="auto"/>
            </w:tcBorders>
          </w:tcPr>
          <w:p w14:paraId="39CB0E33" w14:textId="77777777" w:rsidR="0097296A" w:rsidRPr="007204D9" w:rsidRDefault="0097296A"/>
        </w:tc>
        <w:tc>
          <w:tcPr>
            <w:tcW w:w="8786" w:type="dxa"/>
            <w:gridSpan w:val="4"/>
            <w:tcBorders>
              <w:top w:val="single" w:sz="4" w:space="0" w:color="auto"/>
              <w:left w:val="single" w:sz="4" w:space="0" w:color="auto"/>
              <w:bottom w:val="single" w:sz="3" w:space="0" w:color="auto"/>
              <w:right w:val="single" w:sz="4" w:space="0" w:color="auto"/>
            </w:tcBorders>
            <w:tcMar>
              <w:left w:w="0" w:type="dxa"/>
              <w:right w:w="0" w:type="dxa"/>
            </w:tcMar>
          </w:tcPr>
          <w:p w14:paraId="3DECA06E" w14:textId="77777777" w:rsidR="0097296A" w:rsidRPr="007204D9" w:rsidRDefault="00000000">
            <w:pPr>
              <w:autoSpaceDE w:val="0"/>
              <w:autoSpaceDN w:val="0"/>
              <w:spacing w:after="0" w:line="202" w:lineRule="exact"/>
              <w:ind w:left="74"/>
            </w:pPr>
            <w:r w:rsidRPr="007204D9">
              <w:rPr>
                <w:color w:val="000000"/>
                <w:sz w:val="18"/>
              </w:rPr>
              <w:t xml:space="preserve">Comentário: </w:t>
            </w:r>
          </w:p>
        </w:tc>
      </w:tr>
      <w:tr w:rsidR="0097296A" w:rsidRPr="007204D9" w14:paraId="2C8A7778" w14:textId="77777777">
        <w:trPr>
          <w:trHeight w:val="908"/>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00890914" w14:textId="77777777" w:rsidR="0097296A" w:rsidRPr="007204D9" w:rsidRDefault="00000000">
            <w:pPr>
              <w:autoSpaceDE w:val="0"/>
              <w:autoSpaceDN w:val="0"/>
              <w:spacing w:before="1610" w:after="0" w:line="200" w:lineRule="exact"/>
              <w:jc w:val="center"/>
            </w:pPr>
            <w:r w:rsidRPr="007204D9">
              <w:rPr>
                <w:color w:val="000000"/>
                <w:sz w:val="18"/>
              </w:rPr>
              <w:t xml:space="preserve">7.2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242E0215" w14:textId="77777777" w:rsidR="0097296A" w:rsidRPr="007204D9" w:rsidRDefault="00000000">
            <w:pPr>
              <w:autoSpaceDE w:val="0"/>
              <w:autoSpaceDN w:val="0"/>
              <w:spacing w:before="1610" w:after="0" w:line="200" w:lineRule="exact"/>
              <w:jc w:val="center"/>
            </w:pPr>
            <w:r w:rsidRPr="007204D9">
              <w:rPr>
                <w:color w:val="000000"/>
                <w:sz w:val="18"/>
              </w:rPr>
              <w:t xml:space="preserve">2 </w:t>
            </w:r>
          </w:p>
        </w:tc>
        <w:tc>
          <w:tcPr>
            <w:tcW w:w="8786" w:type="dxa"/>
            <w:gridSpan w:val="4"/>
            <w:tcBorders>
              <w:top w:val="single" w:sz="3" w:space="0" w:color="auto"/>
              <w:left w:val="single" w:sz="4" w:space="0" w:color="auto"/>
              <w:bottom w:val="single" w:sz="4" w:space="0" w:color="auto"/>
              <w:right w:val="single" w:sz="4" w:space="0" w:color="auto"/>
            </w:tcBorders>
            <w:tcMar>
              <w:left w:w="0" w:type="dxa"/>
              <w:right w:w="0" w:type="dxa"/>
            </w:tcMar>
          </w:tcPr>
          <w:p w14:paraId="1412B3DA" w14:textId="77777777" w:rsidR="0097296A" w:rsidRPr="007204D9" w:rsidRDefault="00000000">
            <w:pPr>
              <w:autoSpaceDE w:val="0"/>
              <w:autoSpaceDN w:val="0"/>
              <w:spacing w:before="126" w:after="0" w:line="208" w:lineRule="exact"/>
              <w:ind w:left="74" w:right="4"/>
              <w:jc w:val="both"/>
            </w:pPr>
            <w:r w:rsidRPr="007204D9">
              <w:rPr>
                <w:b/>
                <w:color w:val="000000"/>
                <w:sz w:val="18"/>
              </w:rPr>
              <w:t xml:space="preserve">Os vestiários exclusivos para atletas têm, pelo menos, 10 chuveiros, 5 lavatórios e 3 vasos sanitários que permitam atender atletas do gênero masculino e feminino? (Doc. Ref.: Manual de Recomendações para a Segurança e Conforto nos Estádios de Futebol - FGV/2010). </w:t>
            </w:r>
          </w:p>
        </w:tc>
      </w:tr>
      <w:tr w:rsidR="0097296A" w:rsidRPr="007204D9" w14:paraId="4D6E4AEF" w14:textId="77777777" w:rsidTr="00050CAE">
        <w:trPr>
          <w:trHeight w:val="400"/>
        </w:trPr>
        <w:tc>
          <w:tcPr>
            <w:tcW w:w="1757" w:type="dxa"/>
            <w:vMerge/>
            <w:tcBorders>
              <w:top w:val="single" w:sz="3" w:space="0" w:color="auto"/>
              <w:left w:val="single" w:sz="4" w:space="0" w:color="auto"/>
              <w:bottom w:val="single" w:sz="4" w:space="0" w:color="auto"/>
              <w:right w:val="single" w:sz="4" w:space="0" w:color="auto"/>
            </w:tcBorders>
          </w:tcPr>
          <w:p w14:paraId="5715FA71" w14:textId="77777777" w:rsidR="0097296A" w:rsidRPr="007204D9" w:rsidRDefault="0097296A"/>
        </w:tc>
        <w:tc>
          <w:tcPr>
            <w:tcW w:w="1757" w:type="dxa"/>
            <w:vMerge/>
            <w:tcBorders>
              <w:top w:val="single" w:sz="3" w:space="0" w:color="auto"/>
              <w:left w:val="single" w:sz="4" w:space="0" w:color="auto"/>
              <w:bottom w:val="single" w:sz="4" w:space="0" w:color="auto"/>
              <w:right w:val="single" w:sz="4" w:space="0" w:color="auto"/>
            </w:tcBorders>
          </w:tcPr>
          <w:p w14:paraId="013599F5" w14:textId="77777777" w:rsidR="0097296A" w:rsidRPr="007204D9" w:rsidRDefault="0097296A"/>
        </w:tc>
        <w:tc>
          <w:tcPr>
            <w:tcW w:w="6944" w:type="dxa"/>
            <w:gridSpan w:val="2"/>
            <w:tcBorders>
              <w:top w:val="single" w:sz="4" w:space="0" w:color="auto"/>
              <w:left w:val="single" w:sz="4" w:space="0" w:color="auto"/>
              <w:bottom w:val="single" w:sz="3" w:space="0" w:color="auto"/>
              <w:right w:val="single" w:sz="3" w:space="0" w:color="auto"/>
            </w:tcBorders>
            <w:tcMar>
              <w:left w:w="0" w:type="dxa"/>
              <w:right w:w="0" w:type="dxa"/>
            </w:tcMar>
          </w:tcPr>
          <w:p w14:paraId="00600029" w14:textId="77777777" w:rsidR="0097296A" w:rsidRPr="007204D9" w:rsidRDefault="00000000">
            <w:pPr>
              <w:autoSpaceDE w:val="0"/>
              <w:autoSpaceDN w:val="0"/>
              <w:spacing w:before="96" w:after="0" w:line="202" w:lineRule="exact"/>
              <w:ind w:left="74"/>
            </w:pPr>
            <w:r w:rsidRPr="007204D9">
              <w:rPr>
                <w:color w:val="000000"/>
                <w:sz w:val="18"/>
              </w:rPr>
              <w:t xml:space="preserve">Sim. </w:t>
            </w:r>
          </w:p>
        </w:tc>
        <w:tc>
          <w:tcPr>
            <w:tcW w:w="712" w:type="dxa"/>
            <w:tcBorders>
              <w:top w:val="single" w:sz="4" w:space="0" w:color="auto"/>
              <w:left w:val="single" w:sz="3" w:space="0" w:color="auto"/>
              <w:bottom w:val="single" w:sz="3" w:space="0" w:color="auto"/>
              <w:right w:val="single" w:sz="4" w:space="0" w:color="auto"/>
            </w:tcBorders>
            <w:tcMar>
              <w:left w:w="0" w:type="dxa"/>
              <w:right w:w="0" w:type="dxa"/>
            </w:tcMar>
          </w:tcPr>
          <w:p w14:paraId="7DF2C230"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1130" w:type="dxa"/>
            <w:tcBorders>
              <w:top w:val="single" w:sz="4" w:space="0" w:color="auto"/>
              <w:left w:val="single" w:sz="4" w:space="0" w:color="auto"/>
              <w:bottom w:val="single" w:sz="3" w:space="0" w:color="auto"/>
              <w:right w:val="single" w:sz="4" w:space="0" w:color="auto"/>
            </w:tcBorders>
            <w:shd w:val="clear" w:color="auto" w:fill="92D050"/>
            <w:tcMar>
              <w:left w:w="0" w:type="dxa"/>
              <w:right w:w="0" w:type="dxa"/>
            </w:tcMar>
          </w:tcPr>
          <w:p w14:paraId="6510B7F6"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3EA9B265" w14:textId="77777777" w:rsidTr="0082116F">
        <w:trPr>
          <w:trHeight w:val="398"/>
        </w:trPr>
        <w:tc>
          <w:tcPr>
            <w:tcW w:w="1757" w:type="dxa"/>
            <w:vMerge/>
            <w:tcBorders>
              <w:top w:val="single" w:sz="3" w:space="0" w:color="auto"/>
              <w:left w:val="single" w:sz="4" w:space="0" w:color="auto"/>
              <w:bottom w:val="single" w:sz="4" w:space="0" w:color="auto"/>
              <w:right w:val="single" w:sz="4" w:space="0" w:color="auto"/>
            </w:tcBorders>
          </w:tcPr>
          <w:p w14:paraId="1B3D8240" w14:textId="77777777" w:rsidR="0097296A" w:rsidRPr="007204D9" w:rsidRDefault="0097296A"/>
        </w:tc>
        <w:tc>
          <w:tcPr>
            <w:tcW w:w="1757" w:type="dxa"/>
            <w:vMerge/>
            <w:tcBorders>
              <w:top w:val="single" w:sz="3" w:space="0" w:color="auto"/>
              <w:left w:val="single" w:sz="4" w:space="0" w:color="auto"/>
              <w:bottom w:val="single" w:sz="4" w:space="0" w:color="auto"/>
              <w:right w:val="single" w:sz="4" w:space="0" w:color="auto"/>
            </w:tcBorders>
          </w:tcPr>
          <w:p w14:paraId="21BA9968" w14:textId="77777777" w:rsidR="0097296A" w:rsidRPr="007204D9" w:rsidRDefault="0097296A"/>
        </w:tc>
        <w:tc>
          <w:tcPr>
            <w:tcW w:w="6944" w:type="dxa"/>
            <w:gridSpan w:val="2"/>
            <w:tcBorders>
              <w:top w:val="single" w:sz="3" w:space="0" w:color="auto"/>
              <w:left w:val="single" w:sz="4" w:space="0" w:color="auto"/>
              <w:bottom w:val="single" w:sz="4" w:space="0" w:color="auto"/>
              <w:right w:val="single" w:sz="3" w:space="0" w:color="auto"/>
            </w:tcBorders>
            <w:tcMar>
              <w:left w:w="0" w:type="dxa"/>
              <w:right w:w="0" w:type="dxa"/>
            </w:tcMar>
          </w:tcPr>
          <w:p w14:paraId="0E9C018D" w14:textId="77777777" w:rsidR="0097296A" w:rsidRPr="007204D9" w:rsidRDefault="00000000">
            <w:pPr>
              <w:autoSpaceDE w:val="0"/>
              <w:autoSpaceDN w:val="0"/>
              <w:spacing w:before="94" w:after="0" w:line="202" w:lineRule="exact"/>
              <w:ind w:left="74"/>
            </w:pPr>
            <w:r w:rsidRPr="007204D9">
              <w:rPr>
                <w:color w:val="000000"/>
                <w:sz w:val="18"/>
              </w:rPr>
              <w:t xml:space="preserve">Não. (Especificar a quantidade). </w:t>
            </w:r>
          </w:p>
        </w:tc>
        <w:tc>
          <w:tcPr>
            <w:tcW w:w="712" w:type="dxa"/>
            <w:tcBorders>
              <w:top w:val="single" w:sz="3" w:space="0" w:color="auto"/>
              <w:left w:val="single" w:sz="3" w:space="0" w:color="auto"/>
              <w:bottom w:val="single" w:sz="4" w:space="0" w:color="auto"/>
              <w:right w:val="single" w:sz="4" w:space="0" w:color="auto"/>
            </w:tcBorders>
            <w:tcMar>
              <w:left w:w="0" w:type="dxa"/>
              <w:right w:w="0" w:type="dxa"/>
            </w:tcMar>
          </w:tcPr>
          <w:p w14:paraId="11F43EBD" w14:textId="77777777" w:rsidR="0097296A" w:rsidRPr="007204D9" w:rsidRDefault="00000000">
            <w:pPr>
              <w:autoSpaceDE w:val="0"/>
              <w:autoSpaceDN w:val="0"/>
              <w:spacing w:before="94" w:after="0" w:line="202" w:lineRule="exact"/>
              <w:jc w:val="center"/>
            </w:pPr>
            <w:r w:rsidRPr="007204D9">
              <w:rPr>
                <w:color w:val="000000"/>
                <w:sz w:val="18"/>
              </w:rPr>
              <w:t xml:space="preserve">NAT </w:t>
            </w:r>
          </w:p>
        </w:tc>
        <w:tc>
          <w:tcPr>
            <w:tcW w:w="1130" w:type="dxa"/>
            <w:tcBorders>
              <w:top w:val="single" w:sz="3" w:space="0" w:color="auto"/>
              <w:left w:val="single" w:sz="4" w:space="0" w:color="auto"/>
              <w:bottom w:val="single" w:sz="4" w:space="0" w:color="auto"/>
              <w:right w:val="single" w:sz="4" w:space="0" w:color="auto"/>
            </w:tcBorders>
            <w:shd w:val="clear" w:color="auto" w:fill="FFFF00"/>
            <w:tcMar>
              <w:left w:w="0" w:type="dxa"/>
              <w:right w:w="0" w:type="dxa"/>
            </w:tcMar>
          </w:tcPr>
          <w:p w14:paraId="62179B32" w14:textId="77777777" w:rsidR="0097296A" w:rsidRPr="007204D9" w:rsidRDefault="00000000">
            <w:pPr>
              <w:autoSpaceDE w:val="0"/>
              <w:autoSpaceDN w:val="0"/>
              <w:spacing w:before="94" w:after="0" w:line="202" w:lineRule="exact"/>
              <w:jc w:val="center"/>
            </w:pPr>
            <w:r w:rsidRPr="007204D9">
              <w:rPr>
                <w:color w:val="000000"/>
                <w:sz w:val="18"/>
              </w:rPr>
              <w:t xml:space="preserve">2 </w:t>
            </w:r>
          </w:p>
        </w:tc>
      </w:tr>
      <w:tr w:rsidR="0097296A" w:rsidRPr="007204D9" w14:paraId="45EC3EF8" w14:textId="77777777">
        <w:trPr>
          <w:trHeight w:val="398"/>
        </w:trPr>
        <w:tc>
          <w:tcPr>
            <w:tcW w:w="1757" w:type="dxa"/>
            <w:vMerge/>
            <w:tcBorders>
              <w:top w:val="single" w:sz="3" w:space="0" w:color="auto"/>
              <w:left w:val="single" w:sz="4" w:space="0" w:color="auto"/>
              <w:bottom w:val="single" w:sz="4" w:space="0" w:color="auto"/>
              <w:right w:val="single" w:sz="4" w:space="0" w:color="auto"/>
            </w:tcBorders>
          </w:tcPr>
          <w:p w14:paraId="0F2D8F62" w14:textId="77777777" w:rsidR="0097296A" w:rsidRPr="007204D9" w:rsidRDefault="0097296A"/>
        </w:tc>
        <w:tc>
          <w:tcPr>
            <w:tcW w:w="1757" w:type="dxa"/>
            <w:vMerge/>
            <w:tcBorders>
              <w:top w:val="single" w:sz="3" w:space="0" w:color="auto"/>
              <w:left w:val="single" w:sz="4" w:space="0" w:color="auto"/>
              <w:bottom w:val="single" w:sz="4" w:space="0" w:color="auto"/>
              <w:right w:val="single" w:sz="4" w:space="0" w:color="auto"/>
            </w:tcBorders>
          </w:tcPr>
          <w:p w14:paraId="61E2490A" w14:textId="77777777" w:rsidR="0097296A" w:rsidRPr="007204D9" w:rsidRDefault="0097296A"/>
        </w:tc>
        <w:tc>
          <w:tcPr>
            <w:tcW w:w="6944"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4118E571" w14:textId="77777777" w:rsidR="0097296A" w:rsidRPr="007204D9" w:rsidRDefault="00000000">
            <w:pPr>
              <w:autoSpaceDE w:val="0"/>
              <w:autoSpaceDN w:val="0"/>
              <w:spacing w:before="96" w:after="0" w:line="200" w:lineRule="exact"/>
              <w:ind w:left="74"/>
            </w:pPr>
            <w:r w:rsidRPr="007204D9">
              <w:rPr>
                <w:color w:val="000000"/>
                <w:sz w:val="18"/>
              </w:rPr>
              <w:t xml:space="preserve">Não se aplica, pois não há vestiários para atletas. </w:t>
            </w:r>
          </w:p>
        </w:tc>
        <w:tc>
          <w:tcPr>
            <w:tcW w:w="712" w:type="dxa"/>
            <w:tcBorders>
              <w:top w:val="single" w:sz="4" w:space="0" w:color="auto"/>
              <w:left w:val="single" w:sz="3" w:space="0" w:color="auto"/>
              <w:bottom w:val="single" w:sz="4" w:space="0" w:color="auto"/>
              <w:right w:val="single" w:sz="4" w:space="0" w:color="auto"/>
            </w:tcBorders>
            <w:tcMar>
              <w:left w:w="0" w:type="dxa"/>
              <w:right w:w="0" w:type="dxa"/>
            </w:tcMar>
          </w:tcPr>
          <w:p w14:paraId="7326ED99" w14:textId="77777777" w:rsidR="0097296A" w:rsidRPr="007204D9" w:rsidRDefault="00000000">
            <w:pPr>
              <w:autoSpaceDE w:val="0"/>
              <w:autoSpaceDN w:val="0"/>
              <w:spacing w:before="96" w:after="0" w:line="200" w:lineRule="exact"/>
              <w:jc w:val="center"/>
            </w:pPr>
            <w:r w:rsidRPr="007204D9">
              <w:rPr>
                <w:color w:val="000000"/>
                <w:sz w:val="18"/>
              </w:rPr>
              <w:t xml:space="preserve">NAP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377606B6"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13537627" w14:textId="77777777">
        <w:trPr>
          <w:trHeight w:val="400"/>
        </w:trPr>
        <w:tc>
          <w:tcPr>
            <w:tcW w:w="1757" w:type="dxa"/>
            <w:vMerge/>
            <w:tcBorders>
              <w:top w:val="single" w:sz="3" w:space="0" w:color="auto"/>
              <w:left w:val="single" w:sz="4" w:space="0" w:color="auto"/>
              <w:bottom w:val="single" w:sz="4" w:space="0" w:color="auto"/>
              <w:right w:val="single" w:sz="4" w:space="0" w:color="auto"/>
            </w:tcBorders>
          </w:tcPr>
          <w:p w14:paraId="13389B8B" w14:textId="77777777" w:rsidR="0097296A" w:rsidRPr="007204D9" w:rsidRDefault="0097296A"/>
        </w:tc>
        <w:tc>
          <w:tcPr>
            <w:tcW w:w="1757" w:type="dxa"/>
            <w:vMerge/>
            <w:tcBorders>
              <w:top w:val="single" w:sz="3" w:space="0" w:color="auto"/>
              <w:left w:val="single" w:sz="4" w:space="0" w:color="auto"/>
              <w:bottom w:val="single" w:sz="4" w:space="0" w:color="auto"/>
              <w:right w:val="single" w:sz="4" w:space="0" w:color="auto"/>
            </w:tcBorders>
          </w:tcPr>
          <w:p w14:paraId="7DB3E91A" w14:textId="77777777" w:rsidR="0097296A" w:rsidRPr="007204D9" w:rsidRDefault="0097296A"/>
        </w:tc>
        <w:tc>
          <w:tcPr>
            <w:tcW w:w="6944" w:type="dxa"/>
            <w:gridSpan w:val="2"/>
            <w:tcBorders>
              <w:top w:val="single" w:sz="4" w:space="0" w:color="auto"/>
              <w:left w:val="single" w:sz="4" w:space="0" w:color="auto"/>
              <w:bottom w:val="single" w:sz="4" w:space="0" w:color="auto"/>
              <w:right w:val="single" w:sz="3" w:space="0" w:color="auto"/>
            </w:tcBorders>
            <w:tcMar>
              <w:left w:w="0" w:type="dxa"/>
              <w:right w:w="0" w:type="dxa"/>
            </w:tcMar>
          </w:tcPr>
          <w:p w14:paraId="7A0280D4" w14:textId="77777777" w:rsidR="0097296A" w:rsidRPr="007204D9" w:rsidRDefault="00000000">
            <w:pPr>
              <w:autoSpaceDE w:val="0"/>
              <w:autoSpaceDN w:val="0"/>
              <w:spacing w:before="100" w:after="0" w:line="202" w:lineRule="exact"/>
              <w:ind w:left="74"/>
            </w:pPr>
            <w:r w:rsidRPr="007204D9">
              <w:rPr>
                <w:color w:val="000000"/>
                <w:sz w:val="18"/>
              </w:rPr>
              <w:t xml:space="preserve">Não observado. (Especificar no comentário o motivo da não observação) </w:t>
            </w:r>
          </w:p>
        </w:tc>
        <w:tc>
          <w:tcPr>
            <w:tcW w:w="712" w:type="dxa"/>
            <w:tcBorders>
              <w:top w:val="single" w:sz="4" w:space="0" w:color="auto"/>
              <w:left w:val="single" w:sz="3" w:space="0" w:color="auto"/>
              <w:bottom w:val="single" w:sz="4" w:space="0" w:color="auto"/>
              <w:right w:val="single" w:sz="4" w:space="0" w:color="auto"/>
            </w:tcBorders>
            <w:tcMar>
              <w:left w:w="0" w:type="dxa"/>
              <w:right w:w="0" w:type="dxa"/>
            </w:tcMar>
          </w:tcPr>
          <w:p w14:paraId="4D1544EB" w14:textId="77777777" w:rsidR="0097296A" w:rsidRPr="007204D9" w:rsidRDefault="00000000">
            <w:pPr>
              <w:autoSpaceDE w:val="0"/>
              <w:autoSpaceDN w:val="0"/>
              <w:spacing w:before="100" w:after="0" w:line="202" w:lineRule="exact"/>
              <w:jc w:val="center"/>
            </w:pPr>
            <w:r w:rsidRPr="007204D9">
              <w:rPr>
                <w:color w:val="000000"/>
                <w:sz w:val="18"/>
              </w:rPr>
              <w:t xml:space="preserve">NO </w:t>
            </w:r>
          </w:p>
        </w:tc>
        <w:tc>
          <w:tcPr>
            <w:tcW w:w="1130" w:type="dxa"/>
            <w:tcBorders>
              <w:top w:val="single" w:sz="4" w:space="0" w:color="auto"/>
              <w:left w:val="single" w:sz="4" w:space="0" w:color="auto"/>
              <w:bottom w:val="single" w:sz="4" w:space="0" w:color="auto"/>
              <w:right w:val="single" w:sz="4" w:space="0" w:color="auto"/>
            </w:tcBorders>
            <w:tcMar>
              <w:left w:w="0" w:type="dxa"/>
              <w:right w:w="0" w:type="dxa"/>
            </w:tcMar>
          </w:tcPr>
          <w:p w14:paraId="4401C79C" w14:textId="77777777" w:rsidR="0097296A" w:rsidRPr="007204D9" w:rsidRDefault="00000000">
            <w:pPr>
              <w:autoSpaceDE w:val="0"/>
              <w:autoSpaceDN w:val="0"/>
              <w:spacing w:before="100" w:after="0" w:line="202" w:lineRule="exact"/>
              <w:jc w:val="center"/>
            </w:pPr>
            <w:r w:rsidRPr="007204D9">
              <w:rPr>
                <w:color w:val="000000"/>
                <w:sz w:val="18"/>
              </w:rPr>
              <w:t xml:space="preserve">0 </w:t>
            </w:r>
          </w:p>
        </w:tc>
      </w:tr>
      <w:tr w:rsidR="0097296A" w:rsidRPr="007204D9" w14:paraId="6D4F8D00" w14:textId="77777777">
        <w:trPr>
          <w:trHeight w:val="920"/>
        </w:trPr>
        <w:tc>
          <w:tcPr>
            <w:tcW w:w="1757" w:type="dxa"/>
            <w:vMerge/>
            <w:tcBorders>
              <w:top w:val="single" w:sz="3" w:space="0" w:color="auto"/>
              <w:left w:val="single" w:sz="4" w:space="0" w:color="auto"/>
              <w:bottom w:val="single" w:sz="4" w:space="0" w:color="auto"/>
              <w:right w:val="single" w:sz="4" w:space="0" w:color="auto"/>
            </w:tcBorders>
          </w:tcPr>
          <w:p w14:paraId="03E87EC7" w14:textId="77777777" w:rsidR="0097296A" w:rsidRPr="007204D9" w:rsidRDefault="0097296A"/>
        </w:tc>
        <w:tc>
          <w:tcPr>
            <w:tcW w:w="1757" w:type="dxa"/>
            <w:vMerge/>
            <w:tcBorders>
              <w:top w:val="single" w:sz="3" w:space="0" w:color="auto"/>
              <w:left w:val="single" w:sz="4" w:space="0" w:color="auto"/>
              <w:bottom w:val="single" w:sz="4" w:space="0" w:color="auto"/>
              <w:right w:val="single" w:sz="4" w:space="0" w:color="auto"/>
            </w:tcBorders>
          </w:tcPr>
          <w:p w14:paraId="09544C26" w14:textId="77777777" w:rsidR="0097296A" w:rsidRPr="007204D9" w:rsidRDefault="0097296A"/>
        </w:tc>
        <w:tc>
          <w:tcPr>
            <w:tcW w:w="8786" w:type="dxa"/>
            <w:gridSpan w:val="4"/>
            <w:tcBorders>
              <w:top w:val="single" w:sz="4" w:space="0" w:color="auto"/>
              <w:left w:val="single" w:sz="4" w:space="0" w:color="auto"/>
              <w:bottom w:val="single" w:sz="4" w:space="0" w:color="auto"/>
              <w:right w:val="single" w:sz="4" w:space="0" w:color="auto"/>
            </w:tcBorders>
            <w:tcMar>
              <w:left w:w="0" w:type="dxa"/>
              <w:right w:w="0" w:type="dxa"/>
            </w:tcMar>
          </w:tcPr>
          <w:p w14:paraId="01F9F599" w14:textId="77777777" w:rsidR="0097296A" w:rsidRPr="007204D9" w:rsidRDefault="00000000">
            <w:pPr>
              <w:autoSpaceDE w:val="0"/>
              <w:autoSpaceDN w:val="0"/>
              <w:spacing w:before="2" w:after="0" w:line="202" w:lineRule="exact"/>
              <w:ind w:left="74"/>
            </w:pPr>
            <w:r w:rsidRPr="007204D9">
              <w:rPr>
                <w:color w:val="000000"/>
                <w:sz w:val="18"/>
              </w:rPr>
              <w:t xml:space="preserve">Comentário: </w:t>
            </w:r>
          </w:p>
        </w:tc>
      </w:tr>
    </w:tbl>
    <w:p w14:paraId="1FE12F77" w14:textId="77777777" w:rsidR="0097296A" w:rsidRPr="007204D9" w:rsidRDefault="00000000">
      <w:pPr>
        <w:autoSpaceDE w:val="0"/>
        <w:autoSpaceDN w:val="0"/>
        <w:spacing w:before="180" w:after="0" w:line="266" w:lineRule="exact"/>
        <w:ind w:right="230"/>
        <w:jc w:val="right"/>
      </w:pPr>
      <w:r w:rsidRPr="007204D9">
        <w:rPr>
          <w:color w:val="000000"/>
          <w:sz w:val="24"/>
        </w:rPr>
        <w:t>26</w:t>
      </w:r>
    </w:p>
    <w:p w14:paraId="1CE6B961" w14:textId="77777777" w:rsidR="0097296A" w:rsidRPr="007204D9" w:rsidRDefault="0097296A">
      <w:pPr>
        <w:sectPr w:rsidR="0097296A" w:rsidRPr="007204D9">
          <w:pgSz w:w="11906" w:h="16838"/>
          <w:pgMar w:top="340" w:right="490" w:bottom="340" w:left="876" w:header="720" w:footer="720" w:gutter="0"/>
          <w:cols w:space="720"/>
          <w:docGrid w:linePitch="360"/>
        </w:sectPr>
      </w:pPr>
    </w:p>
    <w:p w14:paraId="5A628D36"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7228"/>
        <w:gridCol w:w="568"/>
        <w:gridCol w:w="990"/>
      </w:tblGrid>
      <w:tr w:rsidR="0097296A" w:rsidRPr="007204D9" w14:paraId="41688699" w14:textId="77777777">
        <w:trPr>
          <w:trHeight w:val="910"/>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11D03BB1" w14:textId="77777777" w:rsidR="0097296A" w:rsidRPr="007204D9" w:rsidRDefault="00000000">
            <w:pPr>
              <w:autoSpaceDE w:val="0"/>
              <w:autoSpaceDN w:val="0"/>
              <w:spacing w:before="1808" w:after="0" w:line="202" w:lineRule="exact"/>
              <w:jc w:val="center"/>
            </w:pPr>
            <w:r w:rsidRPr="007204D9">
              <w:rPr>
                <w:color w:val="000000"/>
                <w:sz w:val="18"/>
              </w:rPr>
              <w:t xml:space="preserve">7.3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7C8EBE6D" w14:textId="77777777" w:rsidR="0097296A" w:rsidRPr="007204D9" w:rsidRDefault="00000000">
            <w:pPr>
              <w:autoSpaceDE w:val="0"/>
              <w:autoSpaceDN w:val="0"/>
              <w:spacing w:before="1808" w:after="0" w:line="202" w:lineRule="exact"/>
              <w:jc w:val="center"/>
            </w:pPr>
            <w:r w:rsidRPr="007204D9">
              <w:rPr>
                <w:color w:val="000000"/>
                <w:sz w:val="18"/>
              </w:rPr>
              <w:t xml:space="preserve">2 </w:t>
            </w:r>
          </w:p>
        </w:tc>
        <w:tc>
          <w:tcPr>
            <w:tcW w:w="878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0B2C6698" w14:textId="77777777" w:rsidR="0097296A" w:rsidRPr="007204D9" w:rsidRDefault="00000000">
            <w:pPr>
              <w:autoSpaceDE w:val="0"/>
              <w:autoSpaceDN w:val="0"/>
              <w:spacing w:before="232" w:after="0" w:line="206" w:lineRule="exact"/>
              <w:ind w:left="74" w:right="288"/>
            </w:pPr>
            <w:r w:rsidRPr="007204D9">
              <w:rPr>
                <w:b/>
                <w:color w:val="000000"/>
                <w:sz w:val="18"/>
              </w:rPr>
              <w:t xml:space="preserve">Os vestiários exclusivos para atletas estão em boas condições de higiene? (Doc. Ref.: Manual de Recomendações para a Segurança e Conforto nos Estádios de Futebol - FGV/2010). </w:t>
            </w:r>
          </w:p>
        </w:tc>
      </w:tr>
      <w:tr w:rsidR="0097296A" w:rsidRPr="007204D9" w14:paraId="6450DD3F" w14:textId="77777777" w:rsidTr="00050CAE">
        <w:trPr>
          <w:trHeight w:val="402"/>
        </w:trPr>
        <w:tc>
          <w:tcPr>
            <w:tcW w:w="2104" w:type="dxa"/>
            <w:vMerge/>
            <w:tcBorders>
              <w:top w:val="single" w:sz="3" w:space="0" w:color="auto"/>
              <w:left w:val="single" w:sz="4" w:space="0" w:color="auto"/>
              <w:bottom w:val="single" w:sz="4" w:space="0" w:color="auto"/>
              <w:right w:val="single" w:sz="4" w:space="0" w:color="auto"/>
            </w:tcBorders>
          </w:tcPr>
          <w:p w14:paraId="620069F5"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44EDB5B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6E603166" w14:textId="77777777" w:rsidR="0097296A" w:rsidRPr="007204D9" w:rsidRDefault="00000000">
            <w:pPr>
              <w:autoSpaceDE w:val="0"/>
              <w:autoSpaceDN w:val="0"/>
              <w:spacing w:before="94" w:after="0" w:line="202" w:lineRule="exact"/>
              <w:ind w:left="74"/>
            </w:pPr>
            <w:r w:rsidRPr="007204D9">
              <w:rPr>
                <w:color w:val="000000"/>
                <w:sz w:val="18"/>
              </w:rPr>
              <w:t xml:space="preserve">Sim.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7B53F7AF" w14:textId="77777777" w:rsidR="0097296A" w:rsidRPr="007204D9" w:rsidRDefault="00000000">
            <w:pPr>
              <w:autoSpaceDE w:val="0"/>
              <w:autoSpaceDN w:val="0"/>
              <w:spacing w:before="94" w:after="0" w:line="202" w:lineRule="exact"/>
              <w:jc w:val="center"/>
            </w:pPr>
            <w:r w:rsidRPr="007204D9">
              <w:rPr>
                <w:color w:val="000000"/>
                <w:sz w:val="18"/>
              </w:rPr>
              <w:t xml:space="preserve">AT </w:t>
            </w:r>
          </w:p>
        </w:tc>
        <w:tc>
          <w:tcPr>
            <w:tcW w:w="99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5F51E87D" w14:textId="77777777" w:rsidR="0097296A" w:rsidRPr="007204D9" w:rsidRDefault="00000000">
            <w:pPr>
              <w:autoSpaceDE w:val="0"/>
              <w:autoSpaceDN w:val="0"/>
              <w:spacing w:before="94" w:after="0" w:line="202" w:lineRule="exact"/>
              <w:jc w:val="center"/>
            </w:pPr>
            <w:r w:rsidRPr="007204D9">
              <w:rPr>
                <w:color w:val="000000"/>
                <w:sz w:val="18"/>
              </w:rPr>
              <w:t xml:space="preserve">1 </w:t>
            </w:r>
          </w:p>
        </w:tc>
      </w:tr>
      <w:tr w:rsidR="0097296A" w:rsidRPr="007204D9" w14:paraId="1DBCA37F" w14:textId="77777777" w:rsidTr="0082116F">
        <w:trPr>
          <w:trHeight w:val="398"/>
        </w:trPr>
        <w:tc>
          <w:tcPr>
            <w:tcW w:w="2104" w:type="dxa"/>
            <w:vMerge/>
            <w:tcBorders>
              <w:top w:val="single" w:sz="3" w:space="0" w:color="auto"/>
              <w:left w:val="single" w:sz="4" w:space="0" w:color="auto"/>
              <w:bottom w:val="single" w:sz="4" w:space="0" w:color="auto"/>
              <w:right w:val="single" w:sz="4" w:space="0" w:color="auto"/>
            </w:tcBorders>
          </w:tcPr>
          <w:p w14:paraId="0D44B1ED"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1F6A8420"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45B8DD9" w14:textId="77777777" w:rsidR="0097296A" w:rsidRPr="007204D9" w:rsidRDefault="00000000">
            <w:pPr>
              <w:autoSpaceDE w:val="0"/>
              <w:autoSpaceDN w:val="0"/>
              <w:spacing w:before="90" w:after="0" w:line="202" w:lineRule="exact"/>
              <w:ind w:left="74"/>
            </w:pPr>
            <w:r w:rsidRPr="007204D9">
              <w:rPr>
                <w:color w:val="000000"/>
                <w:sz w:val="18"/>
              </w:rPr>
              <w:t xml:space="preserve">Sim, mas necessitam de algumas intervenções.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575DAFF2" w14:textId="77777777" w:rsidR="0097296A" w:rsidRPr="007204D9" w:rsidRDefault="00000000">
            <w:pPr>
              <w:autoSpaceDE w:val="0"/>
              <w:autoSpaceDN w:val="0"/>
              <w:spacing w:before="90" w:after="0" w:line="202" w:lineRule="exact"/>
              <w:jc w:val="center"/>
            </w:pPr>
            <w:r w:rsidRPr="007204D9">
              <w:rPr>
                <w:color w:val="000000"/>
                <w:sz w:val="18"/>
              </w:rPr>
              <w:t xml:space="preserve">AP </w:t>
            </w:r>
          </w:p>
        </w:tc>
        <w:tc>
          <w:tcPr>
            <w:tcW w:w="990"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4033C941" w14:textId="77777777" w:rsidR="0097296A" w:rsidRPr="007204D9" w:rsidRDefault="00000000">
            <w:pPr>
              <w:autoSpaceDE w:val="0"/>
              <w:autoSpaceDN w:val="0"/>
              <w:spacing w:before="90" w:after="0" w:line="202" w:lineRule="exact"/>
              <w:jc w:val="center"/>
            </w:pPr>
            <w:r w:rsidRPr="007204D9">
              <w:rPr>
                <w:color w:val="000000"/>
                <w:sz w:val="18"/>
              </w:rPr>
              <w:t xml:space="preserve">2 </w:t>
            </w:r>
          </w:p>
        </w:tc>
      </w:tr>
      <w:tr w:rsidR="0097296A" w:rsidRPr="007204D9" w14:paraId="18CBF1E0" w14:textId="77777777" w:rsidTr="0082116F">
        <w:trPr>
          <w:trHeight w:val="398"/>
        </w:trPr>
        <w:tc>
          <w:tcPr>
            <w:tcW w:w="2104" w:type="dxa"/>
            <w:vMerge/>
            <w:tcBorders>
              <w:top w:val="single" w:sz="3" w:space="0" w:color="auto"/>
              <w:left w:val="single" w:sz="4" w:space="0" w:color="auto"/>
              <w:bottom w:val="single" w:sz="4" w:space="0" w:color="auto"/>
              <w:right w:val="single" w:sz="4" w:space="0" w:color="auto"/>
            </w:tcBorders>
          </w:tcPr>
          <w:p w14:paraId="68D913A7"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6AD3E9AC"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EB85CED" w14:textId="77777777" w:rsidR="0097296A" w:rsidRPr="007204D9" w:rsidRDefault="00000000">
            <w:pPr>
              <w:autoSpaceDE w:val="0"/>
              <w:autoSpaceDN w:val="0"/>
              <w:spacing w:before="94" w:after="0" w:line="200" w:lineRule="exact"/>
              <w:ind w:left="74"/>
            </w:pPr>
            <w:r w:rsidRPr="007204D9">
              <w:rPr>
                <w:color w:val="000000"/>
                <w:sz w:val="18"/>
              </w:rPr>
              <w:t xml:space="preserve">Não. Estão em condições precárias de higiene.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61D1CA3C" w14:textId="77777777" w:rsidR="0097296A" w:rsidRPr="007204D9" w:rsidRDefault="00000000">
            <w:pPr>
              <w:autoSpaceDE w:val="0"/>
              <w:autoSpaceDN w:val="0"/>
              <w:spacing w:before="94" w:after="0" w:line="200" w:lineRule="exact"/>
              <w:jc w:val="center"/>
            </w:pPr>
            <w:r w:rsidRPr="007204D9">
              <w:rPr>
                <w:color w:val="000000"/>
                <w:sz w:val="18"/>
              </w:rPr>
              <w:t>NAT</w:t>
            </w:r>
          </w:p>
        </w:tc>
        <w:tc>
          <w:tcPr>
            <w:tcW w:w="990"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48484D58" w14:textId="77777777" w:rsidR="0097296A" w:rsidRPr="007204D9" w:rsidRDefault="00000000">
            <w:pPr>
              <w:autoSpaceDE w:val="0"/>
              <w:autoSpaceDN w:val="0"/>
              <w:spacing w:before="94" w:after="0" w:line="200" w:lineRule="exact"/>
              <w:jc w:val="center"/>
            </w:pPr>
            <w:r w:rsidRPr="007204D9">
              <w:rPr>
                <w:color w:val="000000"/>
                <w:sz w:val="18"/>
              </w:rPr>
              <w:t xml:space="preserve">3 </w:t>
            </w:r>
          </w:p>
        </w:tc>
      </w:tr>
      <w:tr w:rsidR="0097296A" w:rsidRPr="007204D9" w14:paraId="1B40DB8E" w14:textId="77777777">
        <w:trPr>
          <w:trHeight w:val="396"/>
        </w:trPr>
        <w:tc>
          <w:tcPr>
            <w:tcW w:w="2104" w:type="dxa"/>
            <w:vMerge/>
            <w:tcBorders>
              <w:top w:val="single" w:sz="3" w:space="0" w:color="auto"/>
              <w:left w:val="single" w:sz="4" w:space="0" w:color="auto"/>
              <w:bottom w:val="single" w:sz="4" w:space="0" w:color="auto"/>
              <w:right w:val="single" w:sz="4" w:space="0" w:color="auto"/>
            </w:tcBorders>
          </w:tcPr>
          <w:p w14:paraId="630AEE19"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355D191D"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4F9933D1" w14:textId="77777777" w:rsidR="0097296A" w:rsidRPr="007204D9" w:rsidRDefault="00000000">
            <w:pPr>
              <w:autoSpaceDE w:val="0"/>
              <w:autoSpaceDN w:val="0"/>
              <w:spacing w:before="96" w:after="0" w:line="202" w:lineRule="exact"/>
              <w:ind w:left="74"/>
            </w:pPr>
            <w:r w:rsidRPr="007204D9">
              <w:rPr>
                <w:color w:val="000000"/>
                <w:sz w:val="18"/>
              </w:rPr>
              <w:t xml:space="preserve">Não se aplica, pois não há vestiários para atletas.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365C14D" w14:textId="77777777" w:rsidR="0097296A" w:rsidRPr="007204D9" w:rsidRDefault="00000000">
            <w:pPr>
              <w:autoSpaceDE w:val="0"/>
              <w:autoSpaceDN w:val="0"/>
              <w:spacing w:before="96" w:after="0" w:line="202" w:lineRule="exact"/>
              <w:jc w:val="center"/>
            </w:pPr>
            <w:r w:rsidRPr="007204D9">
              <w:rPr>
                <w:color w:val="000000"/>
                <w:sz w:val="18"/>
              </w:rPr>
              <w:t>NAP</w:t>
            </w:r>
          </w:p>
        </w:tc>
        <w:tc>
          <w:tcPr>
            <w:tcW w:w="990" w:type="dxa"/>
            <w:tcBorders>
              <w:top w:val="single" w:sz="4" w:space="0" w:color="auto"/>
              <w:left w:val="single" w:sz="3" w:space="0" w:color="auto"/>
              <w:bottom w:val="single" w:sz="4" w:space="0" w:color="auto"/>
              <w:right w:val="single" w:sz="4" w:space="0" w:color="auto"/>
            </w:tcBorders>
            <w:tcMar>
              <w:left w:w="0" w:type="dxa"/>
              <w:right w:w="0" w:type="dxa"/>
            </w:tcMar>
          </w:tcPr>
          <w:p w14:paraId="31B581C9"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785FB677" w14:textId="77777777">
        <w:trPr>
          <w:trHeight w:val="400"/>
        </w:trPr>
        <w:tc>
          <w:tcPr>
            <w:tcW w:w="2104" w:type="dxa"/>
            <w:vMerge/>
            <w:tcBorders>
              <w:top w:val="single" w:sz="3" w:space="0" w:color="auto"/>
              <w:left w:val="single" w:sz="4" w:space="0" w:color="auto"/>
              <w:bottom w:val="single" w:sz="4" w:space="0" w:color="auto"/>
              <w:right w:val="single" w:sz="4" w:space="0" w:color="auto"/>
            </w:tcBorders>
          </w:tcPr>
          <w:p w14:paraId="2233A0C4"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31AB524D"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1481184F"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378E5B5A"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990" w:type="dxa"/>
            <w:tcBorders>
              <w:top w:val="single" w:sz="4" w:space="0" w:color="auto"/>
              <w:left w:val="single" w:sz="3" w:space="0" w:color="auto"/>
              <w:bottom w:val="single" w:sz="3" w:space="0" w:color="auto"/>
              <w:right w:val="single" w:sz="4" w:space="0" w:color="auto"/>
            </w:tcBorders>
            <w:tcMar>
              <w:left w:w="0" w:type="dxa"/>
              <w:right w:w="0" w:type="dxa"/>
            </w:tcMar>
          </w:tcPr>
          <w:p w14:paraId="6B535E90"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68ABFCA1" w14:textId="77777777">
        <w:trPr>
          <w:trHeight w:val="916"/>
        </w:trPr>
        <w:tc>
          <w:tcPr>
            <w:tcW w:w="2104" w:type="dxa"/>
            <w:vMerge/>
            <w:tcBorders>
              <w:top w:val="single" w:sz="3" w:space="0" w:color="auto"/>
              <w:left w:val="single" w:sz="4" w:space="0" w:color="auto"/>
              <w:bottom w:val="single" w:sz="4" w:space="0" w:color="auto"/>
              <w:right w:val="single" w:sz="4" w:space="0" w:color="auto"/>
            </w:tcBorders>
          </w:tcPr>
          <w:p w14:paraId="0AE7F2B0"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7F55FC5C" w14:textId="77777777" w:rsidR="0097296A" w:rsidRPr="007204D9" w:rsidRDefault="0097296A"/>
        </w:tc>
        <w:tc>
          <w:tcPr>
            <w:tcW w:w="878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20BF5EFE"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r w:rsidR="0097296A" w:rsidRPr="007204D9" w14:paraId="5E0E656F" w14:textId="77777777">
        <w:trPr>
          <w:trHeight w:val="612"/>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9079BD5" w14:textId="77777777" w:rsidR="0097296A" w:rsidRPr="007204D9" w:rsidRDefault="00000000">
            <w:pPr>
              <w:autoSpaceDE w:val="0"/>
              <w:autoSpaceDN w:val="0"/>
              <w:spacing w:before="1366" w:after="0" w:line="200" w:lineRule="exact"/>
              <w:jc w:val="center"/>
            </w:pPr>
            <w:r w:rsidRPr="007204D9">
              <w:rPr>
                <w:color w:val="000000"/>
                <w:sz w:val="18"/>
              </w:rPr>
              <w:t xml:space="preserve">7.4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3F21113" w14:textId="77777777" w:rsidR="0097296A" w:rsidRPr="007204D9" w:rsidRDefault="00000000">
            <w:pPr>
              <w:autoSpaceDE w:val="0"/>
              <w:autoSpaceDN w:val="0"/>
              <w:spacing w:before="1366" w:after="0" w:line="200" w:lineRule="exact"/>
              <w:jc w:val="center"/>
            </w:pPr>
            <w:r w:rsidRPr="007204D9">
              <w:rPr>
                <w:color w:val="000000"/>
                <w:sz w:val="18"/>
              </w:rPr>
              <w:t xml:space="preserve">1 </w:t>
            </w:r>
          </w:p>
        </w:tc>
        <w:tc>
          <w:tcPr>
            <w:tcW w:w="878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885BF73" w14:textId="77777777" w:rsidR="0097296A" w:rsidRPr="007204D9" w:rsidRDefault="00000000">
            <w:pPr>
              <w:autoSpaceDE w:val="0"/>
              <w:autoSpaceDN w:val="0"/>
              <w:spacing w:before="82" w:after="0" w:line="208" w:lineRule="exact"/>
              <w:ind w:left="74" w:right="144"/>
            </w:pPr>
            <w:r w:rsidRPr="007204D9">
              <w:rPr>
                <w:b/>
                <w:color w:val="000000"/>
                <w:sz w:val="18"/>
              </w:rPr>
              <w:t xml:space="preserve">Existem vestiários exclusivos para a equipe técnica? (Doc. Ref.: Manual de Recomendações para a Segurança e Conforto nos Estádios de Futebol - FGV/2010). </w:t>
            </w:r>
          </w:p>
        </w:tc>
      </w:tr>
      <w:tr w:rsidR="0097296A" w:rsidRPr="007204D9" w14:paraId="1A93139A" w14:textId="77777777" w:rsidTr="00050CAE">
        <w:trPr>
          <w:trHeight w:val="608"/>
        </w:trPr>
        <w:tc>
          <w:tcPr>
            <w:tcW w:w="2104" w:type="dxa"/>
            <w:vMerge/>
            <w:tcBorders>
              <w:top w:val="single" w:sz="4" w:space="0" w:color="auto"/>
              <w:left w:val="single" w:sz="4" w:space="0" w:color="auto"/>
              <w:bottom w:val="single" w:sz="4" w:space="0" w:color="auto"/>
              <w:right w:val="single" w:sz="4" w:space="0" w:color="auto"/>
            </w:tcBorders>
          </w:tcPr>
          <w:p w14:paraId="6956382D"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2BB602EC"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009AD2C8" w14:textId="77777777" w:rsidR="0097296A" w:rsidRPr="007204D9" w:rsidRDefault="00000000">
            <w:pPr>
              <w:autoSpaceDE w:val="0"/>
              <w:autoSpaceDN w:val="0"/>
              <w:spacing w:before="88" w:after="0" w:line="208" w:lineRule="exact"/>
              <w:ind w:left="74" w:right="144"/>
            </w:pPr>
            <w:r w:rsidRPr="007204D9">
              <w:rPr>
                <w:color w:val="000000"/>
                <w:sz w:val="18"/>
              </w:rPr>
              <w:t xml:space="preserve">Sim. Apresentam, pelo menos, 2 vestiários para a equipe técnica (1 para o time visitante e 1 para o time residente).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4E94FB3A" w14:textId="77777777" w:rsidR="0097296A" w:rsidRPr="007204D9" w:rsidRDefault="00000000">
            <w:pPr>
              <w:autoSpaceDE w:val="0"/>
              <w:autoSpaceDN w:val="0"/>
              <w:spacing w:before="200" w:after="0" w:line="200" w:lineRule="exact"/>
              <w:jc w:val="center"/>
            </w:pPr>
            <w:r w:rsidRPr="007204D9">
              <w:rPr>
                <w:color w:val="000000"/>
                <w:sz w:val="18"/>
              </w:rPr>
              <w:t xml:space="preserve">AT </w:t>
            </w:r>
          </w:p>
        </w:tc>
        <w:tc>
          <w:tcPr>
            <w:tcW w:w="990" w:type="dxa"/>
            <w:tcBorders>
              <w:top w:val="single" w:sz="4" w:space="0" w:color="auto"/>
              <w:left w:val="single" w:sz="3" w:space="0" w:color="auto"/>
              <w:bottom w:val="single" w:sz="3" w:space="0" w:color="auto"/>
              <w:right w:val="single" w:sz="4" w:space="0" w:color="auto"/>
            </w:tcBorders>
            <w:shd w:val="clear" w:color="auto" w:fill="92D050"/>
            <w:tcMar>
              <w:left w:w="0" w:type="dxa"/>
              <w:right w:w="0" w:type="dxa"/>
            </w:tcMar>
          </w:tcPr>
          <w:p w14:paraId="4476BF3B" w14:textId="77777777" w:rsidR="0097296A" w:rsidRPr="007204D9" w:rsidRDefault="00000000">
            <w:pPr>
              <w:autoSpaceDE w:val="0"/>
              <w:autoSpaceDN w:val="0"/>
              <w:spacing w:before="200" w:after="0" w:line="200" w:lineRule="exact"/>
              <w:jc w:val="center"/>
            </w:pPr>
            <w:r w:rsidRPr="007204D9">
              <w:rPr>
                <w:color w:val="000000"/>
                <w:sz w:val="18"/>
              </w:rPr>
              <w:t xml:space="preserve">1 </w:t>
            </w:r>
          </w:p>
        </w:tc>
      </w:tr>
      <w:tr w:rsidR="0097296A" w:rsidRPr="007204D9" w14:paraId="414C21C4" w14:textId="77777777" w:rsidTr="0082116F">
        <w:trPr>
          <w:trHeight w:val="400"/>
        </w:trPr>
        <w:tc>
          <w:tcPr>
            <w:tcW w:w="2104" w:type="dxa"/>
            <w:vMerge/>
            <w:tcBorders>
              <w:top w:val="single" w:sz="4" w:space="0" w:color="auto"/>
              <w:left w:val="single" w:sz="4" w:space="0" w:color="auto"/>
              <w:bottom w:val="single" w:sz="4" w:space="0" w:color="auto"/>
              <w:right w:val="single" w:sz="4" w:space="0" w:color="auto"/>
            </w:tcBorders>
          </w:tcPr>
          <w:p w14:paraId="1763B445"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7076CD1"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22E67F25" w14:textId="77777777" w:rsidR="0097296A" w:rsidRPr="007204D9" w:rsidRDefault="00000000">
            <w:pPr>
              <w:autoSpaceDE w:val="0"/>
              <w:autoSpaceDN w:val="0"/>
              <w:spacing w:before="98" w:after="0" w:line="200" w:lineRule="exact"/>
              <w:ind w:left="74"/>
            </w:pPr>
            <w:r w:rsidRPr="007204D9">
              <w:rPr>
                <w:color w:val="000000"/>
                <w:sz w:val="18"/>
              </w:rPr>
              <w:t xml:space="preserve">Não. Não possui vestiário exclusivo para equipe técnica.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7FA87386" w14:textId="77777777" w:rsidR="0097296A" w:rsidRPr="007204D9" w:rsidRDefault="00000000">
            <w:pPr>
              <w:autoSpaceDE w:val="0"/>
              <w:autoSpaceDN w:val="0"/>
              <w:spacing w:before="98" w:after="0" w:line="200" w:lineRule="exact"/>
              <w:jc w:val="center"/>
            </w:pPr>
            <w:r w:rsidRPr="007204D9">
              <w:rPr>
                <w:color w:val="000000"/>
                <w:sz w:val="18"/>
              </w:rPr>
              <w:t>NAT</w:t>
            </w:r>
          </w:p>
        </w:tc>
        <w:tc>
          <w:tcPr>
            <w:tcW w:w="990" w:type="dxa"/>
            <w:tcBorders>
              <w:top w:val="single" w:sz="3" w:space="0" w:color="auto"/>
              <w:left w:val="single" w:sz="3" w:space="0" w:color="auto"/>
              <w:bottom w:val="single" w:sz="4" w:space="0" w:color="auto"/>
              <w:right w:val="single" w:sz="4" w:space="0" w:color="auto"/>
            </w:tcBorders>
            <w:shd w:val="clear" w:color="auto" w:fill="FFFF00"/>
            <w:tcMar>
              <w:left w:w="0" w:type="dxa"/>
              <w:right w:w="0" w:type="dxa"/>
            </w:tcMar>
          </w:tcPr>
          <w:p w14:paraId="7C64C7A6" w14:textId="77777777" w:rsidR="0097296A" w:rsidRPr="007204D9" w:rsidRDefault="00000000">
            <w:pPr>
              <w:autoSpaceDE w:val="0"/>
              <w:autoSpaceDN w:val="0"/>
              <w:spacing w:before="98" w:after="0" w:line="200" w:lineRule="exact"/>
              <w:jc w:val="center"/>
            </w:pPr>
            <w:r w:rsidRPr="007204D9">
              <w:rPr>
                <w:color w:val="000000"/>
                <w:sz w:val="18"/>
              </w:rPr>
              <w:t xml:space="preserve">2 </w:t>
            </w:r>
          </w:p>
        </w:tc>
      </w:tr>
      <w:tr w:rsidR="0097296A" w:rsidRPr="007204D9" w14:paraId="6A0396C4" w14:textId="77777777">
        <w:trPr>
          <w:trHeight w:val="394"/>
        </w:trPr>
        <w:tc>
          <w:tcPr>
            <w:tcW w:w="2104" w:type="dxa"/>
            <w:vMerge/>
            <w:tcBorders>
              <w:top w:val="single" w:sz="4" w:space="0" w:color="auto"/>
              <w:left w:val="single" w:sz="4" w:space="0" w:color="auto"/>
              <w:bottom w:val="single" w:sz="4" w:space="0" w:color="auto"/>
              <w:right w:val="single" w:sz="4" w:space="0" w:color="auto"/>
            </w:tcBorders>
          </w:tcPr>
          <w:p w14:paraId="20B83CCA"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5700CA07"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545354AB" w14:textId="77777777" w:rsidR="0097296A" w:rsidRPr="007204D9" w:rsidRDefault="00000000">
            <w:pPr>
              <w:autoSpaceDE w:val="0"/>
              <w:autoSpaceDN w:val="0"/>
              <w:spacing w:before="94" w:after="0" w:line="200"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BE41411" w14:textId="77777777" w:rsidR="0097296A" w:rsidRPr="007204D9" w:rsidRDefault="00000000">
            <w:pPr>
              <w:autoSpaceDE w:val="0"/>
              <w:autoSpaceDN w:val="0"/>
              <w:spacing w:before="94" w:after="0" w:line="200" w:lineRule="exact"/>
              <w:jc w:val="center"/>
            </w:pPr>
            <w:r w:rsidRPr="007204D9">
              <w:rPr>
                <w:color w:val="000000"/>
                <w:sz w:val="18"/>
              </w:rPr>
              <w:t xml:space="preserve">NO </w:t>
            </w:r>
          </w:p>
        </w:tc>
        <w:tc>
          <w:tcPr>
            <w:tcW w:w="990" w:type="dxa"/>
            <w:tcBorders>
              <w:top w:val="single" w:sz="4" w:space="0" w:color="auto"/>
              <w:left w:val="single" w:sz="3" w:space="0" w:color="auto"/>
              <w:bottom w:val="single" w:sz="4" w:space="0" w:color="auto"/>
              <w:right w:val="single" w:sz="4" w:space="0" w:color="auto"/>
            </w:tcBorders>
            <w:tcMar>
              <w:left w:w="0" w:type="dxa"/>
              <w:right w:w="0" w:type="dxa"/>
            </w:tcMar>
          </w:tcPr>
          <w:p w14:paraId="17E291E4" w14:textId="77777777" w:rsidR="0097296A" w:rsidRPr="007204D9" w:rsidRDefault="00000000">
            <w:pPr>
              <w:autoSpaceDE w:val="0"/>
              <w:autoSpaceDN w:val="0"/>
              <w:spacing w:before="94" w:after="0" w:line="200" w:lineRule="exact"/>
              <w:jc w:val="center"/>
            </w:pPr>
            <w:r w:rsidRPr="007204D9">
              <w:rPr>
                <w:color w:val="000000"/>
                <w:sz w:val="18"/>
              </w:rPr>
              <w:t xml:space="preserve">0 </w:t>
            </w:r>
          </w:p>
        </w:tc>
      </w:tr>
      <w:tr w:rsidR="0097296A" w:rsidRPr="007204D9" w14:paraId="712622D5" w14:textId="77777777">
        <w:trPr>
          <w:trHeight w:val="918"/>
        </w:trPr>
        <w:tc>
          <w:tcPr>
            <w:tcW w:w="2104" w:type="dxa"/>
            <w:vMerge/>
            <w:tcBorders>
              <w:top w:val="single" w:sz="4" w:space="0" w:color="auto"/>
              <w:left w:val="single" w:sz="4" w:space="0" w:color="auto"/>
              <w:bottom w:val="single" w:sz="4" w:space="0" w:color="auto"/>
              <w:right w:val="single" w:sz="4" w:space="0" w:color="auto"/>
            </w:tcBorders>
          </w:tcPr>
          <w:p w14:paraId="26BBCD39"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0DBCCC64" w14:textId="77777777" w:rsidR="0097296A" w:rsidRPr="007204D9" w:rsidRDefault="0097296A"/>
        </w:tc>
        <w:tc>
          <w:tcPr>
            <w:tcW w:w="878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EF9D326"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r w:rsidR="0097296A" w:rsidRPr="007204D9" w14:paraId="75B8F196" w14:textId="77777777">
        <w:trPr>
          <w:trHeight w:val="99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F1330E6" w14:textId="77777777" w:rsidR="0097296A" w:rsidRPr="007204D9" w:rsidRDefault="00000000">
            <w:pPr>
              <w:autoSpaceDE w:val="0"/>
              <w:autoSpaceDN w:val="0"/>
              <w:spacing w:before="1652" w:after="0" w:line="200" w:lineRule="exact"/>
              <w:jc w:val="center"/>
            </w:pPr>
            <w:r w:rsidRPr="007204D9">
              <w:rPr>
                <w:color w:val="000000"/>
                <w:sz w:val="18"/>
              </w:rPr>
              <w:t xml:space="preserve">7.5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E47DA91" w14:textId="77777777" w:rsidR="0097296A" w:rsidRPr="007204D9" w:rsidRDefault="00000000">
            <w:pPr>
              <w:autoSpaceDE w:val="0"/>
              <w:autoSpaceDN w:val="0"/>
              <w:spacing w:before="1652" w:after="0" w:line="200" w:lineRule="exact"/>
              <w:jc w:val="center"/>
            </w:pPr>
            <w:r w:rsidRPr="007204D9">
              <w:rPr>
                <w:color w:val="000000"/>
                <w:sz w:val="18"/>
              </w:rPr>
              <w:t xml:space="preserve">2 </w:t>
            </w:r>
          </w:p>
        </w:tc>
        <w:tc>
          <w:tcPr>
            <w:tcW w:w="878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598E5E9" w14:textId="77777777" w:rsidR="0097296A" w:rsidRPr="007204D9" w:rsidRDefault="00000000">
            <w:pPr>
              <w:autoSpaceDE w:val="0"/>
              <w:autoSpaceDN w:val="0"/>
              <w:spacing w:before="272" w:after="0" w:line="210" w:lineRule="exact"/>
              <w:ind w:left="74"/>
            </w:pPr>
            <w:r w:rsidRPr="007204D9">
              <w:rPr>
                <w:b/>
                <w:color w:val="000000"/>
                <w:sz w:val="18"/>
              </w:rPr>
              <w:t xml:space="preserve">Os vestiários exclusivos para equipe técnica estão em boas condições de higiene? (Doc. Ref.: Manual de Recomendações para a Segurança e Conforto nos Estádios de Futebol - FGV/2010). </w:t>
            </w:r>
          </w:p>
        </w:tc>
      </w:tr>
      <w:tr w:rsidR="0097296A" w:rsidRPr="007204D9" w14:paraId="355B3BD8" w14:textId="77777777" w:rsidTr="00050CAE">
        <w:trPr>
          <w:trHeight w:val="406"/>
        </w:trPr>
        <w:tc>
          <w:tcPr>
            <w:tcW w:w="2104" w:type="dxa"/>
            <w:vMerge/>
            <w:tcBorders>
              <w:top w:val="single" w:sz="4" w:space="0" w:color="auto"/>
              <w:left w:val="single" w:sz="4" w:space="0" w:color="auto"/>
              <w:bottom w:val="single" w:sz="4" w:space="0" w:color="auto"/>
              <w:right w:val="single" w:sz="4" w:space="0" w:color="auto"/>
            </w:tcBorders>
          </w:tcPr>
          <w:p w14:paraId="5318EE71"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7E805511"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1C4C5C39" w14:textId="77777777" w:rsidR="0097296A" w:rsidRPr="007204D9" w:rsidRDefault="00000000">
            <w:pPr>
              <w:autoSpaceDE w:val="0"/>
              <w:autoSpaceDN w:val="0"/>
              <w:spacing w:before="96" w:after="0" w:line="202" w:lineRule="exact"/>
              <w:ind w:left="74"/>
            </w:pPr>
            <w:r w:rsidRPr="007204D9">
              <w:rPr>
                <w:color w:val="000000"/>
                <w:sz w:val="18"/>
              </w:rPr>
              <w:t xml:space="preserve">Sim, estão em boas condições de higiene.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387AB1AD" w14:textId="77777777" w:rsidR="0097296A" w:rsidRPr="007204D9" w:rsidRDefault="00000000">
            <w:pPr>
              <w:autoSpaceDE w:val="0"/>
              <w:autoSpaceDN w:val="0"/>
              <w:spacing w:before="96" w:after="0" w:line="202" w:lineRule="exact"/>
              <w:jc w:val="center"/>
            </w:pPr>
            <w:r w:rsidRPr="007204D9">
              <w:rPr>
                <w:color w:val="000000"/>
                <w:sz w:val="18"/>
              </w:rPr>
              <w:t xml:space="preserve">AT </w:t>
            </w:r>
          </w:p>
        </w:tc>
        <w:tc>
          <w:tcPr>
            <w:tcW w:w="990" w:type="dxa"/>
            <w:tcBorders>
              <w:top w:val="single" w:sz="4" w:space="0" w:color="auto"/>
              <w:left w:val="single" w:sz="3" w:space="0" w:color="auto"/>
              <w:bottom w:val="single" w:sz="4" w:space="0" w:color="auto"/>
              <w:right w:val="single" w:sz="4" w:space="0" w:color="auto"/>
            </w:tcBorders>
            <w:shd w:val="clear" w:color="auto" w:fill="92D050"/>
            <w:tcMar>
              <w:left w:w="0" w:type="dxa"/>
              <w:right w:w="0" w:type="dxa"/>
            </w:tcMar>
          </w:tcPr>
          <w:p w14:paraId="55FF11D0" w14:textId="77777777" w:rsidR="0097296A" w:rsidRPr="007204D9" w:rsidRDefault="00000000">
            <w:pPr>
              <w:autoSpaceDE w:val="0"/>
              <w:autoSpaceDN w:val="0"/>
              <w:spacing w:before="96" w:after="0" w:line="202" w:lineRule="exact"/>
              <w:jc w:val="center"/>
            </w:pPr>
            <w:r w:rsidRPr="007204D9">
              <w:rPr>
                <w:color w:val="000000"/>
                <w:sz w:val="18"/>
              </w:rPr>
              <w:t xml:space="preserve">1 </w:t>
            </w:r>
          </w:p>
        </w:tc>
      </w:tr>
      <w:tr w:rsidR="0097296A" w:rsidRPr="007204D9" w14:paraId="2EF50B8C" w14:textId="77777777" w:rsidTr="0082116F">
        <w:trPr>
          <w:trHeight w:val="394"/>
        </w:trPr>
        <w:tc>
          <w:tcPr>
            <w:tcW w:w="2104" w:type="dxa"/>
            <w:vMerge/>
            <w:tcBorders>
              <w:top w:val="single" w:sz="4" w:space="0" w:color="auto"/>
              <w:left w:val="single" w:sz="4" w:space="0" w:color="auto"/>
              <w:bottom w:val="single" w:sz="4" w:space="0" w:color="auto"/>
              <w:right w:val="single" w:sz="4" w:space="0" w:color="auto"/>
            </w:tcBorders>
          </w:tcPr>
          <w:p w14:paraId="08139ACC"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732648F7"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1ECA292A" w14:textId="77777777" w:rsidR="0097296A" w:rsidRPr="007204D9" w:rsidRDefault="00000000">
            <w:pPr>
              <w:autoSpaceDE w:val="0"/>
              <w:autoSpaceDN w:val="0"/>
              <w:spacing w:before="94" w:after="0" w:line="200" w:lineRule="exact"/>
              <w:ind w:left="74"/>
            </w:pPr>
            <w:r w:rsidRPr="007204D9">
              <w:rPr>
                <w:color w:val="000000"/>
                <w:sz w:val="18"/>
              </w:rPr>
              <w:t xml:space="preserve">Não. Estão em condições precárias.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4C99E66E" w14:textId="77777777" w:rsidR="0097296A" w:rsidRPr="007204D9" w:rsidRDefault="00000000">
            <w:pPr>
              <w:autoSpaceDE w:val="0"/>
              <w:autoSpaceDN w:val="0"/>
              <w:spacing w:before="94" w:after="0" w:line="200" w:lineRule="exact"/>
              <w:jc w:val="center"/>
            </w:pPr>
            <w:r w:rsidRPr="007204D9">
              <w:rPr>
                <w:color w:val="000000"/>
                <w:sz w:val="18"/>
              </w:rPr>
              <w:t>NAT</w:t>
            </w:r>
          </w:p>
        </w:tc>
        <w:tc>
          <w:tcPr>
            <w:tcW w:w="990" w:type="dxa"/>
            <w:tcBorders>
              <w:top w:val="single" w:sz="4" w:space="0" w:color="auto"/>
              <w:left w:val="single" w:sz="3" w:space="0" w:color="auto"/>
              <w:bottom w:val="single" w:sz="4" w:space="0" w:color="auto"/>
              <w:right w:val="single" w:sz="4" w:space="0" w:color="auto"/>
            </w:tcBorders>
            <w:shd w:val="clear" w:color="auto" w:fill="EE0000"/>
            <w:tcMar>
              <w:left w:w="0" w:type="dxa"/>
              <w:right w:w="0" w:type="dxa"/>
            </w:tcMar>
          </w:tcPr>
          <w:p w14:paraId="4729F050" w14:textId="77777777" w:rsidR="0097296A" w:rsidRPr="007204D9" w:rsidRDefault="00000000">
            <w:pPr>
              <w:autoSpaceDE w:val="0"/>
              <w:autoSpaceDN w:val="0"/>
              <w:spacing w:before="94" w:after="0" w:line="200" w:lineRule="exact"/>
              <w:jc w:val="center"/>
            </w:pPr>
            <w:r w:rsidRPr="007204D9">
              <w:rPr>
                <w:color w:val="000000"/>
                <w:sz w:val="18"/>
              </w:rPr>
              <w:t xml:space="preserve">3 </w:t>
            </w:r>
          </w:p>
        </w:tc>
      </w:tr>
      <w:tr w:rsidR="0097296A" w:rsidRPr="007204D9" w14:paraId="2CF5A209"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09C8D593"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78B62877"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7F3B42AE" w14:textId="77777777" w:rsidR="0097296A" w:rsidRPr="007204D9" w:rsidRDefault="00000000">
            <w:pPr>
              <w:autoSpaceDE w:val="0"/>
              <w:autoSpaceDN w:val="0"/>
              <w:spacing w:before="96" w:after="0" w:line="200" w:lineRule="exact"/>
              <w:ind w:left="74"/>
            </w:pPr>
            <w:r w:rsidRPr="007204D9">
              <w:rPr>
                <w:color w:val="000000"/>
                <w:sz w:val="18"/>
              </w:rPr>
              <w:t xml:space="preserve">Não há vestiários exclusivo para equipe técnica.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1F7A0B51" w14:textId="77777777" w:rsidR="0097296A" w:rsidRPr="007204D9" w:rsidRDefault="00000000">
            <w:pPr>
              <w:autoSpaceDE w:val="0"/>
              <w:autoSpaceDN w:val="0"/>
              <w:spacing w:before="96" w:after="0" w:line="200" w:lineRule="exact"/>
              <w:jc w:val="center"/>
            </w:pPr>
            <w:r w:rsidRPr="007204D9">
              <w:rPr>
                <w:color w:val="000000"/>
                <w:sz w:val="18"/>
              </w:rPr>
              <w:t>NAP</w:t>
            </w:r>
          </w:p>
        </w:tc>
        <w:tc>
          <w:tcPr>
            <w:tcW w:w="990" w:type="dxa"/>
            <w:tcBorders>
              <w:top w:val="single" w:sz="4" w:space="0" w:color="auto"/>
              <w:left w:val="single" w:sz="3" w:space="0" w:color="auto"/>
              <w:bottom w:val="single" w:sz="4" w:space="0" w:color="auto"/>
              <w:right w:val="single" w:sz="4" w:space="0" w:color="auto"/>
            </w:tcBorders>
            <w:tcMar>
              <w:left w:w="0" w:type="dxa"/>
              <w:right w:w="0" w:type="dxa"/>
            </w:tcMar>
          </w:tcPr>
          <w:p w14:paraId="2810F0E1"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55DF2EAC"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6655F2E2"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0A53AA1D"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46B1BE20" w14:textId="77777777" w:rsidR="0097296A" w:rsidRPr="007204D9" w:rsidRDefault="00000000">
            <w:pPr>
              <w:autoSpaceDE w:val="0"/>
              <w:autoSpaceDN w:val="0"/>
              <w:spacing w:before="94" w:after="0" w:line="202" w:lineRule="exact"/>
              <w:ind w:left="74"/>
            </w:pPr>
            <w:r w:rsidRPr="007204D9">
              <w:rPr>
                <w:color w:val="000000"/>
                <w:sz w:val="18"/>
              </w:rPr>
              <w:t xml:space="preserve">Não observado. (Especificar no comentário o motivo da não observação)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2BD7B62E" w14:textId="77777777" w:rsidR="0097296A" w:rsidRPr="007204D9" w:rsidRDefault="00000000">
            <w:pPr>
              <w:autoSpaceDE w:val="0"/>
              <w:autoSpaceDN w:val="0"/>
              <w:spacing w:before="94" w:after="0" w:line="202" w:lineRule="exact"/>
              <w:jc w:val="center"/>
            </w:pPr>
            <w:r w:rsidRPr="007204D9">
              <w:rPr>
                <w:color w:val="000000"/>
                <w:sz w:val="18"/>
              </w:rPr>
              <w:t xml:space="preserve">NO </w:t>
            </w:r>
          </w:p>
        </w:tc>
        <w:tc>
          <w:tcPr>
            <w:tcW w:w="990" w:type="dxa"/>
            <w:tcBorders>
              <w:top w:val="single" w:sz="4" w:space="0" w:color="auto"/>
              <w:left w:val="single" w:sz="3" w:space="0" w:color="auto"/>
              <w:bottom w:val="single" w:sz="3" w:space="0" w:color="auto"/>
              <w:right w:val="single" w:sz="4" w:space="0" w:color="auto"/>
            </w:tcBorders>
            <w:tcMar>
              <w:left w:w="0" w:type="dxa"/>
              <w:right w:w="0" w:type="dxa"/>
            </w:tcMar>
          </w:tcPr>
          <w:p w14:paraId="0D74D36A" w14:textId="77777777" w:rsidR="0097296A" w:rsidRPr="007204D9" w:rsidRDefault="00000000">
            <w:pPr>
              <w:autoSpaceDE w:val="0"/>
              <w:autoSpaceDN w:val="0"/>
              <w:spacing w:before="94" w:after="0" w:line="202" w:lineRule="exact"/>
              <w:jc w:val="center"/>
            </w:pPr>
            <w:r w:rsidRPr="007204D9">
              <w:rPr>
                <w:color w:val="000000"/>
                <w:sz w:val="18"/>
              </w:rPr>
              <w:t xml:space="preserve">0 </w:t>
            </w:r>
          </w:p>
        </w:tc>
      </w:tr>
      <w:tr w:rsidR="0097296A" w:rsidRPr="007204D9" w14:paraId="58A38CB2" w14:textId="77777777">
        <w:trPr>
          <w:trHeight w:val="918"/>
        </w:trPr>
        <w:tc>
          <w:tcPr>
            <w:tcW w:w="2104" w:type="dxa"/>
            <w:vMerge/>
            <w:tcBorders>
              <w:top w:val="single" w:sz="4" w:space="0" w:color="auto"/>
              <w:left w:val="single" w:sz="4" w:space="0" w:color="auto"/>
              <w:bottom w:val="single" w:sz="4" w:space="0" w:color="auto"/>
              <w:right w:val="single" w:sz="4" w:space="0" w:color="auto"/>
            </w:tcBorders>
          </w:tcPr>
          <w:p w14:paraId="6E0E59EB"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379C799E" w14:textId="77777777" w:rsidR="0097296A" w:rsidRPr="007204D9" w:rsidRDefault="0097296A"/>
        </w:tc>
        <w:tc>
          <w:tcPr>
            <w:tcW w:w="8786"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08F275F2" w14:textId="77777777" w:rsidR="0097296A" w:rsidRPr="007204D9" w:rsidRDefault="00000000">
            <w:pPr>
              <w:autoSpaceDE w:val="0"/>
              <w:autoSpaceDN w:val="0"/>
              <w:spacing w:before="2" w:after="0" w:line="200" w:lineRule="exact"/>
              <w:ind w:left="74"/>
            </w:pPr>
            <w:r w:rsidRPr="007204D9">
              <w:rPr>
                <w:color w:val="000000"/>
                <w:sz w:val="18"/>
              </w:rPr>
              <w:t xml:space="preserve">Comentário: </w:t>
            </w:r>
          </w:p>
        </w:tc>
      </w:tr>
      <w:tr w:rsidR="0097296A" w:rsidRPr="007204D9" w14:paraId="65FDD156" w14:textId="77777777">
        <w:trPr>
          <w:trHeight w:val="90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55962F5" w14:textId="77777777" w:rsidR="0097296A" w:rsidRPr="007204D9" w:rsidRDefault="00000000">
            <w:pPr>
              <w:autoSpaceDE w:val="0"/>
              <w:autoSpaceDN w:val="0"/>
              <w:spacing w:before="1554" w:after="0" w:line="200" w:lineRule="exact"/>
              <w:jc w:val="center"/>
            </w:pPr>
            <w:r w:rsidRPr="007204D9">
              <w:rPr>
                <w:color w:val="000000"/>
                <w:sz w:val="18"/>
              </w:rPr>
              <w:t xml:space="preserve">7.6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135FFC3" w14:textId="77777777" w:rsidR="0097296A" w:rsidRPr="007204D9" w:rsidRDefault="00000000">
            <w:pPr>
              <w:autoSpaceDE w:val="0"/>
              <w:autoSpaceDN w:val="0"/>
              <w:spacing w:before="1554" w:after="0" w:line="200" w:lineRule="exact"/>
              <w:jc w:val="center"/>
            </w:pPr>
            <w:r w:rsidRPr="007204D9">
              <w:rPr>
                <w:color w:val="000000"/>
                <w:sz w:val="18"/>
              </w:rPr>
              <w:t xml:space="preserve">2 </w:t>
            </w:r>
          </w:p>
        </w:tc>
        <w:tc>
          <w:tcPr>
            <w:tcW w:w="8786" w:type="dxa"/>
            <w:gridSpan w:val="3"/>
            <w:tcBorders>
              <w:top w:val="single" w:sz="4" w:space="0" w:color="auto"/>
              <w:left w:val="single" w:sz="4" w:space="0" w:color="auto"/>
              <w:bottom w:val="single" w:sz="3" w:space="0" w:color="auto"/>
              <w:right w:val="single" w:sz="4" w:space="0" w:color="auto"/>
            </w:tcBorders>
            <w:tcMar>
              <w:left w:w="0" w:type="dxa"/>
              <w:right w:w="0" w:type="dxa"/>
            </w:tcMar>
          </w:tcPr>
          <w:p w14:paraId="2FA19C81" w14:textId="77777777" w:rsidR="0097296A" w:rsidRPr="007204D9" w:rsidRDefault="00000000">
            <w:pPr>
              <w:autoSpaceDE w:val="0"/>
              <w:autoSpaceDN w:val="0"/>
              <w:spacing w:before="228" w:after="0" w:line="206" w:lineRule="exact"/>
              <w:ind w:left="74" w:right="144"/>
            </w:pPr>
            <w:r w:rsidRPr="007204D9">
              <w:rPr>
                <w:b/>
                <w:color w:val="000000"/>
                <w:sz w:val="18"/>
              </w:rPr>
              <w:t xml:space="preserve">Os vestiários para árbitros são divididos por gênero (feminino e masculino)? (Doc. Ref.: (Doc. Ref.: Manual de Recomendações para a Segurança e Conforto nos Estádios de Futebol - FGV/2010). </w:t>
            </w:r>
          </w:p>
        </w:tc>
      </w:tr>
      <w:tr w:rsidR="0097296A" w:rsidRPr="007204D9" w14:paraId="59B1D084" w14:textId="77777777" w:rsidTr="00050CAE">
        <w:trPr>
          <w:trHeight w:val="340"/>
        </w:trPr>
        <w:tc>
          <w:tcPr>
            <w:tcW w:w="2104" w:type="dxa"/>
            <w:vMerge/>
            <w:tcBorders>
              <w:top w:val="single" w:sz="4" w:space="0" w:color="auto"/>
              <w:left w:val="single" w:sz="4" w:space="0" w:color="auto"/>
              <w:bottom w:val="single" w:sz="4" w:space="0" w:color="auto"/>
              <w:right w:val="single" w:sz="4" w:space="0" w:color="auto"/>
            </w:tcBorders>
          </w:tcPr>
          <w:p w14:paraId="5554AD3A"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2C8673DF"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3D17F7C5" w14:textId="77777777" w:rsidR="0097296A" w:rsidRPr="007204D9" w:rsidRDefault="00000000">
            <w:pPr>
              <w:autoSpaceDE w:val="0"/>
              <w:autoSpaceDN w:val="0"/>
              <w:spacing w:before="68" w:after="0" w:line="202" w:lineRule="exact"/>
              <w:ind w:left="74"/>
            </w:pPr>
            <w:r w:rsidRPr="007204D9">
              <w:rPr>
                <w:color w:val="000000"/>
                <w:sz w:val="18"/>
              </w:rPr>
              <w:t xml:space="preserve">Sim.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5B891E86" w14:textId="77777777" w:rsidR="0097296A" w:rsidRPr="007204D9" w:rsidRDefault="00000000">
            <w:pPr>
              <w:autoSpaceDE w:val="0"/>
              <w:autoSpaceDN w:val="0"/>
              <w:spacing w:before="68" w:after="0" w:line="202" w:lineRule="exact"/>
              <w:jc w:val="center"/>
            </w:pPr>
            <w:r w:rsidRPr="007204D9">
              <w:rPr>
                <w:color w:val="000000"/>
                <w:sz w:val="18"/>
              </w:rPr>
              <w:t xml:space="preserve">AT </w:t>
            </w:r>
          </w:p>
        </w:tc>
        <w:tc>
          <w:tcPr>
            <w:tcW w:w="990" w:type="dxa"/>
            <w:tcBorders>
              <w:top w:val="single" w:sz="3" w:space="0" w:color="auto"/>
              <w:left w:val="single" w:sz="3" w:space="0" w:color="auto"/>
              <w:bottom w:val="single" w:sz="4" w:space="0" w:color="auto"/>
              <w:right w:val="single" w:sz="4" w:space="0" w:color="auto"/>
            </w:tcBorders>
            <w:shd w:val="clear" w:color="auto" w:fill="92D050"/>
            <w:tcMar>
              <w:left w:w="0" w:type="dxa"/>
              <w:right w:w="0" w:type="dxa"/>
            </w:tcMar>
          </w:tcPr>
          <w:p w14:paraId="3664F257" w14:textId="77777777" w:rsidR="0097296A" w:rsidRPr="007204D9" w:rsidRDefault="00000000">
            <w:pPr>
              <w:autoSpaceDE w:val="0"/>
              <w:autoSpaceDN w:val="0"/>
              <w:spacing w:before="68" w:after="0" w:line="202" w:lineRule="exact"/>
              <w:jc w:val="center"/>
            </w:pPr>
            <w:r w:rsidRPr="007204D9">
              <w:rPr>
                <w:color w:val="000000"/>
                <w:sz w:val="18"/>
              </w:rPr>
              <w:t xml:space="preserve">1 </w:t>
            </w:r>
          </w:p>
        </w:tc>
      </w:tr>
      <w:tr w:rsidR="0097296A" w:rsidRPr="007204D9" w14:paraId="2FA97EB6" w14:textId="77777777" w:rsidTr="000C5119">
        <w:trPr>
          <w:trHeight w:val="354"/>
        </w:trPr>
        <w:tc>
          <w:tcPr>
            <w:tcW w:w="2104" w:type="dxa"/>
            <w:vMerge/>
            <w:tcBorders>
              <w:top w:val="single" w:sz="4" w:space="0" w:color="auto"/>
              <w:left w:val="single" w:sz="4" w:space="0" w:color="auto"/>
              <w:bottom w:val="single" w:sz="4" w:space="0" w:color="auto"/>
              <w:right w:val="single" w:sz="4" w:space="0" w:color="auto"/>
            </w:tcBorders>
          </w:tcPr>
          <w:p w14:paraId="15993AC9"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3270FAE6" w14:textId="77777777" w:rsidR="0097296A" w:rsidRPr="007204D9" w:rsidRDefault="0097296A"/>
        </w:tc>
        <w:tc>
          <w:tcPr>
            <w:tcW w:w="7228" w:type="dxa"/>
            <w:tcBorders>
              <w:top w:val="single" w:sz="4" w:space="0" w:color="auto"/>
              <w:left w:val="single" w:sz="4" w:space="0" w:color="auto"/>
              <w:bottom w:val="single" w:sz="4" w:space="0" w:color="auto"/>
              <w:right w:val="single" w:sz="4" w:space="0" w:color="auto"/>
            </w:tcBorders>
            <w:tcMar>
              <w:left w:w="0" w:type="dxa"/>
              <w:right w:w="0" w:type="dxa"/>
            </w:tcMar>
          </w:tcPr>
          <w:p w14:paraId="33562724" w14:textId="77777777" w:rsidR="0097296A" w:rsidRPr="007204D9" w:rsidRDefault="00000000">
            <w:pPr>
              <w:autoSpaceDE w:val="0"/>
              <w:autoSpaceDN w:val="0"/>
              <w:spacing w:before="74" w:after="0" w:line="200" w:lineRule="exact"/>
              <w:ind w:left="74"/>
            </w:pPr>
            <w:r w:rsidRPr="007204D9">
              <w:rPr>
                <w:color w:val="000000"/>
                <w:sz w:val="18"/>
              </w:rPr>
              <w:t xml:space="preserve">Não. Há vestiário apenas para um gênero. </w:t>
            </w:r>
          </w:p>
        </w:tc>
        <w:tc>
          <w:tcPr>
            <w:tcW w:w="568" w:type="dxa"/>
            <w:tcBorders>
              <w:top w:val="single" w:sz="4" w:space="0" w:color="auto"/>
              <w:left w:val="single" w:sz="4" w:space="0" w:color="auto"/>
              <w:bottom w:val="single" w:sz="4" w:space="0" w:color="auto"/>
              <w:right w:val="single" w:sz="3" w:space="0" w:color="auto"/>
            </w:tcBorders>
            <w:tcMar>
              <w:left w:w="0" w:type="dxa"/>
              <w:right w:w="0" w:type="dxa"/>
            </w:tcMar>
          </w:tcPr>
          <w:p w14:paraId="0B2864E7" w14:textId="77777777" w:rsidR="0097296A" w:rsidRPr="007204D9" w:rsidRDefault="00000000">
            <w:pPr>
              <w:autoSpaceDE w:val="0"/>
              <w:autoSpaceDN w:val="0"/>
              <w:spacing w:before="74" w:after="0" w:line="200" w:lineRule="exact"/>
              <w:jc w:val="center"/>
            </w:pPr>
            <w:r w:rsidRPr="007204D9">
              <w:rPr>
                <w:color w:val="000000"/>
                <w:sz w:val="18"/>
              </w:rPr>
              <w:t xml:space="preserve">AP </w:t>
            </w:r>
          </w:p>
        </w:tc>
        <w:tc>
          <w:tcPr>
            <w:tcW w:w="990" w:type="dxa"/>
            <w:tcBorders>
              <w:top w:val="single" w:sz="4" w:space="0" w:color="auto"/>
              <w:left w:val="single" w:sz="3" w:space="0" w:color="auto"/>
              <w:bottom w:val="single" w:sz="4" w:space="0" w:color="auto"/>
              <w:right w:val="single" w:sz="4" w:space="0" w:color="auto"/>
            </w:tcBorders>
            <w:shd w:val="clear" w:color="auto" w:fill="FFFF00"/>
            <w:tcMar>
              <w:left w:w="0" w:type="dxa"/>
              <w:right w:w="0" w:type="dxa"/>
            </w:tcMar>
          </w:tcPr>
          <w:p w14:paraId="27B396B6" w14:textId="77777777" w:rsidR="0097296A" w:rsidRPr="007204D9" w:rsidRDefault="00000000">
            <w:pPr>
              <w:autoSpaceDE w:val="0"/>
              <w:autoSpaceDN w:val="0"/>
              <w:spacing w:before="74" w:after="0" w:line="200" w:lineRule="exact"/>
              <w:jc w:val="center"/>
            </w:pPr>
            <w:r w:rsidRPr="007204D9">
              <w:rPr>
                <w:color w:val="000000"/>
                <w:sz w:val="18"/>
              </w:rPr>
              <w:t xml:space="preserve">2 </w:t>
            </w:r>
          </w:p>
        </w:tc>
      </w:tr>
      <w:tr w:rsidR="0097296A" w:rsidRPr="007204D9" w14:paraId="617CEEA7" w14:textId="77777777" w:rsidTr="000C5119">
        <w:trPr>
          <w:trHeight w:val="398"/>
        </w:trPr>
        <w:tc>
          <w:tcPr>
            <w:tcW w:w="2104" w:type="dxa"/>
            <w:vMerge/>
            <w:tcBorders>
              <w:top w:val="single" w:sz="4" w:space="0" w:color="auto"/>
              <w:left w:val="single" w:sz="4" w:space="0" w:color="auto"/>
              <w:bottom w:val="single" w:sz="4" w:space="0" w:color="auto"/>
              <w:right w:val="single" w:sz="4" w:space="0" w:color="auto"/>
            </w:tcBorders>
          </w:tcPr>
          <w:p w14:paraId="146EE79C"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7DB7F6D4" w14:textId="77777777" w:rsidR="0097296A" w:rsidRPr="007204D9" w:rsidRDefault="0097296A"/>
        </w:tc>
        <w:tc>
          <w:tcPr>
            <w:tcW w:w="7228" w:type="dxa"/>
            <w:tcBorders>
              <w:top w:val="single" w:sz="4" w:space="0" w:color="auto"/>
              <w:left w:val="single" w:sz="4" w:space="0" w:color="auto"/>
              <w:bottom w:val="single" w:sz="3" w:space="0" w:color="auto"/>
              <w:right w:val="single" w:sz="4" w:space="0" w:color="auto"/>
            </w:tcBorders>
            <w:tcMar>
              <w:left w:w="0" w:type="dxa"/>
              <w:right w:w="0" w:type="dxa"/>
            </w:tcMar>
          </w:tcPr>
          <w:p w14:paraId="158514D6" w14:textId="77777777" w:rsidR="0097296A" w:rsidRPr="007204D9" w:rsidRDefault="00000000">
            <w:pPr>
              <w:autoSpaceDE w:val="0"/>
              <w:autoSpaceDN w:val="0"/>
              <w:spacing w:before="94" w:after="0" w:line="202" w:lineRule="exact"/>
              <w:ind w:left="74"/>
            </w:pPr>
            <w:r w:rsidRPr="007204D9">
              <w:rPr>
                <w:color w:val="000000"/>
                <w:sz w:val="18"/>
              </w:rPr>
              <w:t xml:space="preserve">Não há vestiários exclusivo para árbitros. </w:t>
            </w:r>
          </w:p>
        </w:tc>
        <w:tc>
          <w:tcPr>
            <w:tcW w:w="568" w:type="dxa"/>
            <w:tcBorders>
              <w:top w:val="single" w:sz="4" w:space="0" w:color="auto"/>
              <w:left w:val="single" w:sz="4" w:space="0" w:color="auto"/>
              <w:bottom w:val="single" w:sz="3" w:space="0" w:color="auto"/>
              <w:right w:val="single" w:sz="3" w:space="0" w:color="auto"/>
            </w:tcBorders>
            <w:tcMar>
              <w:left w:w="0" w:type="dxa"/>
              <w:right w:w="0" w:type="dxa"/>
            </w:tcMar>
          </w:tcPr>
          <w:p w14:paraId="2D7D05EC" w14:textId="77777777" w:rsidR="0097296A" w:rsidRPr="007204D9" w:rsidRDefault="00000000">
            <w:pPr>
              <w:autoSpaceDE w:val="0"/>
              <w:autoSpaceDN w:val="0"/>
              <w:spacing w:before="94" w:after="0" w:line="202" w:lineRule="exact"/>
              <w:jc w:val="center"/>
            </w:pPr>
            <w:r w:rsidRPr="007204D9">
              <w:rPr>
                <w:color w:val="000000"/>
                <w:sz w:val="18"/>
              </w:rPr>
              <w:t>NAT</w:t>
            </w:r>
          </w:p>
        </w:tc>
        <w:tc>
          <w:tcPr>
            <w:tcW w:w="990" w:type="dxa"/>
            <w:tcBorders>
              <w:top w:val="single" w:sz="4" w:space="0" w:color="auto"/>
              <w:left w:val="single" w:sz="3" w:space="0" w:color="auto"/>
              <w:bottom w:val="single" w:sz="3" w:space="0" w:color="auto"/>
              <w:right w:val="single" w:sz="4" w:space="0" w:color="auto"/>
            </w:tcBorders>
            <w:shd w:val="clear" w:color="auto" w:fill="EE0000"/>
            <w:tcMar>
              <w:left w:w="0" w:type="dxa"/>
              <w:right w:w="0" w:type="dxa"/>
            </w:tcMar>
          </w:tcPr>
          <w:p w14:paraId="305900B5" w14:textId="77777777" w:rsidR="0097296A" w:rsidRPr="007204D9" w:rsidRDefault="00000000">
            <w:pPr>
              <w:autoSpaceDE w:val="0"/>
              <w:autoSpaceDN w:val="0"/>
              <w:spacing w:before="94" w:after="0" w:line="202" w:lineRule="exact"/>
              <w:jc w:val="center"/>
            </w:pPr>
            <w:r w:rsidRPr="007204D9">
              <w:rPr>
                <w:color w:val="000000"/>
                <w:sz w:val="18"/>
              </w:rPr>
              <w:t xml:space="preserve">3 </w:t>
            </w:r>
          </w:p>
        </w:tc>
      </w:tr>
      <w:tr w:rsidR="0097296A" w:rsidRPr="007204D9" w14:paraId="32822579" w14:textId="77777777">
        <w:trPr>
          <w:trHeight w:val="402"/>
        </w:trPr>
        <w:tc>
          <w:tcPr>
            <w:tcW w:w="2104" w:type="dxa"/>
            <w:vMerge/>
            <w:tcBorders>
              <w:top w:val="single" w:sz="4" w:space="0" w:color="auto"/>
              <w:left w:val="single" w:sz="4" w:space="0" w:color="auto"/>
              <w:bottom w:val="single" w:sz="4" w:space="0" w:color="auto"/>
              <w:right w:val="single" w:sz="4" w:space="0" w:color="auto"/>
            </w:tcBorders>
          </w:tcPr>
          <w:p w14:paraId="10DC60C6"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7179592E" w14:textId="77777777" w:rsidR="0097296A" w:rsidRPr="007204D9" w:rsidRDefault="0097296A"/>
        </w:tc>
        <w:tc>
          <w:tcPr>
            <w:tcW w:w="7228" w:type="dxa"/>
            <w:tcBorders>
              <w:top w:val="single" w:sz="3" w:space="0" w:color="auto"/>
              <w:left w:val="single" w:sz="4" w:space="0" w:color="auto"/>
              <w:bottom w:val="single" w:sz="4" w:space="0" w:color="auto"/>
              <w:right w:val="single" w:sz="4" w:space="0" w:color="auto"/>
            </w:tcBorders>
            <w:tcMar>
              <w:left w:w="0" w:type="dxa"/>
              <w:right w:w="0" w:type="dxa"/>
            </w:tcMar>
          </w:tcPr>
          <w:p w14:paraId="575F1DF7" w14:textId="77777777" w:rsidR="0097296A" w:rsidRPr="007204D9" w:rsidRDefault="00000000">
            <w:pPr>
              <w:autoSpaceDE w:val="0"/>
              <w:autoSpaceDN w:val="0"/>
              <w:spacing w:before="98" w:after="0" w:line="200" w:lineRule="exact"/>
              <w:ind w:left="74"/>
            </w:pPr>
            <w:r w:rsidRPr="007204D9">
              <w:rPr>
                <w:color w:val="000000"/>
                <w:sz w:val="18"/>
              </w:rPr>
              <w:t xml:space="preserve">Não observado. (Especificar no comentário o motivo da não observação) </w:t>
            </w:r>
          </w:p>
        </w:tc>
        <w:tc>
          <w:tcPr>
            <w:tcW w:w="568" w:type="dxa"/>
            <w:tcBorders>
              <w:top w:val="single" w:sz="3" w:space="0" w:color="auto"/>
              <w:left w:val="single" w:sz="4" w:space="0" w:color="auto"/>
              <w:bottom w:val="single" w:sz="4" w:space="0" w:color="auto"/>
              <w:right w:val="single" w:sz="3" w:space="0" w:color="auto"/>
            </w:tcBorders>
            <w:tcMar>
              <w:left w:w="0" w:type="dxa"/>
              <w:right w:w="0" w:type="dxa"/>
            </w:tcMar>
          </w:tcPr>
          <w:p w14:paraId="770D6811"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990" w:type="dxa"/>
            <w:tcBorders>
              <w:top w:val="single" w:sz="3" w:space="0" w:color="auto"/>
              <w:left w:val="single" w:sz="3" w:space="0" w:color="auto"/>
              <w:bottom w:val="single" w:sz="4" w:space="0" w:color="auto"/>
              <w:right w:val="single" w:sz="4" w:space="0" w:color="auto"/>
            </w:tcBorders>
            <w:tcMar>
              <w:left w:w="0" w:type="dxa"/>
              <w:right w:w="0" w:type="dxa"/>
            </w:tcMar>
          </w:tcPr>
          <w:p w14:paraId="585E3E20"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7C335E54" w14:textId="77777777">
        <w:trPr>
          <w:trHeight w:val="912"/>
        </w:trPr>
        <w:tc>
          <w:tcPr>
            <w:tcW w:w="2104" w:type="dxa"/>
            <w:vMerge/>
            <w:tcBorders>
              <w:top w:val="single" w:sz="4" w:space="0" w:color="auto"/>
              <w:left w:val="single" w:sz="4" w:space="0" w:color="auto"/>
              <w:bottom w:val="single" w:sz="4" w:space="0" w:color="auto"/>
              <w:right w:val="single" w:sz="4" w:space="0" w:color="auto"/>
            </w:tcBorders>
          </w:tcPr>
          <w:p w14:paraId="45E45040"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2E7710D" w14:textId="77777777" w:rsidR="0097296A" w:rsidRPr="007204D9" w:rsidRDefault="0097296A"/>
        </w:tc>
        <w:tc>
          <w:tcPr>
            <w:tcW w:w="8786"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63E8FCB4"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bl>
    <w:p w14:paraId="59B6ADA8" w14:textId="77777777" w:rsidR="0097296A" w:rsidRPr="007204D9" w:rsidRDefault="00000000">
      <w:pPr>
        <w:autoSpaceDE w:val="0"/>
        <w:autoSpaceDN w:val="0"/>
        <w:spacing w:before="1200" w:after="0" w:line="266" w:lineRule="exact"/>
        <w:ind w:right="210"/>
        <w:jc w:val="right"/>
      </w:pPr>
      <w:r w:rsidRPr="007204D9">
        <w:rPr>
          <w:color w:val="000000"/>
          <w:sz w:val="24"/>
        </w:rPr>
        <w:t>27</w:t>
      </w:r>
    </w:p>
    <w:p w14:paraId="5030EAA9" w14:textId="77777777" w:rsidR="0097296A" w:rsidRPr="007204D9" w:rsidRDefault="0097296A">
      <w:pPr>
        <w:sectPr w:rsidR="0097296A" w:rsidRPr="007204D9">
          <w:pgSz w:w="11906" w:h="16838"/>
          <w:pgMar w:top="340" w:right="510" w:bottom="340" w:left="876" w:header="720" w:footer="720" w:gutter="0"/>
          <w:cols w:space="720"/>
          <w:docGrid w:linePitch="360"/>
        </w:sectPr>
      </w:pPr>
    </w:p>
    <w:p w14:paraId="7FA72D0F"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566"/>
        <w:gridCol w:w="1138"/>
        <w:gridCol w:w="6948"/>
        <w:gridCol w:w="708"/>
        <w:gridCol w:w="1132"/>
      </w:tblGrid>
      <w:tr w:rsidR="0097296A" w:rsidRPr="007204D9" w14:paraId="6F6106DF" w14:textId="77777777">
        <w:trPr>
          <w:trHeight w:val="846"/>
        </w:trPr>
        <w:tc>
          <w:tcPr>
            <w:tcW w:w="566"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4B788638" w14:textId="77777777" w:rsidR="0097296A" w:rsidRPr="007204D9" w:rsidRDefault="00000000">
            <w:pPr>
              <w:autoSpaceDE w:val="0"/>
              <w:autoSpaceDN w:val="0"/>
              <w:spacing w:before="1866" w:after="0" w:line="200" w:lineRule="exact"/>
              <w:jc w:val="center"/>
            </w:pPr>
            <w:r w:rsidRPr="007204D9">
              <w:rPr>
                <w:color w:val="000000"/>
                <w:sz w:val="18"/>
              </w:rPr>
              <w:t xml:space="preserve">7.7 </w:t>
            </w:r>
          </w:p>
        </w:tc>
        <w:tc>
          <w:tcPr>
            <w:tcW w:w="1138" w:type="dxa"/>
            <w:vMerge w:val="restart"/>
            <w:tcBorders>
              <w:top w:val="single" w:sz="3" w:space="0" w:color="auto"/>
              <w:left w:val="single" w:sz="4" w:space="0" w:color="auto"/>
              <w:bottom w:val="single" w:sz="4" w:space="0" w:color="auto"/>
              <w:right w:val="single" w:sz="4" w:space="0" w:color="auto"/>
            </w:tcBorders>
            <w:tcMar>
              <w:left w:w="0" w:type="dxa"/>
              <w:right w:w="0" w:type="dxa"/>
            </w:tcMar>
          </w:tcPr>
          <w:p w14:paraId="69C1F03A" w14:textId="77777777" w:rsidR="0097296A" w:rsidRPr="007204D9" w:rsidRDefault="00000000">
            <w:pPr>
              <w:autoSpaceDE w:val="0"/>
              <w:autoSpaceDN w:val="0"/>
              <w:spacing w:before="1866" w:after="0" w:line="200" w:lineRule="exact"/>
              <w:jc w:val="center"/>
            </w:pPr>
            <w:r w:rsidRPr="007204D9">
              <w:rPr>
                <w:color w:val="000000"/>
                <w:sz w:val="18"/>
              </w:rPr>
              <w:t xml:space="preserve">2 </w:t>
            </w:r>
          </w:p>
        </w:tc>
        <w:tc>
          <w:tcPr>
            <w:tcW w:w="8788"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5029D1C3" w14:textId="77777777" w:rsidR="0097296A" w:rsidRPr="007204D9" w:rsidRDefault="00000000">
            <w:pPr>
              <w:autoSpaceDE w:val="0"/>
              <w:autoSpaceDN w:val="0"/>
              <w:spacing w:before="202" w:after="0" w:line="206" w:lineRule="exact"/>
              <w:ind w:left="74" w:right="144"/>
            </w:pPr>
            <w:r w:rsidRPr="007204D9">
              <w:rPr>
                <w:b/>
                <w:color w:val="000000"/>
                <w:sz w:val="18"/>
              </w:rPr>
              <w:t xml:space="preserve">Os vestiários exclusivos para árbitros estão em boas condições de higiene? (Doc. Ref.: Manual de Recomendações para a Segurança e Conforto nos Estádios de Futebol - FGV/2010). </w:t>
            </w:r>
          </w:p>
        </w:tc>
      </w:tr>
      <w:tr w:rsidR="0097296A" w:rsidRPr="007204D9" w14:paraId="11CB2DC0" w14:textId="77777777" w:rsidTr="00050CAE">
        <w:trPr>
          <w:trHeight w:val="396"/>
        </w:trPr>
        <w:tc>
          <w:tcPr>
            <w:tcW w:w="2104" w:type="dxa"/>
            <w:vMerge/>
            <w:tcBorders>
              <w:top w:val="single" w:sz="3" w:space="0" w:color="auto"/>
              <w:left w:val="single" w:sz="4" w:space="0" w:color="auto"/>
              <w:bottom w:val="single" w:sz="4" w:space="0" w:color="auto"/>
              <w:right w:val="single" w:sz="4" w:space="0" w:color="auto"/>
            </w:tcBorders>
          </w:tcPr>
          <w:p w14:paraId="78517B77"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68FA7824"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6BDFFD47" w14:textId="77777777" w:rsidR="0097296A" w:rsidRPr="007204D9" w:rsidRDefault="00000000">
            <w:pPr>
              <w:autoSpaceDE w:val="0"/>
              <w:autoSpaceDN w:val="0"/>
              <w:spacing w:before="94" w:after="0" w:line="200" w:lineRule="exact"/>
              <w:ind w:left="74"/>
            </w:pPr>
            <w:r w:rsidRPr="007204D9">
              <w:rPr>
                <w:color w:val="000000"/>
                <w:sz w:val="18"/>
              </w:rPr>
              <w:t xml:space="preserve">Sim. Todos estão em boas condições de higiene.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0B0484D5"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1132"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4768928E"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4F171AAD" w14:textId="77777777" w:rsidTr="000C5119">
        <w:trPr>
          <w:trHeight w:val="578"/>
        </w:trPr>
        <w:tc>
          <w:tcPr>
            <w:tcW w:w="2104" w:type="dxa"/>
            <w:vMerge/>
            <w:tcBorders>
              <w:top w:val="single" w:sz="3" w:space="0" w:color="auto"/>
              <w:left w:val="single" w:sz="4" w:space="0" w:color="auto"/>
              <w:bottom w:val="single" w:sz="4" w:space="0" w:color="auto"/>
              <w:right w:val="single" w:sz="4" w:space="0" w:color="auto"/>
            </w:tcBorders>
          </w:tcPr>
          <w:p w14:paraId="3AA6E243"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2F42F111"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3626F304" w14:textId="77777777" w:rsidR="0097296A" w:rsidRPr="007204D9" w:rsidRDefault="00000000">
            <w:pPr>
              <w:autoSpaceDE w:val="0"/>
              <w:autoSpaceDN w:val="0"/>
              <w:spacing w:before="76" w:after="0" w:line="206" w:lineRule="exact"/>
              <w:ind w:left="74" w:right="144"/>
            </w:pPr>
            <w:r w:rsidRPr="007204D9">
              <w:rPr>
                <w:color w:val="000000"/>
                <w:sz w:val="18"/>
              </w:rPr>
              <w:t xml:space="preserve">Em parte. Alguns apresentam condições insatisfatórias de higiene. (Especificar no </w:t>
            </w:r>
            <w:r w:rsidRPr="007204D9">
              <w:rPr>
                <w:color w:val="000000"/>
                <w:sz w:val="18"/>
              </w:rPr>
              <w:t xml:space="preserve">comentário quantos e quais apresentam-se em condições insatisfatórias).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0F45B221" w14:textId="77777777" w:rsidR="0097296A" w:rsidRPr="007204D9" w:rsidRDefault="00000000">
            <w:pPr>
              <w:autoSpaceDE w:val="0"/>
              <w:autoSpaceDN w:val="0"/>
              <w:spacing w:before="190" w:after="0" w:line="200" w:lineRule="exact"/>
              <w:jc w:val="center"/>
            </w:pPr>
            <w:r w:rsidRPr="007204D9">
              <w:rPr>
                <w:color w:val="000000"/>
                <w:sz w:val="18"/>
              </w:rPr>
              <w:t xml:space="preserve">AP </w:t>
            </w:r>
          </w:p>
        </w:tc>
        <w:tc>
          <w:tcPr>
            <w:tcW w:w="113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7FCF4F03" w14:textId="77777777" w:rsidR="0097296A" w:rsidRPr="007204D9" w:rsidRDefault="00000000">
            <w:pPr>
              <w:autoSpaceDE w:val="0"/>
              <w:autoSpaceDN w:val="0"/>
              <w:spacing w:before="190" w:after="0" w:line="200" w:lineRule="exact"/>
              <w:jc w:val="center"/>
            </w:pPr>
            <w:r w:rsidRPr="007204D9">
              <w:rPr>
                <w:color w:val="000000"/>
                <w:sz w:val="18"/>
              </w:rPr>
              <w:t xml:space="preserve">1 </w:t>
            </w:r>
          </w:p>
        </w:tc>
      </w:tr>
      <w:tr w:rsidR="0097296A" w:rsidRPr="007204D9" w14:paraId="57995DB4" w14:textId="77777777" w:rsidTr="000C5119">
        <w:trPr>
          <w:trHeight w:val="400"/>
        </w:trPr>
        <w:tc>
          <w:tcPr>
            <w:tcW w:w="2104" w:type="dxa"/>
            <w:vMerge/>
            <w:tcBorders>
              <w:top w:val="single" w:sz="3" w:space="0" w:color="auto"/>
              <w:left w:val="single" w:sz="4" w:space="0" w:color="auto"/>
              <w:bottom w:val="single" w:sz="4" w:space="0" w:color="auto"/>
              <w:right w:val="single" w:sz="4" w:space="0" w:color="auto"/>
            </w:tcBorders>
          </w:tcPr>
          <w:p w14:paraId="446750F7"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4A99DFB5" w14:textId="77777777" w:rsidR="0097296A" w:rsidRPr="007204D9" w:rsidRDefault="0097296A"/>
        </w:tc>
        <w:tc>
          <w:tcPr>
            <w:tcW w:w="6948" w:type="dxa"/>
            <w:tcBorders>
              <w:top w:val="single" w:sz="4" w:space="0" w:color="auto"/>
              <w:left w:val="single" w:sz="4" w:space="0" w:color="auto"/>
              <w:bottom w:val="single" w:sz="3" w:space="0" w:color="auto"/>
              <w:right w:val="single" w:sz="4" w:space="0" w:color="auto"/>
            </w:tcBorders>
            <w:tcMar>
              <w:left w:w="0" w:type="dxa"/>
              <w:right w:w="0" w:type="dxa"/>
            </w:tcMar>
          </w:tcPr>
          <w:p w14:paraId="0C2803A4" w14:textId="77777777" w:rsidR="0097296A" w:rsidRPr="007204D9" w:rsidRDefault="00000000">
            <w:pPr>
              <w:autoSpaceDE w:val="0"/>
              <w:autoSpaceDN w:val="0"/>
              <w:spacing w:before="96" w:after="0" w:line="202" w:lineRule="exact"/>
              <w:ind w:left="74"/>
            </w:pPr>
            <w:r w:rsidRPr="007204D9">
              <w:rPr>
                <w:color w:val="000000"/>
                <w:sz w:val="18"/>
              </w:rPr>
              <w:t xml:space="preserve">Não. Estão todos em condições precárias. </w:t>
            </w:r>
          </w:p>
        </w:tc>
        <w:tc>
          <w:tcPr>
            <w:tcW w:w="708" w:type="dxa"/>
            <w:tcBorders>
              <w:top w:val="single" w:sz="4" w:space="0" w:color="auto"/>
              <w:left w:val="single" w:sz="4" w:space="0" w:color="auto"/>
              <w:bottom w:val="single" w:sz="3" w:space="0" w:color="auto"/>
              <w:right w:val="single" w:sz="4" w:space="0" w:color="auto"/>
            </w:tcBorders>
            <w:tcMar>
              <w:left w:w="0" w:type="dxa"/>
              <w:right w:w="0" w:type="dxa"/>
            </w:tcMar>
          </w:tcPr>
          <w:p w14:paraId="762058BB"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1132"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51F8F9F0"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25F0BFBD" w14:textId="77777777">
        <w:trPr>
          <w:trHeight w:val="400"/>
        </w:trPr>
        <w:tc>
          <w:tcPr>
            <w:tcW w:w="2104" w:type="dxa"/>
            <w:vMerge/>
            <w:tcBorders>
              <w:top w:val="single" w:sz="3" w:space="0" w:color="auto"/>
              <w:left w:val="single" w:sz="4" w:space="0" w:color="auto"/>
              <w:bottom w:val="single" w:sz="4" w:space="0" w:color="auto"/>
              <w:right w:val="single" w:sz="4" w:space="0" w:color="auto"/>
            </w:tcBorders>
          </w:tcPr>
          <w:p w14:paraId="31ACA359"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470368D2" w14:textId="77777777" w:rsidR="0097296A" w:rsidRPr="007204D9" w:rsidRDefault="0097296A"/>
        </w:tc>
        <w:tc>
          <w:tcPr>
            <w:tcW w:w="6948" w:type="dxa"/>
            <w:tcBorders>
              <w:top w:val="single" w:sz="3" w:space="0" w:color="auto"/>
              <w:left w:val="single" w:sz="4" w:space="0" w:color="auto"/>
              <w:bottom w:val="single" w:sz="4" w:space="0" w:color="auto"/>
              <w:right w:val="single" w:sz="4" w:space="0" w:color="auto"/>
            </w:tcBorders>
            <w:tcMar>
              <w:left w:w="0" w:type="dxa"/>
              <w:right w:w="0" w:type="dxa"/>
            </w:tcMar>
          </w:tcPr>
          <w:p w14:paraId="68D911CF" w14:textId="77777777" w:rsidR="0097296A" w:rsidRPr="007204D9" w:rsidRDefault="00000000">
            <w:pPr>
              <w:autoSpaceDE w:val="0"/>
              <w:autoSpaceDN w:val="0"/>
              <w:spacing w:before="98" w:after="0" w:line="200" w:lineRule="exact"/>
              <w:ind w:left="74"/>
            </w:pPr>
            <w:r w:rsidRPr="007204D9">
              <w:rPr>
                <w:color w:val="000000"/>
                <w:sz w:val="18"/>
              </w:rPr>
              <w:t xml:space="preserve">Não se aplica. Não há vestiários exclusivo para árbitros. </w:t>
            </w:r>
          </w:p>
        </w:tc>
        <w:tc>
          <w:tcPr>
            <w:tcW w:w="708" w:type="dxa"/>
            <w:tcBorders>
              <w:top w:val="single" w:sz="3" w:space="0" w:color="auto"/>
              <w:left w:val="single" w:sz="4" w:space="0" w:color="auto"/>
              <w:bottom w:val="single" w:sz="4" w:space="0" w:color="auto"/>
              <w:right w:val="single" w:sz="4" w:space="0" w:color="auto"/>
            </w:tcBorders>
            <w:tcMar>
              <w:left w:w="0" w:type="dxa"/>
              <w:right w:w="0" w:type="dxa"/>
            </w:tcMar>
          </w:tcPr>
          <w:p w14:paraId="6A8D2403" w14:textId="77777777" w:rsidR="0097296A" w:rsidRPr="007204D9" w:rsidRDefault="00000000">
            <w:pPr>
              <w:autoSpaceDE w:val="0"/>
              <w:autoSpaceDN w:val="0"/>
              <w:spacing w:before="98" w:after="0" w:line="200" w:lineRule="exact"/>
              <w:jc w:val="center"/>
            </w:pPr>
            <w:r w:rsidRPr="007204D9">
              <w:rPr>
                <w:color w:val="000000"/>
                <w:sz w:val="18"/>
              </w:rPr>
              <w:t xml:space="preserve">NAP </w:t>
            </w:r>
          </w:p>
        </w:tc>
        <w:tc>
          <w:tcPr>
            <w:tcW w:w="1132" w:type="dxa"/>
            <w:tcBorders>
              <w:top w:val="single" w:sz="3" w:space="0" w:color="auto"/>
              <w:left w:val="single" w:sz="4" w:space="0" w:color="auto"/>
              <w:bottom w:val="single" w:sz="4" w:space="0" w:color="auto"/>
              <w:right w:val="single" w:sz="4" w:space="0" w:color="auto"/>
            </w:tcBorders>
            <w:tcMar>
              <w:left w:w="0" w:type="dxa"/>
              <w:right w:w="0" w:type="dxa"/>
            </w:tcMar>
          </w:tcPr>
          <w:p w14:paraId="43AB83EC"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4C810605" w14:textId="77777777">
        <w:trPr>
          <w:trHeight w:val="398"/>
        </w:trPr>
        <w:tc>
          <w:tcPr>
            <w:tcW w:w="2104" w:type="dxa"/>
            <w:vMerge/>
            <w:tcBorders>
              <w:top w:val="single" w:sz="3" w:space="0" w:color="auto"/>
              <w:left w:val="single" w:sz="4" w:space="0" w:color="auto"/>
              <w:bottom w:val="single" w:sz="4" w:space="0" w:color="auto"/>
              <w:right w:val="single" w:sz="4" w:space="0" w:color="auto"/>
            </w:tcBorders>
          </w:tcPr>
          <w:p w14:paraId="1FF888AF"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1CA05EF1"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4F671453" w14:textId="77777777" w:rsidR="0097296A" w:rsidRPr="007204D9" w:rsidRDefault="00000000">
            <w:pPr>
              <w:autoSpaceDE w:val="0"/>
              <w:autoSpaceDN w:val="0"/>
              <w:spacing w:before="96" w:after="0" w:line="200" w:lineRule="exact"/>
              <w:ind w:left="74"/>
            </w:pPr>
            <w:r w:rsidRPr="007204D9">
              <w:rPr>
                <w:color w:val="000000"/>
                <w:sz w:val="18"/>
              </w:rPr>
              <w:t xml:space="preserve">Não observado. (Especificar no comentário o motivo da não observação)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408386A6" w14:textId="77777777" w:rsidR="0097296A" w:rsidRPr="007204D9" w:rsidRDefault="00000000">
            <w:pPr>
              <w:autoSpaceDE w:val="0"/>
              <w:autoSpaceDN w:val="0"/>
              <w:spacing w:before="96" w:after="0" w:line="200" w:lineRule="exact"/>
              <w:jc w:val="center"/>
            </w:pPr>
            <w:r w:rsidRPr="007204D9">
              <w:rPr>
                <w:color w:val="000000"/>
                <w:sz w:val="18"/>
              </w:rPr>
              <w:t xml:space="preserve">NO </w:t>
            </w:r>
          </w:p>
        </w:tc>
        <w:tc>
          <w:tcPr>
            <w:tcW w:w="1132" w:type="dxa"/>
            <w:tcBorders>
              <w:top w:val="single" w:sz="4" w:space="0" w:color="auto"/>
              <w:left w:val="single" w:sz="4" w:space="0" w:color="auto"/>
              <w:bottom w:val="single" w:sz="4" w:space="0" w:color="auto"/>
              <w:right w:val="single" w:sz="4" w:space="0" w:color="auto"/>
            </w:tcBorders>
            <w:tcMar>
              <w:left w:w="0" w:type="dxa"/>
              <w:right w:w="0" w:type="dxa"/>
            </w:tcMar>
          </w:tcPr>
          <w:p w14:paraId="10D1679F" w14:textId="77777777" w:rsidR="0097296A" w:rsidRPr="007204D9" w:rsidRDefault="00000000">
            <w:pPr>
              <w:autoSpaceDE w:val="0"/>
              <w:autoSpaceDN w:val="0"/>
              <w:spacing w:before="96" w:after="0" w:line="200" w:lineRule="exact"/>
              <w:jc w:val="center"/>
            </w:pPr>
            <w:r w:rsidRPr="007204D9">
              <w:rPr>
                <w:color w:val="000000"/>
                <w:sz w:val="18"/>
              </w:rPr>
              <w:t xml:space="preserve">0 </w:t>
            </w:r>
          </w:p>
        </w:tc>
      </w:tr>
      <w:tr w:rsidR="0097296A" w:rsidRPr="007204D9" w14:paraId="6B0EB6E9" w14:textId="77777777">
        <w:trPr>
          <w:trHeight w:val="914"/>
        </w:trPr>
        <w:tc>
          <w:tcPr>
            <w:tcW w:w="2104" w:type="dxa"/>
            <w:vMerge/>
            <w:tcBorders>
              <w:top w:val="single" w:sz="3" w:space="0" w:color="auto"/>
              <w:left w:val="single" w:sz="4" w:space="0" w:color="auto"/>
              <w:bottom w:val="single" w:sz="4" w:space="0" w:color="auto"/>
              <w:right w:val="single" w:sz="4" w:space="0" w:color="auto"/>
            </w:tcBorders>
          </w:tcPr>
          <w:p w14:paraId="0CD0BDB2" w14:textId="77777777" w:rsidR="0097296A" w:rsidRPr="007204D9" w:rsidRDefault="0097296A"/>
        </w:tc>
        <w:tc>
          <w:tcPr>
            <w:tcW w:w="2104" w:type="dxa"/>
            <w:vMerge/>
            <w:tcBorders>
              <w:top w:val="single" w:sz="3" w:space="0" w:color="auto"/>
              <w:left w:val="single" w:sz="4" w:space="0" w:color="auto"/>
              <w:bottom w:val="single" w:sz="4" w:space="0" w:color="auto"/>
              <w:right w:val="single" w:sz="4" w:space="0" w:color="auto"/>
            </w:tcBorders>
          </w:tcPr>
          <w:p w14:paraId="3F09FAE7" w14:textId="77777777" w:rsidR="0097296A" w:rsidRPr="007204D9" w:rsidRDefault="0097296A"/>
        </w:tc>
        <w:tc>
          <w:tcPr>
            <w:tcW w:w="8788"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7CEB5452"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r w:rsidR="0097296A" w:rsidRPr="007204D9" w14:paraId="031B4983" w14:textId="77777777">
        <w:trPr>
          <w:trHeight w:val="1256"/>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E8C02DB" w14:textId="77777777" w:rsidR="0097296A" w:rsidRPr="007204D9" w:rsidRDefault="00000000">
            <w:pPr>
              <w:autoSpaceDE w:val="0"/>
              <w:autoSpaceDN w:val="0"/>
              <w:spacing w:before="1864" w:after="0" w:line="200" w:lineRule="exact"/>
              <w:jc w:val="center"/>
            </w:pPr>
            <w:r w:rsidRPr="007204D9">
              <w:rPr>
                <w:color w:val="000000"/>
                <w:sz w:val="18"/>
              </w:rPr>
              <w:t xml:space="preserve">7.8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C5648ED" w14:textId="77777777" w:rsidR="0097296A" w:rsidRPr="007204D9" w:rsidRDefault="00000000">
            <w:pPr>
              <w:autoSpaceDE w:val="0"/>
              <w:autoSpaceDN w:val="0"/>
              <w:spacing w:before="1864" w:after="0" w:line="200" w:lineRule="exact"/>
              <w:jc w:val="center"/>
            </w:pPr>
            <w:r w:rsidRPr="007204D9">
              <w:rPr>
                <w:color w:val="000000"/>
                <w:sz w:val="18"/>
              </w:rPr>
              <w:t xml:space="preserve">1 </w:t>
            </w:r>
          </w:p>
        </w:tc>
        <w:tc>
          <w:tcPr>
            <w:tcW w:w="8788"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25387CDF" w14:textId="77777777" w:rsidR="0097296A" w:rsidRPr="007204D9" w:rsidRDefault="00000000">
            <w:pPr>
              <w:autoSpaceDE w:val="0"/>
              <w:autoSpaceDN w:val="0"/>
              <w:spacing w:before="298" w:after="0" w:line="208" w:lineRule="exact"/>
              <w:ind w:left="74" w:right="6"/>
              <w:jc w:val="both"/>
            </w:pPr>
            <w:r w:rsidRPr="007204D9">
              <w:rPr>
                <w:b/>
                <w:color w:val="000000"/>
                <w:sz w:val="18"/>
              </w:rPr>
              <w:t xml:space="preserve">Nos vestiários e banheiros dos atletas, equipe técnica, árbitros e forças de serviço, os pisos, tetos e paredes são de material liso, resistente, impermeável e de fácil limpeza? (Doc. Ref.: Manual de Recomendações para a Segurança e Conforto nos Estádios de Futebol - FGV/2010). </w:t>
            </w:r>
          </w:p>
        </w:tc>
      </w:tr>
      <w:tr w:rsidR="0097296A" w:rsidRPr="007204D9" w14:paraId="3B03ACA6" w14:textId="77777777" w:rsidTr="000C5119">
        <w:trPr>
          <w:trHeight w:val="400"/>
        </w:trPr>
        <w:tc>
          <w:tcPr>
            <w:tcW w:w="2104" w:type="dxa"/>
            <w:vMerge/>
            <w:tcBorders>
              <w:top w:val="single" w:sz="4" w:space="0" w:color="auto"/>
              <w:left w:val="single" w:sz="4" w:space="0" w:color="auto"/>
              <w:bottom w:val="single" w:sz="4" w:space="0" w:color="auto"/>
              <w:right w:val="single" w:sz="4" w:space="0" w:color="auto"/>
            </w:tcBorders>
          </w:tcPr>
          <w:p w14:paraId="48DFD98A"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4EA970C1"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555782FD" w14:textId="77777777" w:rsidR="0097296A" w:rsidRPr="007204D9" w:rsidRDefault="00000000">
            <w:pPr>
              <w:autoSpaceDE w:val="0"/>
              <w:autoSpaceDN w:val="0"/>
              <w:spacing w:before="94" w:after="0" w:line="200" w:lineRule="exact"/>
              <w:ind w:left="74"/>
            </w:pPr>
            <w:r w:rsidRPr="007204D9">
              <w:rPr>
                <w:color w:val="000000"/>
                <w:sz w:val="18"/>
              </w:rPr>
              <w:t xml:space="preserve">Sim.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19490CD0"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1132"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227D466E"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7206114C" w14:textId="77777777" w:rsidTr="000C5119">
        <w:trPr>
          <w:trHeight w:val="546"/>
        </w:trPr>
        <w:tc>
          <w:tcPr>
            <w:tcW w:w="2104" w:type="dxa"/>
            <w:vMerge/>
            <w:tcBorders>
              <w:top w:val="single" w:sz="4" w:space="0" w:color="auto"/>
              <w:left w:val="single" w:sz="4" w:space="0" w:color="auto"/>
              <w:bottom w:val="single" w:sz="4" w:space="0" w:color="auto"/>
              <w:right w:val="single" w:sz="4" w:space="0" w:color="auto"/>
            </w:tcBorders>
          </w:tcPr>
          <w:p w14:paraId="1703291C"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F4CD19D"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711267F2" w14:textId="77777777" w:rsidR="0097296A" w:rsidRPr="007204D9" w:rsidRDefault="00000000">
            <w:pPr>
              <w:autoSpaceDE w:val="0"/>
              <w:autoSpaceDN w:val="0"/>
              <w:spacing w:before="58" w:after="0" w:line="206" w:lineRule="exact"/>
              <w:ind w:left="74" w:right="432"/>
            </w:pPr>
            <w:r w:rsidRPr="007204D9">
              <w:rPr>
                <w:color w:val="000000"/>
                <w:sz w:val="18"/>
              </w:rPr>
              <w:t xml:space="preserve">Não. Há problemas com o material empregado nas superfícies. (Especificar no </w:t>
            </w:r>
            <w:r w:rsidRPr="007204D9">
              <w:rPr>
                <w:color w:val="000000"/>
                <w:sz w:val="18"/>
              </w:rPr>
              <w:t xml:space="preserve">comentário quantos e quais apresentam-se em condições insatisfatórias).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6A2AAF1D" w14:textId="77777777" w:rsidR="0097296A" w:rsidRPr="007204D9" w:rsidRDefault="00000000">
            <w:pPr>
              <w:autoSpaceDE w:val="0"/>
              <w:autoSpaceDN w:val="0"/>
              <w:spacing w:before="166" w:after="0" w:line="202" w:lineRule="exact"/>
              <w:jc w:val="center"/>
            </w:pPr>
            <w:r w:rsidRPr="007204D9">
              <w:rPr>
                <w:color w:val="000000"/>
                <w:sz w:val="18"/>
              </w:rPr>
              <w:t xml:space="preserve">NAT </w:t>
            </w:r>
          </w:p>
        </w:tc>
        <w:tc>
          <w:tcPr>
            <w:tcW w:w="113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028CE3A6" w14:textId="77777777" w:rsidR="0097296A" w:rsidRPr="007204D9" w:rsidRDefault="00000000">
            <w:pPr>
              <w:autoSpaceDE w:val="0"/>
              <w:autoSpaceDN w:val="0"/>
              <w:spacing w:before="166" w:after="0" w:line="202" w:lineRule="exact"/>
              <w:jc w:val="center"/>
            </w:pPr>
            <w:r w:rsidRPr="007204D9">
              <w:rPr>
                <w:color w:val="000000"/>
                <w:sz w:val="18"/>
              </w:rPr>
              <w:t xml:space="preserve">2 </w:t>
            </w:r>
          </w:p>
        </w:tc>
      </w:tr>
      <w:tr w:rsidR="0097296A" w:rsidRPr="007204D9" w14:paraId="7B5079B2" w14:textId="77777777" w:rsidTr="000C5119">
        <w:trPr>
          <w:trHeight w:val="414"/>
        </w:trPr>
        <w:tc>
          <w:tcPr>
            <w:tcW w:w="2104" w:type="dxa"/>
            <w:vMerge/>
            <w:tcBorders>
              <w:top w:val="single" w:sz="4" w:space="0" w:color="auto"/>
              <w:left w:val="single" w:sz="4" w:space="0" w:color="auto"/>
              <w:bottom w:val="single" w:sz="4" w:space="0" w:color="auto"/>
              <w:right w:val="single" w:sz="4" w:space="0" w:color="auto"/>
            </w:tcBorders>
          </w:tcPr>
          <w:p w14:paraId="6DD28114"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3FAEBF65"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2DF16B85" w14:textId="77777777" w:rsidR="0097296A" w:rsidRPr="007204D9" w:rsidRDefault="00000000">
            <w:pPr>
              <w:autoSpaceDE w:val="0"/>
              <w:autoSpaceDN w:val="0"/>
              <w:spacing w:before="104" w:after="0" w:line="202" w:lineRule="exact"/>
              <w:ind w:left="74"/>
            </w:pPr>
            <w:r w:rsidRPr="007204D9">
              <w:rPr>
                <w:color w:val="000000"/>
                <w:sz w:val="18"/>
              </w:rPr>
              <w:t xml:space="preserve">Não se aplica. Não há vestiários e banheiros para árbitros e/ou atletas.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21B6A163" w14:textId="77777777" w:rsidR="0097296A" w:rsidRPr="007204D9" w:rsidRDefault="00000000">
            <w:pPr>
              <w:autoSpaceDE w:val="0"/>
              <w:autoSpaceDN w:val="0"/>
              <w:spacing w:before="104" w:after="0" w:line="202" w:lineRule="exact"/>
              <w:jc w:val="center"/>
            </w:pPr>
            <w:r w:rsidRPr="007204D9">
              <w:rPr>
                <w:color w:val="000000"/>
                <w:sz w:val="18"/>
              </w:rPr>
              <w:t xml:space="preserve">NAP </w:t>
            </w:r>
          </w:p>
        </w:tc>
        <w:tc>
          <w:tcPr>
            <w:tcW w:w="1132" w:type="dxa"/>
            <w:tcBorders>
              <w:top w:val="single" w:sz="4" w:space="0" w:color="auto"/>
              <w:left w:val="single" w:sz="4" w:space="0" w:color="auto"/>
              <w:bottom w:val="single" w:sz="4" w:space="0" w:color="auto"/>
              <w:right w:val="single" w:sz="4" w:space="0" w:color="auto"/>
            </w:tcBorders>
            <w:tcMar>
              <w:left w:w="0" w:type="dxa"/>
              <w:right w:w="0" w:type="dxa"/>
            </w:tcMar>
          </w:tcPr>
          <w:p w14:paraId="765A2528" w14:textId="77777777" w:rsidR="0097296A" w:rsidRPr="007204D9" w:rsidRDefault="00000000">
            <w:pPr>
              <w:autoSpaceDE w:val="0"/>
              <w:autoSpaceDN w:val="0"/>
              <w:spacing w:before="104" w:after="0" w:line="202" w:lineRule="exact"/>
              <w:jc w:val="center"/>
            </w:pPr>
            <w:r w:rsidRPr="007204D9">
              <w:rPr>
                <w:color w:val="000000"/>
                <w:sz w:val="18"/>
              </w:rPr>
              <w:t xml:space="preserve">0 </w:t>
            </w:r>
          </w:p>
        </w:tc>
      </w:tr>
      <w:tr w:rsidR="0097296A" w:rsidRPr="007204D9" w14:paraId="668B5D84"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59599FC4"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5E531704" w14:textId="77777777" w:rsidR="0097296A" w:rsidRPr="007204D9" w:rsidRDefault="0097296A"/>
        </w:tc>
        <w:tc>
          <w:tcPr>
            <w:tcW w:w="6948" w:type="dxa"/>
            <w:tcBorders>
              <w:top w:val="single" w:sz="4" w:space="0" w:color="auto"/>
              <w:left w:val="single" w:sz="4" w:space="0" w:color="auto"/>
              <w:bottom w:val="single" w:sz="3" w:space="0" w:color="auto"/>
              <w:right w:val="single" w:sz="4" w:space="0" w:color="auto"/>
            </w:tcBorders>
            <w:tcMar>
              <w:left w:w="0" w:type="dxa"/>
              <w:right w:w="0" w:type="dxa"/>
            </w:tcMar>
          </w:tcPr>
          <w:p w14:paraId="34A6D51D" w14:textId="77777777" w:rsidR="0097296A" w:rsidRPr="007204D9" w:rsidRDefault="00000000">
            <w:pPr>
              <w:autoSpaceDE w:val="0"/>
              <w:autoSpaceDN w:val="0"/>
              <w:spacing w:before="96" w:after="0" w:line="202" w:lineRule="exact"/>
              <w:ind w:left="74"/>
            </w:pPr>
            <w:r w:rsidRPr="007204D9">
              <w:rPr>
                <w:color w:val="000000"/>
                <w:sz w:val="18"/>
              </w:rPr>
              <w:t xml:space="preserve">Não observado. (Especificar no comentário o motivo da não observação) </w:t>
            </w:r>
          </w:p>
        </w:tc>
        <w:tc>
          <w:tcPr>
            <w:tcW w:w="708" w:type="dxa"/>
            <w:tcBorders>
              <w:top w:val="single" w:sz="4" w:space="0" w:color="auto"/>
              <w:left w:val="single" w:sz="4" w:space="0" w:color="auto"/>
              <w:bottom w:val="single" w:sz="3" w:space="0" w:color="auto"/>
              <w:right w:val="single" w:sz="4" w:space="0" w:color="auto"/>
            </w:tcBorders>
            <w:tcMar>
              <w:left w:w="0" w:type="dxa"/>
              <w:right w:w="0" w:type="dxa"/>
            </w:tcMar>
          </w:tcPr>
          <w:p w14:paraId="7F4A7925" w14:textId="77777777" w:rsidR="0097296A" w:rsidRPr="007204D9" w:rsidRDefault="00000000">
            <w:pPr>
              <w:autoSpaceDE w:val="0"/>
              <w:autoSpaceDN w:val="0"/>
              <w:spacing w:before="96" w:after="0" w:line="202" w:lineRule="exact"/>
              <w:jc w:val="center"/>
            </w:pPr>
            <w:r w:rsidRPr="007204D9">
              <w:rPr>
                <w:color w:val="000000"/>
                <w:sz w:val="18"/>
              </w:rPr>
              <w:t xml:space="preserve">NO </w:t>
            </w:r>
          </w:p>
        </w:tc>
        <w:tc>
          <w:tcPr>
            <w:tcW w:w="1132" w:type="dxa"/>
            <w:tcBorders>
              <w:top w:val="single" w:sz="4" w:space="0" w:color="auto"/>
              <w:left w:val="single" w:sz="4" w:space="0" w:color="auto"/>
              <w:bottom w:val="single" w:sz="3" w:space="0" w:color="auto"/>
              <w:right w:val="single" w:sz="4" w:space="0" w:color="auto"/>
            </w:tcBorders>
            <w:tcMar>
              <w:left w:w="0" w:type="dxa"/>
              <w:right w:w="0" w:type="dxa"/>
            </w:tcMar>
          </w:tcPr>
          <w:p w14:paraId="671688CF" w14:textId="77777777" w:rsidR="0097296A" w:rsidRPr="007204D9" w:rsidRDefault="00000000">
            <w:pPr>
              <w:autoSpaceDE w:val="0"/>
              <w:autoSpaceDN w:val="0"/>
              <w:spacing w:before="96" w:after="0" w:line="202" w:lineRule="exact"/>
              <w:jc w:val="center"/>
            </w:pPr>
            <w:r w:rsidRPr="007204D9">
              <w:rPr>
                <w:color w:val="000000"/>
                <w:sz w:val="18"/>
              </w:rPr>
              <w:t xml:space="preserve">0 </w:t>
            </w:r>
          </w:p>
        </w:tc>
      </w:tr>
      <w:tr w:rsidR="0097296A" w:rsidRPr="007204D9" w14:paraId="7C5AB68F" w14:textId="77777777">
        <w:trPr>
          <w:trHeight w:val="920"/>
        </w:trPr>
        <w:tc>
          <w:tcPr>
            <w:tcW w:w="2104" w:type="dxa"/>
            <w:vMerge/>
            <w:tcBorders>
              <w:top w:val="single" w:sz="4" w:space="0" w:color="auto"/>
              <w:left w:val="single" w:sz="4" w:space="0" w:color="auto"/>
              <w:bottom w:val="single" w:sz="4" w:space="0" w:color="auto"/>
              <w:right w:val="single" w:sz="4" w:space="0" w:color="auto"/>
            </w:tcBorders>
          </w:tcPr>
          <w:p w14:paraId="0B8F7583"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199BCCED" w14:textId="77777777" w:rsidR="0097296A" w:rsidRPr="007204D9" w:rsidRDefault="0097296A"/>
        </w:tc>
        <w:tc>
          <w:tcPr>
            <w:tcW w:w="8788" w:type="dxa"/>
            <w:gridSpan w:val="3"/>
            <w:tcBorders>
              <w:top w:val="single" w:sz="3" w:space="0" w:color="auto"/>
              <w:left w:val="single" w:sz="4" w:space="0" w:color="auto"/>
              <w:bottom w:val="single" w:sz="4" w:space="0" w:color="auto"/>
              <w:right w:val="single" w:sz="4" w:space="0" w:color="auto"/>
            </w:tcBorders>
            <w:tcMar>
              <w:left w:w="0" w:type="dxa"/>
              <w:right w:w="0" w:type="dxa"/>
            </w:tcMar>
          </w:tcPr>
          <w:p w14:paraId="09116BA1" w14:textId="77777777" w:rsidR="0097296A" w:rsidRPr="007204D9" w:rsidRDefault="00000000">
            <w:pPr>
              <w:autoSpaceDE w:val="0"/>
              <w:autoSpaceDN w:val="0"/>
              <w:spacing w:before="8" w:after="0" w:line="202" w:lineRule="exact"/>
              <w:ind w:left="74"/>
            </w:pPr>
            <w:r w:rsidRPr="007204D9">
              <w:rPr>
                <w:color w:val="000000"/>
                <w:sz w:val="18"/>
              </w:rPr>
              <w:t xml:space="preserve">Comentário: </w:t>
            </w:r>
          </w:p>
        </w:tc>
      </w:tr>
      <w:tr w:rsidR="0097296A" w:rsidRPr="007204D9" w14:paraId="417700FE" w14:textId="77777777">
        <w:trPr>
          <w:trHeight w:val="1330"/>
        </w:trPr>
        <w:tc>
          <w:tcPr>
            <w:tcW w:w="56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F1A7932" w14:textId="77777777" w:rsidR="0097296A" w:rsidRPr="007204D9" w:rsidRDefault="00000000">
            <w:pPr>
              <w:autoSpaceDE w:val="0"/>
              <w:autoSpaceDN w:val="0"/>
              <w:spacing w:before="2016" w:after="0" w:line="202" w:lineRule="exact"/>
              <w:jc w:val="center"/>
            </w:pPr>
            <w:r w:rsidRPr="007204D9">
              <w:rPr>
                <w:color w:val="000000"/>
                <w:sz w:val="18"/>
              </w:rPr>
              <w:t xml:space="preserve">7.9 </w:t>
            </w:r>
          </w:p>
        </w:tc>
        <w:tc>
          <w:tcPr>
            <w:tcW w:w="113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5A846B5" w14:textId="77777777" w:rsidR="0097296A" w:rsidRPr="007204D9" w:rsidRDefault="00000000">
            <w:pPr>
              <w:autoSpaceDE w:val="0"/>
              <w:autoSpaceDN w:val="0"/>
              <w:spacing w:before="2016" w:after="0" w:line="202" w:lineRule="exact"/>
              <w:jc w:val="center"/>
            </w:pPr>
            <w:r w:rsidRPr="007204D9">
              <w:rPr>
                <w:color w:val="000000"/>
                <w:sz w:val="18"/>
              </w:rPr>
              <w:t xml:space="preserve">1 </w:t>
            </w:r>
          </w:p>
        </w:tc>
        <w:tc>
          <w:tcPr>
            <w:tcW w:w="8788"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53AD7BE6" w14:textId="77777777" w:rsidR="0097296A" w:rsidRPr="007204D9" w:rsidRDefault="00000000">
            <w:pPr>
              <w:autoSpaceDE w:val="0"/>
              <w:autoSpaceDN w:val="0"/>
              <w:spacing w:before="332" w:after="0" w:line="208" w:lineRule="exact"/>
              <w:ind w:left="74" w:right="2"/>
              <w:jc w:val="both"/>
            </w:pPr>
            <w:r w:rsidRPr="007204D9">
              <w:rPr>
                <w:b/>
                <w:color w:val="000000"/>
                <w:sz w:val="18"/>
              </w:rPr>
              <w:t xml:space="preserve">Os equipamentos e móveis encontrados nos vestiários dos atletas, equipe técnica e árbitros são de material resistente, liso, impermeável e de fácil limpeza? (Doc. Ref.: Manual de Recomendações para a Segurança e Conforto nos Estádios de Futebol - FGV/2010). </w:t>
            </w:r>
          </w:p>
        </w:tc>
      </w:tr>
      <w:tr w:rsidR="0097296A" w:rsidRPr="007204D9" w14:paraId="49E32358" w14:textId="77777777" w:rsidTr="000C5119">
        <w:trPr>
          <w:trHeight w:val="398"/>
        </w:trPr>
        <w:tc>
          <w:tcPr>
            <w:tcW w:w="2104" w:type="dxa"/>
            <w:vMerge/>
            <w:tcBorders>
              <w:top w:val="single" w:sz="4" w:space="0" w:color="auto"/>
              <w:left w:val="single" w:sz="4" w:space="0" w:color="auto"/>
              <w:bottom w:val="single" w:sz="4" w:space="0" w:color="auto"/>
              <w:right w:val="single" w:sz="4" w:space="0" w:color="auto"/>
            </w:tcBorders>
          </w:tcPr>
          <w:p w14:paraId="0D6DF355"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4E1CBC4D"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3F70A732" w14:textId="77777777" w:rsidR="0097296A" w:rsidRPr="007204D9" w:rsidRDefault="00000000">
            <w:pPr>
              <w:autoSpaceDE w:val="0"/>
              <w:autoSpaceDN w:val="0"/>
              <w:spacing w:before="94" w:after="0" w:line="200" w:lineRule="exact"/>
              <w:ind w:left="74"/>
            </w:pPr>
            <w:r w:rsidRPr="007204D9">
              <w:rPr>
                <w:color w:val="000000"/>
                <w:sz w:val="18"/>
              </w:rPr>
              <w:t xml:space="preserve">Sim.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5FCAFF1B" w14:textId="77777777" w:rsidR="0097296A" w:rsidRPr="007204D9" w:rsidRDefault="00000000">
            <w:pPr>
              <w:autoSpaceDE w:val="0"/>
              <w:autoSpaceDN w:val="0"/>
              <w:spacing w:before="94" w:after="0" w:line="200" w:lineRule="exact"/>
              <w:jc w:val="center"/>
            </w:pPr>
            <w:r w:rsidRPr="007204D9">
              <w:rPr>
                <w:color w:val="000000"/>
                <w:sz w:val="18"/>
              </w:rPr>
              <w:t xml:space="preserve">AT </w:t>
            </w:r>
          </w:p>
        </w:tc>
        <w:tc>
          <w:tcPr>
            <w:tcW w:w="1132"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09A995C4" w14:textId="77777777" w:rsidR="0097296A" w:rsidRPr="007204D9" w:rsidRDefault="00000000">
            <w:pPr>
              <w:autoSpaceDE w:val="0"/>
              <w:autoSpaceDN w:val="0"/>
              <w:spacing w:before="94" w:after="0" w:line="200" w:lineRule="exact"/>
              <w:jc w:val="center"/>
            </w:pPr>
            <w:r w:rsidRPr="007204D9">
              <w:rPr>
                <w:color w:val="000000"/>
                <w:sz w:val="18"/>
              </w:rPr>
              <w:t xml:space="preserve">1 </w:t>
            </w:r>
          </w:p>
        </w:tc>
      </w:tr>
      <w:tr w:rsidR="0097296A" w:rsidRPr="007204D9" w14:paraId="2EBAD291" w14:textId="77777777" w:rsidTr="000C5119">
        <w:trPr>
          <w:trHeight w:val="398"/>
        </w:trPr>
        <w:tc>
          <w:tcPr>
            <w:tcW w:w="2104" w:type="dxa"/>
            <w:vMerge/>
            <w:tcBorders>
              <w:top w:val="single" w:sz="4" w:space="0" w:color="auto"/>
              <w:left w:val="single" w:sz="4" w:space="0" w:color="auto"/>
              <w:bottom w:val="single" w:sz="4" w:space="0" w:color="auto"/>
              <w:right w:val="single" w:sz="4" w:space="0" w:color="auto"/>
            </w:tcBorders>
          </w:tcPr>
          <w:p w14:paraId="29CFC814"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233B6A54"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396AE1CC" w14:textId="77777777" w:rsidR="0097296A" w:rsidRPr="007204D9" w:rsidRDefault="00000000">
            <w:pPr>
              <w:autoSpaceDE w:val="0"/>
              <w:autoSpaceDN w:val="0"/>
              <w:spacing w:before="96" w:after="0" w:line="202" w:lineRule="exact"/>
              <w:ind w:left="74"/>
            </w:pPr>
            <w:r w:rsidRPr="007204D9">
              <w:rPr>
                <w:color w:val="000000"/>
                <w:sz w:val="18"/>
              </w:rPr>
              <w:t xml:space="preserve">Sim. Mas apresentam mal estado de conservação e/ou limpeza.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54651B4F" w14:textId="77777777" w:rsidR="0097296A" w:rsidRPr="007204D9" w:rsidRDefault="00000000">
            <w:pPr>
              <w:autoSpaceDE w:val="0"/>
              <w:autoSpaceDN w:val="0"/>
              <w:spacing w:before="96" w:after="0" w:line="202" w:lineRule="exact"/>
              <w:jc w:val="center"/>
            </w:pPr>
            <w:r w:rsidRPr="007204D9">
              <w:rPr>
                <w:color w:val="000000"/>
                <w:sz w:val="18"/>
              </w:rPr>
              <w:t xml:space="preserve">AP </w:t>
            </w:r>
          </w:p>
        </w:tc>
        <w:tc>
          <w:tcPr>
            <w:tcW w:w="113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tcPr>
          <w:p w14:paraId="45D59B7D" w14:textId="77777777" w:rsidR="0097296A" w:rsidRPr="007204D9" w:rsidRDefault="00000000">
            <w:pPr>
              <w:autoSpaceDE w:val="0"/>
              <w:autoSpaceDN w:val="0"/>
              <w:spacing w:before="96" w:after="0" w:line="202" w:lineRule="exact"/>
              <w:jc w:val="center"/>
            </w:pPr>
            <w:r w:rsidRPr="007204D9">
              <w:rPr>
                <w:color w:val="000000"/>
                <w:sz w:val="18"/>
              </w:rPr>
              <w:t xml:space="preserve">2 </w:t>
            </w:r>
          </w:p>
        </w:tc>
      </w:tr>
      <w:tr w:rsidR="0097296A" w:rsidRPr="007204D9" w14:paraId="33A62E0B" w14:textId="77777777" w:rsidTr="000C5119">
        <w:trPr>
          <w:trHeight w:val="398"/>
        </w:trPr>
        <w:tc>
          <w:tcPr>
            <w:tcW w:w="2104" w:type="dxa"/>
            <w:vMerge/>
            <w:tcBorders>
              <w:top w:val="single" w:sz="4" w:space="0" w:color="auto"/>
              <w:left w:val="single" w:sz="4" w:space="0" w:color="auto"/>
              <w:bottom w:val="single" w:sz="4" w:space="0" w:color="auto"/>
              <w:right w:val="single" w:sz="4" w:space="0" w:color="auto"/>
            </w:tcBorders>
          </w:tcPr>
          <w:p w14:paraId="502CDB71"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63EB64ED" w14:textId="77777777" w:rsidR="0097296A" w:rsidRPr="007204D9" w:rsidRDefault="0097296A"/>
        </w:tc>
        <w:tc>
          <w:tcPr>
            <w:tcW w:w="6948" w:type="dxa"/>
            <w:tcBorders>
              <w:top w:val="single" w:sz="4" w:space="0" w:color="auto"/>
              <w:left w:val="single" w:sz="4" w:space="0" w:color="auto"/>
              <w:bottom w:val="single" w:sz="3" w:space="0" w:color="auto"/>
              <w:right w:val="single" w:sz="4" w:space="0" w:color="auto"/>
            </w:tcBorders>
            <w:tcMar>
              <w:left w:w="0" w:type="dxa"/>
              <w:right w:w="0" w:type="dxa"/>
            </w:tcMar>
          </w:tcPr>
          <w:p w14:paraId="588BC0FF" w14:textId="77777777" w:rsidR="0097296A" w:rsidRPr="007204D9" w:rsidRDefault="00000000">
            <w:pPr>
              <w:autoSpaceDE w:val="0"/>
              <w:autoSpaceDN w:val="0"/>
              <w:spacing w:before="96" w:after="0" w:line="202" w:lineRule="exact"/>
              <w:ind w:left="74"/>
            </w:pPr>
            <w:r w:rsidRPr="007204D9">
              <w:rPr>
                <w:color w:val="000000"/>
                <w:sz w:val="18"/>
              </w:rPr>
              <w:t xml:space="preserve">Não. Os equipamentos utilizados não são adequados. </w:t>
            </w:r>
          </w:p>
        </w:tc>
        <w:tc>
          <w:tcPr>
            <w:tcW w:w="708" w:type="dxa"/>
            <w:tcBorders>
              <w:top w:val="single" w:sz="4" w:space="0" w:color="auto"/>
              <w:left w:val="single" w:sz="4" w:space="0" w:color="auto"/>
              <w:bottom w:val="single" w:sz="3" w:space="0" w:color="auto"/>
              <w:right w:val="single" w:sz="4" w:space="0" w:color="auto"/>
            </w:tcBorders>
            <w:tcMar>
              <w:left w:w="0" w:type="dxa"/>
              <w:right w:w="0" w:type="dxa"/>
            </w:tcMar>
          </w:tcPr>
          <w:p w14:paraId="0477DBDE" w14:textId="77777777" w:rsidR="0097296A" w:rsidRPr="007204D9" w:rsidRDefault="00000000">
            <w:pPr>
              <w:autoSpaceDE w:val="0"/>
              <w:autoSpaceDN w:val="0"/>
              <w:spacing w:before="96" w:after="0" w:line="202" w:lineRule="exact"/>
              <w:jc w:val="center"/>
            </w:pPr>
            <w:r w:rsidRPr="007204D9">
              <w:rPr>
                <w:color w:val="000000"/>
                <w:sz w:val="18"/>
              </w:rPr>
              <w:t xml:space="preserve">NAT </w:t>
            </w:r>
          </w:p>
        </w:tc>
        <w:tc>
          <w:tcPr>
            <w:tcW w:w="1132" w:type="dxa"/>
            <w:tcBorders>
              <w:top w:val="single" w:sz="4" w:space="0" w:color="auto"/>
              <w:left w:val="single" w:sz="4" w:space="0" w:color="auto"/>
              <w:bottom w:val="single" w:sz="3" w:space="0" w:color="auto"/>
              <w:right w:val="single" w:sz="4" w:space="0" w:color="auto"/>
            </w:tcBorders>
            <w:shd w:val="clear" w:color="auto" w:fill="EE0000"/>
            <w:tcMar>
              <w:left w:w="0" w:type="dxa"/>
              <w:right w:w="0" w:type="dxa"/>
            </w:tcMar>
          </w:tcPr>
          <w:p w14:paraId="053A9657" w14:textId="77777777" w:rsidR="0097296A" w:rsidRPr="007204D9" w:rsidRDefault="00000000">
            <w:pPr>
              <w:autoSpaceDE w:val="0"/>
              <w:autoSpaceDN w:val="0"/>
              <w:spacing w:before="96" w:after="0" w:line="202" w:lineRule="exact"/>
              <w:jc w:val="center"/>
            </w:pPr>
            <w:r w:rsidRPr="007204D9">
              <w:rPr>
                <w:color w:val="000000"/>
                <w:sz w:val="18"/>
              </w:rPr>
              <w:t xml:space="preserve">3 </w:t>
            </w:r>
          </w:p>
        </w:tc>
      </w:tr>
      <w:tr w:rsidR="0097296A" w:rsidRPr="007204D9" w14:paraId="0CDE426D" w14:textId="77777777">
        <w:trPr>
          <w:trHeight w:val="400"/>
        </w:trPr>
        <w:tc>
          <w:tcPr>
            <w:tcW w:w="2104" w:type="dxa"/>
            <w:vMerge/>
            <w:tcBorders>
              <w:top w:val="single" w:sz="4" w:space="0" w:color="auto"/>
              <w:left w:val="single" w:sz="4" w:space="0" w:color="auto"/>
              <w:bottom w:val="single" w:sz="4" w:space="0" w:color="auto"/>
              <w:right w:val="single" w:sz="4" w:space="0" w:color="auto"/>
            </w:tcBorders>
          </w:tcPr>
          <w:p w14:paraId="09413CCF"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26C67863" w14:textId="77777777" w:rsidR="0097296A" w:rsidRPr="007204D9" w:rsidRDefault="0097296A"/>
        </w:tc>
        <w:tc>
          <w:tcPr>
            <w:tcW w:w="6948" w:type="dxa"/>
            <w:tcBorders>
              <w:top w:val="single" w:sz="3" w:space="0" w:color="auto"/>
              <w:left w:val="single" w:sz="4" w:space="0" w:color="auto"/>
              <w:bottom w:val="single" w:sz="4" w:space="0" w:color="auto"/>
              <w:right w:val="single" w:sz="4" w:space="0" w:color="auto"/>
            </w:tcBorders>
            <w:tcMar>
              <w:left w:w="0" w:type="dxa"/>
              <w:right w:w="0" w:type="dxa"/>
            </w:tcMar>
          </w:tcPr>
          <w:p w14:paraId="270547BB" w14:textId="77777777" w:rsidR="0097296A" w:rsidRPr="007204D9" w:rsidRDefault="00000000">
            <w:pPr>
              <w:autoSpaceDE w:val="0"/>
              <w:autoSpaceDN w:val="0"/>
              <w:spacing w:before="98" w:after="0" w:line="200" w:lineRule="exact"/>
              <w:ind w:left="74"/>
            </w:pPr>
            <w:r w:rsidRPr="007204D9">
              <w:rPr>
                <w:color w:val="000000"/>
                <w:sz w:val="18"/>
              </w:rPr>
              <w:t xml:space="preserve">Não se aplica. Não há móveis e equipamentos. </w:t>
            </w:r>
          </w:p>
        </w:tc>
        <w:tc>
          <w:tcPr>
            <w:tcW w:w="708" w:type="dxa"/>
            <w:tcBorders>
              <w:top w:val="single" w:sz="3" w:space="0" w:color="auto"/>
              <w:left w:val="single" w:sz="4" w:space="0" w:color="auto"/>
              <w:bottom w:val="single" w:sz="4" w:space="0" w:color="auto"/>
              <w:right w:val="single" w:sz="4" w:space="0" w:color="auto"/>
            </w:tcBorders>
            <w:tcMar>
              <w:left w:w="0" w:type="dxa"/>
              <w:right w:w="0" w:type="dxa"/>
            </w:tcMar>
          </w:tcPr>
          <w:p w14:paraId="109D9BA4" w14:textId="77777777" w:rsidR="0097296A" w:rsidRPr="007204D9" w:rsidRDefault="00000000">
            <w:pPr>
              <w:autoSpaceDE w:val="0"/>
              <w:autoSpaceDN w:val="0"/>
              <w:spacing w:before="98" w:after="0" w:line="200" w:lineRule="exact"/>
              <w:jc w:val="center"/>
            </w:pPr>
            <w:r w:rsidRPr="007204D9">
              <w:rPr>
                <w:color w:val="000000"/>
                <w:sz w:val="18"/>
              </w:rPr>
              <w:t xml:space="preserve">NAP </w:t>
            </w:r>
          </w:p>
        </w:tc>
        <w:tc>
          <w:tcPr>
            <w:tcW w:w="1132" w:type="dxa"/>
            <w:tcBorders>
              <w:top w:val="single" w:sz="3" w:space="0" w:color="auto"/>
              <w:left w:val="single" w:sz="4" w:space="0" w:color="auto"/>
              <w:bottom w:val="single" w:sz="4" w:space="0" w:color="auto"/>
              <w:right w:val="single" w:sz="4" w:space="0" w:color="auto"/>
            </w:tcBorders>
            <w:tcMar>
              <w:left w:w="0" w:type="dxa"/>
              <w:right w:w="0" w:type="dxa"/>
            </w:tcMar>
          </w:tcPr>
          <w:p w14:paraId="096899BB"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08D2E7CA" w14:textId="77777777">
        <w:trPr>
          <w:trHeight w:val="396"/>
        </w:trPr>
        <w:tc>
          <w:tcPr>
            <w:tcW w:w="2104" w:type="dxa"/>
            <w:vMerge/>
            <w:tcBorders>
              <w:top w:val="single" w:sz="4" w:space="0" w:color="auto"/>
              <w:left w:val="single" w:sz="4" w:space="0" w:color="auto"/>
              <w:bottom w:val="single" w:sz="4" w:space="0" w:color="auto"/>
              <w:right w:val="single" w:sz="4" w:space="0" w:color="auto"/>
            </w:tcBorders>
          </w:tcPr>
          <w:p w14:paraId="45A6F882"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319873CF" w14:textId="77777777" w:rsidR="0097296A" w:rsidRPr="007204D9" w:rsidRDefault="0097296A"/>
        </w:tc>
        <w:tc>
          <w:tcPr>
            <w:tcW w:w="6948" w:type="dxa"/>
            <w:tcBorders>
              <w:top w:val="single" w:sz="4" w:space="0" w:color="auto"/>
              <w:left w:val="single" w:sz="4" w:space="0" w:color="auto"/>
              <w:bottom w:val="single" w:sz="4" w:space="0" w:color="auto"/>
              <w:right w:val="single" w:sz="4" w:space="0" w:color="auto"/>
            </w:tcBorders>
            <w:tcMar>
              <w:left w:w="0" w:type="dxa"/>
              <w:right w:w="0" w:type="dxa"/>
            </w:tcMar>
          </w:tcPr>
          <w:p w14:paraId="409FAB35" w14:textId="77777777" w:rsidR="0097296A" w:rsidRPr="007204D9" w:rsidRDefault="00000000">
            <w:pPr>
              <w:autoSpaceDE w:val="0"/>
              <w:autoSpaceDN w:val="0"/>
              <w:spacing w:before="98" w:after="0" w:line="200" w:lineRule="exact"/>
              <w:ind w:left="74"/>
            </w:pPr>
            <w:r w:rsidRPr="007204D9">
              <w:rPr>
                <w:color w:val="000000"/>
                <w:sz w:val="18"/>
              </w:rPr>
              <w:t xml:space="preserve">Não observado. (Especificar no comentário o motivo da não observação) </w:t>
            </w:r>
          </w:p>
        </w:tc>
        <w:tc>
          <w:tcPr>
            <w:tcW w:w="708" w:type="dxa"/>
            <w:tcBorders>
              <w:top w:val="single" w:sz="4" w:space="0" w:color="auto"/>
              <w:left w:val="single" w:sz="4" w:space="0" w:color="auto"/>
              <w:bottom w:val="single" w:sz="4" w:space="0" w:color="auto"/>
              <w:right w:val="single" w:sz="4" w:space="0" w:color="auto"/>
            </w:tcBorders>
            <w:tcMar>
              <w:left w:w="0" w:type="dxa"/>
              <w:right w:w="0" w:type="dxa"/>
            </w:tcMar>
          </w:tcPr>
          <w:p w14:paraId="4877F662" w14:textId="77777777" w:rsidR="0097296A" w:rsidRPr="007204D9" w:rsidRDefault="00000000">
            <w:pPr>
              <w:autoSpaceDE w:val="0"/>
              <w:autoSpaceDN w:val="0"/>
              <w:spacing w:before="98" w:after="0" w:line="200" w:lineRule="exact"/>
              <w:jc w:val="center"/>
            </w:pPr>
            <w:r w:rsidRPr="007204D9">
              <w:rPr>
                <w:color w:val="000000"/>
                <w:sz w:val="18"/>
              </w:rPr>
              <w:t xml:space="preserve">NO </w:t>
            </w:r>
          </w:p>
        </w:tc>
        <w:tc>
          <w:tcPr>
            <w:tcW w:w="1132" w:type="dxa"/>
            <w:tcBorders>
              <w:top w:val="single" w:sz="4" w:space="0" w:color="auto"/>
              <w:left w:val="single" w:sz="4" w:space="0" w:color="auto"/>
              <w:bottom w:val="single" w:sz="4" w:space="0" w:color="auto"/>
              <w:right w:val="single" w:sz="4" w:space="0" w:color="auto"/>
            </w:tcBorders>
            <w:tcMar>
              <w:left w:w="0" w:type="dxa"/>
              <w:right w:w="0" w:type="dxa"/>
            </w:tcMar>
          </w:tcPr>
          <w:p w14:paraId="3D33D72F" w14:textId="77777777" w:rsidR="0097296A" w:rsidRPr="007204D9" w:rsidRDefault="00000000">
            <w:pPr>
              <w:autoSpaceDE w:val="0"/>
              <w:autoSpaceDN w:val="0"/>
              <w:spacing w:before="98" w:after="0" w:line="200" w:lineRule="exact"/>
              <w:jc w:val="center"/>
            </w:pPr>
            <w:r w:rsidRPr="007204D9">
              <w:rPr>
                <w:color w:val="000000"/>
                <w:sz w:val="18"/>
              </w:rPr>
              <w:t xml:space="preserve">0 </w:t>
            </w:r>
          </w:p>
        </w:tc>
      </w:tr>
      <w:tr w:rsidR="0097296A" w:rsidRPr="007204D9" w14:paraId="457F7DEC" w14:textId="77777777">
        <w:trPr>
          <w:trHeight w:val="918"/>
        </w:trPr>
        <w:tc>
          <w:tcPr>
            <w:tcW w:w="2104" w:type="dxa"/>
            <w:vMerge/>
            <w:tcBorders>
              <w:top w:val="single" w:sz="4" w:space="0" w:color="auto"/>
              <w:left w:val="single" w:sz="4" w:space="0" w:color="auto"/>
              <w:bottom w:val="single" w:sz="4" w:space="0" w:color="auto"/>
              <w:right w:val="single" w:sz="4" w:space="0" w:color="auto"/>
            </w:tcBorders>
          </w:tcPr>
          <w:p w14:paraId="1E12EF53" w14:textId="77777777" w:rsidR="0097296A" w:rsidRPr="007204D9" w:rsidRDefault="0097296A"/>
        </w:tc>
        <w:tc>
          <w:tcPr>
            <w:tcW w:w="2104" w:type="dxa"/>
            <w:vMerge/>
            <w:tcBorders>
              <w:top w:val="single" w:sz="4" w:space="0" w:color="auto"/>
              <w:left w:val="single" w:sz="4" w:space="0" w:color="auto"/>
              <w:bottom w:val="single" w:sz="4" w:space="0" w:color="auto"/>
              <w:right w:val="single" w:sz="4" w:space="0" w:color="auto"/>
            </w:tcBorders>
          </w:tcPr>
          <w:p w14:paraId="57740CCE" w14:textId="77777777" w:rsidR="0097296A" w:rsidRPr="007204D9" w:rsidRDefault="0097296A"/>
        </w:tc>
        <w:tc>
          <w:tcPr>
            <w:tcW w:w="8788" w:type="dxa"/>
            <w:gridSpan w:val="3"/>
            <w:tcBorders>
              <w:top w:val="single" w:sz="4" w:space="0" w:color="auto"/>
              <w:left w:val="single" w:sz="4" w:space="0" w:color="auto"/>
              <w:bottom w:val="single" w:sz="4" w:space="0" w:color="auto"/>
              <w:right w:val="single" w:sz="4" w:space="0" w:color="auto"/>
            </w:tcBorders>
            <w:tcMar>
              <w:left w:w="0" w:type="dxa"/>
              <w:right w:w="0" w:type="dxa"/>
            </w:tcMar>
          </w:tcPr>
          <w:p w14:paraId="1A1C29E2" w14:textId="77777777" w:rsidR="0097296A" w:rsidRPr="007204D9" w:rsidRDefault="00000000">
            <w:pPr>
              <w:autoSpaceDE w:val="0"/>
              <w:autoSpaceDN w:val="0"/>
              <w:spacing w:after="0" w:line="200" w:lineRule="exact"/>
              <w:ind w:left="74"/>
            </w:pPr>
            <w:r w:rsidRPr="007204D9">
              <w:rPr>
                <w:color w:val="000000"/>
                <w:sz w:val="18"/>
              </w:rPr>
              <w:t xml:space="preserve">Comentário: </w:t>
            </w:r>
          </w:p>
        </w:tc>
      </w:tr>
    </w:tbl>
    <w:p w14:paraId="470E90C3" w14:textId="77777777" w:rsidR="0097296A" w:rsidRPr="007204D9" w:rsidRDefault="00000000">
      <w:pPr>
        <w:autoSpaceDE w:val="0"/>
        <w:autoSpaceDN w:val="0"/>
        <w:spacing w:before="2672" w:after="0" w:line="266" w:lineRule="exact"/>
        <w:ind w:right="212"/>
        <w:jc w:val="right"/>
      </w:pPr>
      <w:r w:rsidRPr="007204D9">
        <w:rPr>
          <w:color w:val="000000"/>
          <w:sz w:val="24"/>
        </w:rPr>
        <w:t>28</w:t>
      </w:r>
    </w:p>
    <w:p w14:paraId="14D4745D" w14:textId="77777777" w:rsidR="0097296A" w:rsidRPr="007204D9" w:rsidRDefault="0097296A">
      <w:pPr>
        <w:sectPr w:rsidR="0097296A" w:rsidRPr="007204D9">
          <w:pgSz w:w="11906" w:h="16838"/>
          <w:pgMar w:top="340" w:right="508" w:bottom="340" w:left="876" w:header="720" w:footer="720" w:gutter="0"/>
          <w:cols w:space="720"/>
          <w:docGrid w:linePitch="360"/>
        </w:sectPr>
      </w:pPr>
    </w:p>
    <w:p w14:paraId="3580E05D" w14:textId="77777777" w:rsidR="0097296A" w:rsidRPr="007204D9" w:rsidRDefault="0097296A">
      <w:pPr>
        <w:autoSpaceDE w:val="0"/>
        <w:autoSpaceDN w:val="0"/>
        <w:spacing w:after="120" w:line="220" w:lineRule="exact"/>
      </w:pPr>
    </w:p>
    <w:tbl>
      <w:tblPr>
        <w:tblW w:w="0" w:type="auto"/>
        <w:tblInd w:w="4" w:type="dxa"/>
        <w:tblLayout w:type="fixed"/>
        <w:tblLook w:val="04A0" w:firstRow="1" w:lastRow="0" w:firstColumn="1" w:lastColumn="0" w:noHBand="0" w:noVBand="1"/>
      </w:tblPr>
      <w:tblGrid>
        <w:gridCol w:w="10490"/>
      </w:tblGrid>
      <w:tr w:rsidR="0097296A" w:rsidRPr="007204D9" w14:paraId="332F08DA" w14:textId="77777777">
        <w:trPr>
          <w:trHeight w:val="506"/>
        </w:trPr>
        <w:tc>
          <w:tcPr>
            <w:tcW w:w="10490" w:type="dxa"/>
            <w:tcBorders>
              <w:top w:val="single" w:sz="3" w:space="0" w:color="auto"/>
              <w:left w:val="single" w:sz="4" w:space="0" w:color="auto"/>
              <w:bottom w:val="single" w:sz="4" w:space="0" w:color="auto"/>
              <w:right w:val="single" w:sz="4" w:space="0" w:color="auto"/>
            </w:tcBorders>
            <w:tcMar>
              <w:left w:w="0" w:type="dxa"/>
              <w:right w:w="0" w:type="dxa"/>
            </w:tcMar>
          </w:tcPr>
          <w:p w14:paraId="2C2C1BB0" w14:textId="77777777" w:rsidR="0097296A" w:rsidRPr="007204D9" w:rsidRDefault="00000000">
            <w:pPr>
              <w:autoSpaceDE w:val="0"/>
              <w:autoSpaceDN w:val="0"/>
              <w:spacing w:before="140" w:after="0" w:line="202" w:lineRule="exact"/>
              <w:jc w:val="center"/>
            </w:pPr>
            <w:r w:rsidRPr="007204D9">
              <w:rPr>
                <w:b/>
                <w:color w:val="000000"/>
                <w:sz w:val="18"/>
              </w:rPr>
              <w:t xml:space="preserve">RESULTADO </w:t>
            </w:r>
          </w:p>
        </w:tc>
      </w:tr>
      <w:tr w:rsidR="0097296A" w:rsidRPr="007204D9" w14:paraId="1CFCC603" w14:textId="77777777">
        <w:trPr>
          <w:trHeight w:val="216"/>
        </w:trPr>
        <w:tc>
          <w:tcPr>
            <w:tcW w:w="10490" w:type="dxa"/>
            <w:tcBorders>
              <w:top w:val="single" w:sz="4" w:space="0" w:color="auto"/>
              <w:left w:val="single" w:sz="4" w:space="0" w:color="auto"/>
              <w:bottom w:val="single" w:sz="4" w:space="0" w:color="auto"/>
              <w:right w:val="single" w:sz="4" w:space="0" w:color="auto"/>
            </w:tcBorders>
            <w:tcMar>
              <w:left w:w="0" w:type="dxa"/>
              <w:right w:w="0" w:type="dxa"/>
            </w:tcMar>
          </w:tcPr>
          <w:p w14:paraId="2E736BD6" w14:textId="77777777" w:rsidR="0097296A" w:rsidRPr="007204D9" w:rsidRDefault="0097296A"/>
        </w:tc>
      </w:tr>
      <w:tr w:rsidR="0097296A" w:rsidRPr="007204D9" w14:paraId="25A65CB4" w14:textId="77777777">
        <w:trPr>
          <w:trHeight w:val="5812"/>
        </w:trPr>
        <w:tc>
          <w:tcPr>
            <w:tcW w:w="10490" w:type="dxa"/>
            <w:tcBorders>
              <w:top w:val="single" w:sz="4" w:space="0" w:color="auto"/>
              <w:left w:val="single" w:sz="4" w:space="0" w:color="auto"/>
              <w:bottom w:val="single" w:sz="4" w:space="0" w:color="auto"/>
              <w:right w:val="single" w:sz="4" w:space="0" w:color="auto"/>
            </w:tcBorders>
            <w:tcMar>
              <w:left w:w="0" w:type="dxa"/>
              <w:right w:w="0" w:type="dxa"/>
            </w:tcMar>
          </w:tcPr>
          <w:p w14:paraId="28452FB1" w14:textId="77777777" w:rsidR="0097296A" w:rsidRPr="007204D9" w:rsidRDefault="00000000">
            <w:pPr>
              <w:autoSpaceDE w:val="0"/>
              <w:autoSpaceDN w:val="0"/>
              <w:spacing w:before="144" w:after="0" w:line="200" w:lineRule="exact"/>
              <w:jc w:val="center"/>
            </w:pPr>
            <w:r w:rsidRPr="007204D9">
              <w:rPr>
                <w:b/>
                <w:color w:val="000000"/>
                <w:sz w:val="18"/>
              </w:rPr>
              <w:t xml:space="preserve">DIAGNÓSTICO QUANTITATIVO </w:t>
            </w:r>
          </w:p>
          <w:p w14:paraId="01436189" w14:textId="77777777" w:rsidR="0097296A" w:rsidRPr="007204D9" w:rsidRDefault="00000000">
            <w:pPr>
              <w:autoSpaceDE w:val="0"/>
              <w:autoSpaceDN w:val="0"/>
              <w:spacing w:before="308" w:after="0" w:line="200" w:lineRule="exact"/>
              <w:ind w:right="514"/>
              <w:jc w:val="right"/>
            </w:pPr>
            <w:r w:rsidRPr="007204D9">
              <w:rPr>
                <w:color w:val="000000"/>
                <w:sz w:val="18"/>
              </w:rPr>
              <w:t xml:space="preserve">Máximo possível </w:t>
            </w:r>
          </w:p>
          <w:p w14:paraId="11017C25" w14:textId="77777777" w:rsidR="0097296A" w:rsidRPr="007204D9" w:rsidRDefault="00000000">
            <w:pPr>
              <w:autoSpaceDE w:val="0"/>
              <w:autoSpaceDN w:val="0"/>
              <w:spacing w:before="120" w:after="2" w:line="200" w:lineRule="exact"/>
              <w:ind w:right="4652"/>
              <w:jc w:val="right"/>
            </w:pPr>
            <w:r w:rsidRPr="007204D9">
              <w:rPr>
                <w:b/>
                <w:color w:val="000000"/>
                <w:sz w:val="18"/>
              </w:rPr>
              <w:t xml:space="preserve">Atendimento em </w:t>
            </w:r>
          </w:p>
          <w:tbl>
            <w:tblPr>
              <w:tblW w:w="0" w:type="auto"/>
              <w:tblInd w:w="36" w:type="dxa"/>
              <w:tblLayout w:type="fixed"/>
              <w:tblLook w:val="04A0" w:firstRow="1" w:lastRow="0" w:firstColumn="1" w:lastColumn="0" w:noHBand="0" w:noVBand="1"/>
            </w:tblPr>
            <w:tblGrid>
              <w:gridCol w:w="1460"/>
              <w:gridCol w:w="240"/>
              <w:gridCol w:w="1460"/>
              <w:gridCol w:w="820"/>
              <w:gridCol w:w="1980"/>
              <w:gridCol w:w="1000"/>
              <w:gridCol w:w="1260"/>
              <w:gridCol w:w="1920"/>
            </w:tblGrid>
            <w:tr w:rsidR="0097296A" w:rsidRPr="007204D9" w14:paraId="6FF99CEB" w14:textId="77777777">
              <w:trPr>
                <w:trHeight w:val="196"/>
              </w:trPr>
              <w:tc>
                <w:tcPr>
                  <w:tcW w:w="3160" w:type="dxa"/>
                  <w:gridSpan w:val="3"/>
                  <w:vMerge w:val="restart"/>
                  <w:tcMar>
                    <w:left w:w="0" w:type="dxa"/>
                    <w:right w:w="0" w:type="dxa"/>
                  </w:tcMar>
                </w:tcPr>
                <w:p w14:paraId="010453D7" w14:textId="77777777" w:rsidR="0097296A" w:rsidRPr="007204D9" w:rsidRDefault="00000000">
                  <w:pPr>
                    <w:autoSpaceDE w:val="0"/>
                    <w:autoSpaceDN w:val="0"/>
                    <w:spacing w:before="22" w:after="0" w:line="202" w:lineRule="exact"/>
                    <w:ind w:left="40"/>
                  </w:pPr>
                  <w:r w:rsidRPr="007204D9">
                    <w:rPr>
                      <w:b/>
                      <w:color w:val="000000"/>
                      <w:sz w:val="18"/>
                    </w:rPr>
                    <w:t xml:space="preserve">Número de questões da subárea: </w:t>
                  </w:r>
                </w:p>
                <w:p w14:paraId="1E110728" w14:textId="77777777" w:rsidR="0097296A" w:rsidRPr="007204D9" w:rsidRDefault="00000000">
                  <w:pPr>
                    <w:autoSpaceDE w:val="0"/>
                    <w:autoSpaceDN w:val="0"/>
                    <w:spacing w:before="318" w:after="0" w:line="200" w:lineRule="exact"/>
                    <w:ind w:left="40"/>
                  </w:pPr>
                  <w:r w:rsidRPr="007204D9">
                    <w:rPr>
                      <w:b/>
                      <w:color w:val="000000"/>
                      <w:sz w:val="18"/>
                    </w:rPr>
                    <w:t xml:space="preserve">Número de questões qualitativas: </w:t>
                  </w:r>
                </w:p>
                <w:p w14:paraId="0E4C5387" w14:textId="77777777" w:rsidR="0097296A" w:rsidRPr="007204D9" w:rsidRDefault="00000000">
                  <w:pPr>
                    <w:autoSpaceDE w:val="0"/>
                    <w:autoSpaceDN w:val="0"/>
                    <w:spacing w:before="198" w:after="0" w:line="200" w:lineRule="exact"/>
                    <w:ind w:left="40"/>
                  </w:pPr>
                  <w:r w:rsidRPr="007204D9">
                    <w:rPr>
                      <w:b/>
                      <w:color w:val="000000"/>
                      <w:sz w:val="18"/>
                    </w:rPr>
                    <w:t xml:space="preserve">Total de questões atendidas: </w:t>
                  </w:r>
                </w:p>
                <w:p w14:paraId="212D1C0A" w14:textId="77777777" w:rsidR="0097296A" w:rsidRPr="007204D9" w:rsidRDefault="00000000">
                  <w:pPr>
                    <w:autoSpaceDE w:val="0"/>
                    <w:autoSpaceDN w:val="0"/>
                    <w:spacing w:before="190" w:after="0" w:line="202" w:lineRule="exact"/>
                    <w:ind w:left="40"/>
                  </w:pPr>
                  <w:r w:rsidRPr="007204D9">
                    <w:rPr>
                      <w:b/>
                      <w:color w:val="000000"/>
                      <w:sz w:val="18"/>
                    </w:rPr>
                    <w:t xml:space="preserve">Total de questões não atendidas: </w:t>
                  </w:r>
                </w:p>
                <w:p w14:paraId="5A9975BC" w14:textId="77777777" w:rsidR="0097296A" w:rsidRPr="007204D9" w:rsidRDefault="00000000">
                  <w:pPr>
                    <w:autoSpaceDE w:val="0"/>
                    <w:autoSpaceDN w:val="0"/>
                    <w:spacing w:before="188" w:after="0" w:line="200" w:lineRule="exact"/>
                    <w:ind w:left="40"/>
                  </w:pPr>
                  <w:r w:rsidRPr="007204D9">
                    <w:rPr>
                      <w:b/>
                      <w:color w:val="000000"/>
                      <w:sz w:val="18"/>
                    </w:rPr>
                    <w:t xml:space="preserve">Total de questões não aplicáveis: </w:t>
                  </w:r>
                </w:p>
                <w:p w14:paraId="4C469FC9" w14:textId="77777777" w:rsidR="0097296A" w:rsidRPr="007204D9" w:rsidRDefault="00000000">
                  <w:pPr>
                    <w:autoSpaceDE w:val="0"/>
                    <w:autoSpaceDN w:val="0"/>
                    <w:spacing w:before="98" w:after="0" w:line="200" w:lineRule="exact"/>
                    <w:ind w:left="40"/>
                  </w:pPr>
                  <w:r w:rsidRPr="007204D9">
                    <w:rPr>
                      <w:b/>
                      <w:color w:val="000000"/>
                      <w:sz w:val="18"/>
                    </w:rPr>
                    <w:t xml:space="preserve">Total de questões atendidos com </w:t>
                  </w:r>
                </w:p>
                <w:p w14:paraId="4C6CD0D7" w14:textId="77777777" w:rsidR="0097296A" w:rsidRPr="007204D9" w:rsidRDefault="00000000">
                  <w:pPr>
                    <w:autoSpaceDE w:val="0"/>
                    <w:autoSpaceDN w:val="0"/>
                    <w:spacing w:before="6" w:after="0" w:line="200" w:lineRule="exact"/>
                    <w:ind w:left="40"/>
                  </w:pPr>
                  <w:r w:rsidRPr="007204D9">
                    <w:rPr>
                      <w:b/>
                      <w:color w:val="000000"/>
                      <w:sz w:val="18"/>
                    </w:rPr>
                    <w:t xml:space="preserve">restrição: </w:t>
                  </w:r>
                </w:p>
                <w:p w14:paraId="05949463" w14:textId="77777777" w:rsidR="0097296A" w:rsidRPr="007204D9" w:rsidRDefault="00000000">
                  <w:pPr>
                    <w:autoSpaceDE w:val="0"/>
                    <w:autoSpaceDN w:val="0"/>
                    <w:spacing w:before="100" w:after="0" w:line="200" w:lineRule="exact"/>
                    <w:ind w:right="648"/>
                    <w:jc w:val="right"/>
                  </w:pPr>
                  <w:r w:rsidRPr="007204D9">
                    <w:rPr>
                      <w:b/>
                      <w:color w:val="000000"/>
                      <w:sz w:val="18"/>
                    </w:rPr>
                    <w:t xml:space="preserve">Quantidade </w:t>
                  </w:r>
                </w:p>
              </w:tc>
              <w:tc>
                <w:tcPr>
                  <w:tcW w:w="820" w:type="dxa"/>
                  <w:vMerge w:val="restart"/>
                  <w:tcMar>
                    <w:left w:w="0" w:type="dxa"/>
                    <w:right w:w="0" w:type="dxa"/>
                  </w:tcMar>
                </w:tcPr>
                <w:p w14:paraId="300D49FF" w14:textId="77777777" w:rsidR="0097296A" w:rsidRPr="007204D9" w:rsidRDefault="00000000">
                  <w:pPr>
                    <w:autoSpaceDE w:val="0"/>
                    <w:autoSpaceDN w:val="0"/>
                    <w:spacing w:before="32" w:after="0" w:line="202" w:lineRule="exact"/>
                    <w:jc w:val="center"/>
                  </w:pPr>
                  <w:r w:rsidRPr="007204D9">
                    <w:rPr>
                      <w:color w:val="000000"/>
                      <w:sz w:val="18"/>
                    </w:rPr>
                    <w:t xml:space="preserve">9 </w:t>
                  </w:r>
                </w:p>
              </w:tc>
              <w:tc>
                <w:tcPr>
                  <w:tcW w:w="1980" w:type="dxa"/>
                  <w:tcMar>
                    <w:left w:w="0" w:type="dxa"/>
                    <w:right w:w="0" w:type="dxa"/>
                  </w:tcMar>
                </w:tcPr>
                <w:p w14:paraId="08DC7FAD" w14:textId="77777777" w:rsidR="0097296A" w:rsidRPr="007204D9" w:rsidRDefault="00000000">
                  <w:pPr>
                    <w:autoSpaceDE w:val="0"/>
                    <w:autoSpaceDN w:val="0"/>
                    <w:spacing w:after="0" w:line="200" w:lineRule="exact"/>
                    <w:ind w:left="364"/>
                  </w:pPr>
                  <w:r w:rsidRPr="007204D9">
                    <w:rPr>
                      <w:b/>
                      <w:color w:val="000000"/>
                      <w:sz w:val="18"/>
                    </w:rPr>
                    <w:t xml:space="preserve">relação ao total </w:t>
                  </w:r>
                </w:p>
              </w:tc>
              <w:tc>
                <w:tcPr>
                  <w:tcW w:w="1000" w:type="dxa"/>
                  <w:vMerge w:val="restart"/>
                  <w:tcMar>
                    <w:left w:w="0" w:type="dxa"/>
                    <w:right w:w="0" w:type="dxa"/>
                  </w:tcMar>
                </w:tcPr>
                <w:p w14:paraId="0E1AC0A1" w14:textId="77777777" w:rsidR="0097296A" w:rsidRPr="007204D9" w:rsidRDefault="00000000">
                  <w:pPr>
                    <w:autoSpaceDE w:val="0"/>
                    <w:autoSpaceDN w:val="0"/>
                    <w:spacing w:before="22" w:after="0" w:line="202" w:lineRule="exact"/>
                    <w:jc w:val="center"/>
                  </w:pPr>
                  <w:r w:rsidRPr="007204D9">
                    <w:rPr>
                      <w:b/>
                      <w:color w:val="000000"/>
                      <w:sz w:val="18"/>
                    </w:rPr>
                    <w:t xml:space="preserve">0,0% </w:t>
                  </w:r>
                </w:p>
              </w:tc>
              <w:tc>
                <w:tcPr>
                  <w:tcW w:w="1260" w:type="dxa"/>
                  <w:vMerge w:val="restart"/>
                  <w:tcMar>
                    <w:left w:w="0" w:type="dxa"/>
                    <w:right w:w="0" w:type="dxa"/>
                  </w:tcMar>
                </w:tcPr>
                <w:p w14:paraId="335C9D7B" w14:textId="77777777" w:rsidR="0097296A" w:rsidRPr="007204D9" w:rsidRDefault="00000000">
                  <w:pPr>
                    <w:autoSpaceDE w:val="0"/>
                    <w:autoSpaceDN w:val="0"/>
                    <w:spacing w:before="22" w:after="0" w:line="202" w:lineRule="exact"/>
                    <w:ind w:left="280"/>
                  </w:pPr>
                  <w:r w:rsidRPr="007204D9">
                    <w:rPr>
                      <w:b/>
                      <w:color w:val="000000"/>
                      <w:sz w:val="18"/>
                    </w:rPr>
                    <w:t xml:space="preserve">de </w:t>
                  </w:r>
                </w:p>
              </w:tc>
              <w:tc>
                <w:tcPr>
                  <w:tcW w:w="1920" w:type="dxa"/>
                  <w:vMerge w:val="restart"/>
                  <w:tcMar>
                    <w:left w:w="0" w:type="dxa"/>
                    <w:right w:w="0" w:type="dxa"/>
                  </w:tcMar>
                </w:tcPr>
                <w:p w14:paraId="03124BFB" w14:textId="77777777" w:rsidR="0097296A" w:rsidRPr="007204D9" w:rsidRDefault="00000000">
                  <w:pPr>
                    <w:autoSpaceDE w:val="0"/>
                    <w:autoSpaceDN w:val="0"/>
                    <w:spacing w:before="22" w:after="0" w:line="202" w:lineRule="exact"/>
                    <w:ind w:right="616"/>
                    <w:jc w:val="right"/>
                  </w:pPr>
                  <w:r w:rsidRPr="007204D9">
                    <w:rPr>
                      <w:b/>
                      <w:color w:val="000000"/>
                      <w:sz w:val="18"/>
                    </w:rPr>
                    <w:t xml:space="preserve">13,2% </w:t>
                  </w:r>
                </w:p>
              </w:tc>
            </w:tr>
            <w:tr w:rsidR="0097296A" w:rsidRPr="007204D9" w14:paraId="2AB6E8F0" w14:textId="77777777">
              <w:trPr>
                <w:trHeight w:val="220"/>
              </w:trPr>
              <w:tc>
                <w:tcPr>
                  <w:tcW w:w="3933" w:type="dxa"/>
                  <w:gridSpan w:val="3"/>
                  <w:vMerge/>
                </w:tcPr>
                <w:p w14:paraId="5605E12D" w14:textId="77777777" w:rsidR="0097296A" w:rsidRPr="007204D9" w:rsidRDefault="0097296A"/>
              </w:tc>
              <w:tc>
                <w:tcPr>
                  <w:tcW w:w="1311" w:type="dxa"/>
                  <w:vMerge/>
                </w:tcPr>
                <w:p w14:paraId="3A9C6B37" w14:textId="77777777" w:rsidR="0097296A" w:rsidRPr="007204D9" w:rsidRDefault="0097296A"/>
              </w:tc>
              <w:tc>
                <w:tcPr>
                  <w:tcW w:w="1980" w:type="dxa"/>
                  <w:tcMar>
                    <w:left w:w="0" w:type="dxa"/>
                    <w:right w:w="0" w:type="dxa"/>
                  </w:tcMar>
                </w:tcPr>
                <w:p w14:paraId="1DC9FE17" w14:textId="77777777" w:rsidR="0097296A" w:rsidRPr="007204D9" w:rsidRDefault="00000000">
                  <w:pPr>
                    <w:autoSpaceDE w:val="0"/>
                    <w:autoSpaceDN w:val="0"/>
                    <w:spacing w:before="12" w:after="0" w:line="200" w:lineRule="exact"/>
                    <w:ind w:left="364"/>
                  </w:pPr>
                  <w:r w:rsidRPr="007204D9">
                    <w:rPr>
                      <w:b/>
                      <w:color w:val="000000"/>
                      <w:sz w:val="18"/>
                    </w:rPr>
                    <w:t xml:space="preserve">(ART): </w:t>
                  </w:r>
                </w:p>
              </w:tc>
              <w:tc>
                <w:tcPr>
                  <w:tcW w:w="1311" w:type="dxa"/>
                  <w:vMerge/>
                </w:tcPr>
                <w:p w14:paraId="69257B6A" w14:textId="77777777" w:rsidR="0097296A" w:rsidRPr="007204D9" w:rsidRDefault="0097296A"/>
              </w:tc>
              <w:tc>
                <w:tcPr>
                  <w:tcW w:w="1311" w:type="dxa"/>
                  <w:vMerge/>
                </w:tcPr>
                <w:p w14:paraId="5DFC8126" w14:textId="77777777" w:rsidR="0097296A" w:rsidRPr="007204D9" w:rsidRDefault="0097296A"/>
              </w:tc>
              <w:tc>
                <w:tcPr>
                  <w:tcW w:w="1311" w:type="dxa"/>
                  <w:vMerge/>
                </w:tcPr>
                <w:p w14:paraId="3AF3815F" w14:textId="77777777" w:rsidR="0097296A" w:rsidRPr="007204D9" w:rsidRDefault="0097296A"/>
              </w:tc>
            </w:tr>
            <w:tr w:rsidR="0097296A" w:rsidRPr="007204D9" w14:paraId="35170355" w14:textId="77777777">
              <w:trPr>
                <w:trHeight w:val="220"/>
              </w:trPr>
              <w:tc>
                <w:tcPr>
                  <w:tcW w:w="3933" w:type="dxa"/>
                  <w:gridSpan w:val="3"/>
                  <w:vMerge/>
                </w:tcPr>
                <w:p w14:paraId="46130758" w14:textId="77777777" w:rsidR="0097296A" w:rsidRPr="007204D9" w:rsidRDefault="0097296A"/>
              </w:tc>
              <w:tc>
                <w:tcPr>
                  <w:tcW w:w="820" w:type="dxa"/>
                  <w:vMerge w:val="restart"/>
                  <w:tcMar>
                    <w:left w:w="0" w:type="dxa"/>
                    <w:right w:w="0" w:type="dxa"/>
                  </w:tcMar>
                </w:tcPr>
                <w:p w14:paraId="630D91BC" w14:textId="77777777" w:rsidR="0097296A" w:rsidRPr="007204D9" w:rsidRDefault="00000000">
                  <w:pPr>
                    <w:autoSpaceDE w:val="0"/>
                    <w:autoSpaceDN w:val="0"/>
                    <w:spacing w:before="134" w:after="0" w:line="202" w:lineRule="exact"/>
                    <w:jc w:val="center"/>
                  </w:pPr>
                  <w:r w:rsidRPr="007204D9">
                    <w:rPr>
                      <w:color w:val="000000"/>
                      <w:sz w:val="18"/>
                    </w:rPr>
                    <w:t xml:space="preserve">0 </w:t>
                  </w:r>
                </w:p>
              </w:tc>
              <w:tc>
                <w:tcPr>
                  <w:tcW w:w="1980" w:type="dxa"/>
                  <w:tcMar>
                    <w:left w:w="0" w:type="dxa"/>
                    <w:right w:w="0" w:type="dxa"/>
                  </w:tcMar>
                </w:tcPr>
                <w:p w14:paraId="1A9CC02D" w14:textId="77777777" w:rsidR="0097296A" w:rsidRPr="007204D9" w:rsidRDefault="00000000">
                  <w:pPr>
                    <w:autoSpaceDE w:val="0"/>
                    <w:autoSpaceDN w:val="0"/>
                    <w:spacing w:before="18" w:after="0" w:line="202" w:lineRule="exact"/>
                    <w:ind w:left="364"/>
                  </w:pPr>
                  <w:r w:rsidRPr="007204D9">
                    <w:rPr>
                      <w:b/>
                      <w:color w:val="000000"/>
                      <w:sz w:val="18"/>
                    </w:rPr>
                    <w:t xml:space="preserve">Atendimento </w:t>
                  </w:r>
                </w:p>
              </w:tc>
              <w:tc>
                <w:tcPr>
                  <w:tcW w:w="4180" w:type="dxa"/>
                  <w:gridSpan w:val="3"/>
                  <w:vMerge w:val="restart"/>
                  <w:tcMar>
                    <w:left w:w="0" w:type="dxa"/>
                    <w:right w:w="0" w:type="dxa"/>
                  </w:tcMar>
                </w:tcPr>
                <w:p w14:paraId="0A8540E3" w14:textId="77777777" w:rsidR="0097296A" w:rsidRPr="007204D9" w:rsidRDefault="00000000">
                  <w:pPr>
                    <w:autoSpaceDE w:val="0"/>
                    <w:autoSpaceDN w:val="0"/>
                    <w:spacing w:before="126" w:after="0" w:line="200" w:lineRule="exact"/>
                    <w:ind w:left="282"/>
                  </w:pPr>
                  <w:r w:rsidRPr="007204D9">
                    <w:rPr>
                      <w:b/>
                      <w:color w:val="000000"/>
                      <w:sz w:val="18"/>
                    </w:rPr>
                    <w:t xml:space="preserve">0,0% </w:t>
                  </w:r>
                </w:p>
              </w:tc>
            </w:tr>
            <w:tr w:rsidR="0097296A" w:rsidRPr="007204D9" w14:paraId="153A34FA" w14:textId="77777777">
              <w:trPr>
                <w:trHeight w:val="260"/>
              </w:trPr>
              <w:tc>
                <w:tcPr>
                  <w:tcW w:w="3933" w:type="dxa"/>
                  <w:gridSpan w:val="3"/>
                  <w:vMerge/>
                </w:tcPr>
                <w:p w14:paraId="4EE79691" w14:textId="77777777" w:rsidR="0097296A" w:rsidRPr="007204D9" w:rsidRDefault="0097296A"/>
              </w:tc>
              <w:tc>
                <w:tcPr>
                  <w:tcW w:w="1311" w:type="dxa"/>
                  <w:vMerge/>
                </w:tcPr>
                <w:p w14:paraId="2588057B" w14:textId="77777777" w:rsidR="0097296A" w:rsidRPr="007204D9" w:rsidRDefault="0097296A"/>
              </w:tc>
              <w:tc>
                <w:tcPr>
                  <w:tcW w:w="1980" w:type="dxa"/>
                  <w:tcMar>
                    <w:left w:w="0" w:type="dxa"/>
                    <w:right w:w="0" w:type="dxa"/>
                  </w:tcMar>
                </w:tcPr>
                <w:p w14:paraId="6E46FA20" w14:textId="77777777" w:rsidR="0097296A" w:rsidRPr="007204D9" w:rsidRDefault="00000000">
                  <w:pPr>
                    <w:autoSpaceDE w:val="0"/>
                    <w:autoSpaceDN w:val="0"/>
                    <w:spacing w:before="10" w:after="0" w:line="202" w:lineRule="exact"/>
                    <w:jc w:val="center"/>
                  </w:pPr>
                  <w:r w:rsidRPr="007204D9">
                    <w:rPr>
                      <w:b/>
                      <w:color w:val="000000"/>
                      <w:sz w:val="18"/>
                    </w:rPr>
                    <w:t xml:space="preserve">subárea (AS): </w:t>
                  </w:r>
                </w:p>
              </w:tc>
              <w:tc>
                <w:tcPr>
                  <w:tcW w:w="3933" w:type="dxa"/>
                  <w:gridSpan w:val="3"/>
                  <w:vMerge/>
                </w:tcPr>
                <w:p w14:paraId="33F6918A" w14:textId="77777777" w:rsidR="0097296A" w:rsidRPr="007204D9" w:rsidRDefault="0097296A"/>
              </w:tc>
            </w:tr>
            <w:tr w:rsidR="0097296A" w:rsidRPr="007204D9" w14:paraId="6BAA456A" w14:textId="77777777">
              <w:trPr>
                <w:trHeight w:val="1880"/>
              </w:trPr>
              <w:tc>
                <w:tcPr>
                  <w:tcW w:w="3933" w:type="dxa"/>
                  <w:gridSpan w:val="3"/>
                  <w:vMerge/>
                </w:tcPr>
                <w:p w14:paraId="750F0620" w14:textId="77777777" w:rsidR="0097296A" w:rsidRPr="007204D9" w:rsidRDefault="0097296A"/>
              </w:tc>
              <w:tc>
                <w:tcPr>
                  <w:tcW w:w="6980" w:type="dxa"/>
                  <w:gridSpan w:val="5"/>
                  <w:vMerge w:val="restart"/>
                  <w:tcMar>
                    <w:left w:w="0" w:type="dxa"/>
                    <w:right w:w="0" w:type="dxa"/>
                  </w:tcMar>
                </w:tcPr>
                <w:p w14:paraId="5C6AF960" w14:textId="77777777" w:rsidR="0097296A" w:rsidRPr="007204D9" w:rsidRDefault="00000000">
                  <w:pPr>
                    <w:autoSpaceDE w:val="0"/>
                    <w:autoSpaceDN w:val="0"/>
                    <w:spacing w:after="0" w:line="358" w:lineRule="exact"/>
                    <w:ind w:left="314" w:right="6524"/>
                    <w:jc w:val="both"/>
                  </w:pPr>
                  <w:r w:rsidRPr="007204D9">
                    <w:rPr>
                      <w:color w:val="000000"/>
                      <w:sz w:val="18"/>
                    </w:rPr>
                    <w:t xml:space="preserve">0 </w:t>
                  </w:r>
                  <w:r w:rsidRPr="007204D9">
                    <w:br/>
                  </w:r>
                  <w:r w:rsidRPr="007204D9">
                    <w:rPr>
                      <w:color w:val="000000"/>
                      <w:sz w:val="18"/>
                    </w:rPr>
                    <w:t xml:space="preserve">0 </w:t>
                  </w:r>
                  <w:r w:rsidRPr="007204D9">
                    <w:br/>
                  </w:r>
                  <w:r w:rsidRPr="007204D9">
                    <w:rPr>
                      <w:color w:val="000000"/>
                      <w:sz w:val="18"/>
                    </w:rPr>
                    <w:t xml:space="preserve">0 </w:t>
                  </w:r>
                  <w:r w:rsidRPr="007204D9">
                    <w:br/>
                  </w:r>
                  <w:r w:rsidRPr="007204D9">
                    <w:rPr>
                      <w:color w:val="000000"/>
                      <w:sz w:val="18"/>
                    </w:rPr>
                    <w:t xml:space="preserve">0 </w:t>
                  </w:r>
                </w:p>
                <w:p w14:paraId="0EEDCC8B" w14:textId="77777777" w:rsidR="0097296A" w:rsidRPr="007204D9" w:rsidRDefault="00000000">
                  <w:pPr>
                    <w:autoSpaceDE w:val="0"/>
                    <w:autoSpaceDN w:val="0"/>
                    <w:spacing w:before="338" w:after="0" w:line="240" w:lineRule="auto"/>
                    <w:jc w:val="center"/>
                  </w:pPr>
                  <w:r w:rsidRPr="007204D9">
                    <w:rPr>
                      <w:noProof/>
                    </w:rPr>
                    <w:drawing>
                      <wp:inline distT="0" distB="0" distL="0" distR="0" wp14:anchorId="09CB878F" wp14:editId="601C2B26">
                        <wp:extent cx="4081780" cy="3454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8"/>
                                <a:stretch>
                                  <a:fillRect/>
                                </a:stretch>
                              </pic:blipFill>
                              <pic:spPr>
                                <a:xfrm>
                                  <a:off x="0" y="0"/>
                                  <a:ext cx="4081780" cy="345439"/>
                                </a:xfrm>
                                <a:prstGeom prst="rect">
                                  <a:avLst/>
                                </a:prstGeom>
                              </pic:spPr>
                            </pic:pic>
                          </a:graphicData>
                        </a:graphic>
                      </wp:inline>
                    </w:drawing>
                  </w:r>
                </w:p>
                <w:p w14:paraId="53CC9CDA" w14:textId="77777777" w:rsidR="0097296A" w:rsidRPr="007204D9" w:rsidRDefault="00000000">
                  <w:pPr>
                    <w:autoSpaceDE w:val="0"/>
                    <w:autoSpaceDN w:val="0"/>
                    <w:spacing w:before="264" w:after="0" w:line="240" w:lineRule="auto"/>
                    <w:jc w:val="center"/>
                  </w:pPr>
                  <w:r w:rsidRPr="007204D9">
                    <w:rPr>
                      <w:noProof/>
                    </w:rPr>
                    <w:drawing>
                      <wp:inline distT="0" distB="0" distL="0" distR="0" wp14:anchorId="33B04578" wp14:editId="0C65DF51">
                        <wp:extent cx="3704590" cy="4102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9"/>
                                <a:stretch>
                                  <a:fillRect/>
                                </a:stretch>
                              </pic:blipFill>
                              <pic:spPr>
                                <a:xfrm>
                                  <a:off x="0" y="0"/>
                                  <a:ext cx="3704590" cy="410210"/>
                                </a:xfrm>
                                <a:prstGeom prst="rect">
                                  <a:avLst/>
                                </a:prstGeom>
                              </pic:spPr>
                            </pic:pic>
                          </a:graphicData>
                        </a:graphic>
                      </wp:inline>
                    </w:drawing>
                  </w:r>
                </w:p>
              </w:tc>
            </w:tr>
            <w:tr w:rsidR="0097296A" w:rsidRPr="007204D9" w14:paraId="10DA22EA" w14:textId="77777777">
              <w:trPr>
                <w:trHeight w:val="600"/>
              </w:trPr>
              <w:tc>
                <w:tcPr>
                  <w:tcW w:w="1460" w:type="dxa"/>
                  <w:vMerge w:val="restart"/>
                  <w:tcMar>
                    <w:left w:w="0" w:type="dxa"/>
                    <w:right w:w="0" w:type="dxa"/>
                  </w:tcMar>
                </w:tcPr>
                <w:p w14:paraId="7E35D4C3" w14:textId="77777777" w:rsidR="0097296A" w:rsidRPr="007204D9" w:rsidRDefault="0097296A">
                  <w:pPr>
                    <w:autoSpaceDE w:val="0"/>
                    <w:autoSpaceDN w:val="0"/>
                    <w:spacing w:after="0" w:line="52" w:lineRule="exact"/>
                  </w:pPr>
                </w:p>
                <w:tbl>
                  <w:tblPr>
                    <w:tblW w:w="0" w:type="auto"/>
                    <w:tblInd w:w="330" w:type="dxa"/>
                    <w:tblLayout w:type="fixed"/>
                    <w:tblLook w:val="04A0" w:firstRow="1" w:lastRow="0" w:firstColumn="1" w:lastColumn="0" w:noHBand="0" w:noVBand="1"/>
                  </w:tblPr>
                  <w:tblGrid>
                    <w:gridCol w:w="1080"/>
                  </w:tblGrid>
                  <w:tr w:rsidR="0097296A" w:rsidRPr="007204D9" w14:paraId="3E552FBF" w14:textId="77777777" w:rsidTr="006B510E">
                    <w:trPr>
                      <w:trHeight w:val="600"/>
                    </w:trPr>
                    <w:tc>
                      <w:tcPr>
                        <w:tcW w:w="1080" w:type="dxa"/>
                        <w:tcBorders>
                          <w:top w:val="single" w:sz="4" w:space="0" w:color="auto"/>
                          <w:left w:val="single" w:sz="4" w:space="0" w:color="auto"/>
                          <w:bottom w:val="single" w:sz="4" w:space="0" w:color="auto"/>
                          <w:right w:val="single" w:sz="4" w:space="0" w:color="auto"/>
                        </w:tcBorders>
                        <w:shd w:val="clear" w:color="auto" w:fill="92D050"/>
                        <w:tcMar>
                          <w:left w:w="0" w:type="dxa"/>
                          <w:right w:w="0" w:type="dxa"/>
                        </w:tcMar>
                      </w:tcPr>
                      <w:p w14:paraId="72303459" w14:textId="77777777" w:rsidR="0097296A" w:rsidRPr="007204D9" w:rsidRDefault="0097296A"/>
                    </w:tc>
                  </w:tr>
                  <w:tr w:rsidR="0097296A" w:rsidRPr="007204D9" w14:paraId="0494F70F" w14:textId="77777777" w:rsidTr="006B510E">
                    <w:trPr>
                      <w:trHeight w:val="402"/>
                    </w:trPr>
                    <w:tc>
                      <w:tcPr>
                        <w:tcW w:w="1080" w:type="dxa"/>
                        <w:tcBorders>
                          <w:top w:val="single" w:sz="4" w:space="0" w:color="auto"/>
                          <w:left w:val="single" w:sz="4" w:space="0" w:color="auto"/>
                          <w:bottom w:val="single" w:sz="3" w:space="0" w:color="auto"/>
                          <w:right w:val="single" w:sz="4" w:space="0" w:color="auto"/>
                        </w:tcBorders>
                        <w:shd w:val="clear" w:color="auto" w:fill="FFFF00"/>
                        <w:tcMar>
                          <w:left w:w="0" w:type="dxa"/>
                          <w:right w:w="0" w:type="dxa"/>
                        </w:tcMar>
                      </w:tcPr>
                      <w:p w14:paraId="65157E23" w14:textId="77777777" w:rsidR="0097296A" w:rsidRPr="007204D9" w:rsidRDefault="0097296A"/>
                    </w:tc>
                  </w:tr>
                  <w:tr w:rsidR="0097296A" w:rsidRPr="007204D9" w14:paraId="04E9629E" w14:textId="77777777" w:rsidTr="006B510E">
                    <w:trPr>
                      <w:trHeight w:val="382"/>
                    </w:trPr>
                    <w:tc>
                      <w:tcPr>
                        <w:tcW w:w="1080" w:type="dxa"/>
                        <w:tcBorders>
                          <w:top w:val="single" w:sz="3" w:space="0" w:color="auto"/>
                          <w:left w:val="single" w:sz="4" w:space="0" w:color="auto"/>
                          <w:bottom w:val="single" w:sz="4" w:space="0" w:color="auto"/>
                          <w:right w:val="single" w:sz="4" w:space="0" w:color="auto"/>
                        </w:tcBorders>
                        <w:shd w:val="clear" w:color="auto" w:fill="EE0000"/>
                        <w:tcMar>
                          <w:left w:w="0" w:type="dxa"/>
                          <w:right w:w="0" w:type="dxa"/>
                        </w:tcMar>
                      </w:tcPr>
                      <w:p w14:paraId="61D6B4F7" w14:textId="77777777" w:rsidR="0097296A" w:rsidRPr="007204D9" w:rsidRDefault="0097296A"/>
                    </w:tc>
                  </w:tr>
                </w:tbl>
                <w:p w14:paraId="0878F6AF" w14:textId="77777777" w:rsidR="0097296A" w:rsidRPr="007204D9" w:rsidRDefault="0097296A">
                  <w:pPr>
                    <w:autoSpaceDE w:val="0"/>
                    <w:autoSpaceDN w:val="0"/>
                    <w:spacing w:after="0" w:line="14" w:lineRule="exact"/>
                  </w:pPr>
                </w:p>
              </w:tc>
              <w:tc>
                <w:tcPr>
                  <w:tcW w:w="240" w:type="dxa"/>
                  <w:tcMar>
                    <w:left w:w="0" w:type="dxa"/>
                    <w:right w:w="0" w:type="dxa"/>
                  </w:tcMar>
                </w:tcPr>
                <w:p w14:paraId="239C3C4B" w14:textId="77777777" w:rsidR="0097296A" w:rsidRPr="007204D9" w:rsidRDefault="00000000">
                  <w:pPr>
                    <w:autoSpaceDE w:val="0"/>
                    <w:autoSpaceDN w:val="0"/>
                    <w:spacing w:before="258" w:after="0" w:line="202" w:lineRule="exact"/>
                    <w:jc w:val="center"/>
                  </w:pPr>
                  <w:r w:rsidRPr="007204D9">
                    <w:rPr>
                      <w:color w:val="000000"/>
                      <w:sz w:val="18"/>
                    </w:rPr>
                    <w:t>0</w:t>
                  </w:r>
                </w:p>
              </w:tc>
              <w:tc>
                <w:tcPr>
                  <w:tcW w:w="1460" w:type="dxa"/>
                  <w:tcMar>
                    <w:left w:w="0" w:type="dxa"/>
                    <w:right w:w="0" w:type="dxa"/>
                  </w:tcMar>
                </w:tcPr>
                <w:p w14:paraId="3BC1BCDF" w14:textId="77777777" w:rsidR="0097296A" w:rsidRPr="007204D9" w:rsidRDefault="00000000">
                  <w:pPr>
                    <w:autoSpaceDE w:val="0"/>
                    <w:autoSpaceDN w:val="0"/>
                    <w:spacing w:before="258" w:after="0" w:line="202" w:lineRule="exact"/>
                    <w:ind w:left="96"/>
                  </w:pPr>
                  <w:r w:rsidRPr="007204D9">
                    <w:rPr>
                      <w:color w:val="000000"/>
                      <w:sz w:val="18"/>
                    </w:rPr>
                    <w:t xml:space="preserve">questões </w:t>
                  </w:r>
                </w:p>
              </w:tc>
              <w:tc>
                <w:tcPr>
                  <w:tcW w:w="6555" w:type="dxa"/>
                  <w:gridSpan w:val="5"/>
                  <w:vMerge/>
                </w:tcPr>
                <w:p w14:paraId="127796A0" w14:textId="77777777" w:rsidR="0097296A" w:rsidRPr="007204D9" w:rsidRDefault="0097296A"/>
              </w:tc>
            </w:tr>
            <w:tr w:rsidR="0097296A" w:rsidRPr="007204D9" w14:paraId="1DB1196E" w14:textId="77777777">
              <w:trPr>
                <w:trHeight w:val="460"/>
              </w:trPr>
              <w:tc>
                <w:tcPr>
                  <w:tcW w:w="1311" w:type="dxa"/>
                  <w:vMerge/>
                </w:tcPr>
                <w:p w14:paraId="1B7A139F" w14:textId="77777777" w:rsidR="0097296A" w:rsidRPr="007204D9" w:rsidRDefault="0097296A"/>
              </w:tc>
              <w:tc>
                <w:tcPr>
                  <w:tcW w:w="240" w:type="dxa"/>
                  <w:tcMar>
                    <w:left w:w="0" w:type="dxa"/>
                    <w:right w:w="0" w:type="dxa"/>
                  </w:tcMar>
                </w:tcPr>
                <w:p w14:paraId="354F7F79" w14:textId="77777777" w:rsidR="0097296A" w:rsidRPr="007204D9" w:rsidRDefault="00000000">
                  <w:pPr>
                    <w:autoSpaceDE w:val="0"/>
                    <w:autoSpaceDN w:val="0"/>
                    <w:spacing w:before="162" w:after="0" w:line="202" w:lineRule="exact"/>
                    <w:jc w:val="center"/>
                  </w:pPr>
                  <w:r w:rsidRPr="007204D9">
                    <w:rPr>
                      <w:color w:val="000000"/>
                      <w:sz w:val="18"/>
                    </w:rPr>
                    <w:t>0</w:t>
                  </w:r>
                </w:p>
              </w:tc>
              <w:tc>
                <w:tcPr>
                  <w:tcW w:w="1460" w:type="dxa"/>
                  <w:tcMar>
                    <w:left w:w="0" w:type="dxa"/>
                    <w:right w:w="0" w:type="dxa"/>
                  </w:tcMar>
                </w:tcPr>
                <w:p w14:paraId="45DA0E16" w14:textId="77777777" w:rsidR="0097296A" w:rsidRPr="007204D9" w:rsidRDefault="00000000">
                  <w:pPr>
                    <w:autoSpaceDE w:val="0"/>
                    <w:autoSpaceDN w:val="0"/>
                    <w:spacing w:before="162" w:after="0" w:line="202" w:lineRule="exact"/>
                    <w:ind w:left="96"/>
                  </w:pPr>
                  <w:r w:rsidRPr="007204D9">
                    <w:rPr>
                      <w:color w:val="000000"/>
                      <w:sz w:val="18"/>
                    </w:rPr>
                    <w:t xml:space="preserve">questões </w:t>
                  </w:r>
                </w:p>
              </w:tc>
              <w:tc>
                <w:tcPr>
                  <w:tcW w:w="6555" w:type="dxa"/>
                  <w:gridSpan w:val="5"/>
                  <w:vMerge/>
                </w:tcPr>
                <w:p w14:paraId="595B469F" w14:textId="77777777" w:rsidR="0097296A" w:rsidRPr="007204D9" w:rsidRDefault="0097296A"/>
              </w:tc>
            </w:tr>
            <w:tr w:rsidR="0097296A" w:rsidRPr="007204D9" w14:paraId="13AE1D4B" w14:textId="77777777">
              <w:trPr>
                <w:trHeight w:val="448"/>
              </w:trPr>
              <w:tc>
                <w:tcPr>
                  <w:tcW w:w="1311" w:type="dxa"/>
                  <w:vMerge/>
                </w:tcPr>
                <w:p w14:paraId="2E29585E" w14:textId="77777777" w:rsidR="0097296A" w:rsidRPr="007204D9" w:rsidRDefault="0097296A"/>
              </w:tc>
              <w:tc>
                <w:tcPr>
                  <w:tcW w:w="240" w:type="dxa"/>
                  <w:tcMar>
                    <w:left w:w="0" w:type="dxa"/>
                    <w:right w:w="0" w:type="dxa"/>
                  </w:tcMar>
                </w:tcPr>
                <w:p w14:paraId="032FEBF6" w14:textId="77777777" w:rsidR="0097296A" w:rsidRPr="007204D9" w:rsidRDefault="00000000">
                  <w:pPr>
                    <w:autoSpaceDE w:val="0"/>
                    <w:autoSpaceDN w:val="0"/>
                    <w:spacing w:before="102" w:after="0" w:line="200" w:lineRule="exact"/>
                    <w:jc w:val="center"/>
                  </w:pPr>
                  <w:r w:rsidRPr="007204D9">
                    <w:rPr>
                      <w:color w:val="000000"/>
                      <w:sz w:val="18"/>
                    </w:rPr>
                    <w:t>0</w:t>
                  </w:r>
                </w:p>
              </w:tc>
              <w:tc>
                <w:tcPr>
                  <w:tcW w:w="1460" w:type="dxa"/>
                  <w:tcMar>
                    <w:left w:w="0" w:type="dxa"/>
                    <w:right w:w="0" w:type="dxa"/>
                  </w:tcMar>
                </w:tcPr>
                <w:p w14:paraId="607BFFBA" w14:textId="77777777" w:rsidR="0097296A" w:rsidRPr="007204D9" w:rsidRDefault="00000000">
                  <w:pPr>
                    <w:autoSpaceDE w:val="0"/>
                    <w:autoSpaceDN w:val="0"/>
                    <w:spacing w:before="102" w:after="0" w:line="200" w:lineRule="exact"/>
                    <w:ind w:left="96"/>
                  </w:pPr>
                  <w:r w:rsidRPr="007204D9">
                    <w:rPr>
                      <w:color w:val="000000"/>
                      <w:sz w:val="18"/>
                    </w:rPr>
                    <w:t xml:space="preserve">questões </w:t>
                  </w:r>
                </w:p>
              </w:tc>
              <w:tc>
                <w:tcPr>
                  <w:tcW w:w="6555" w:type="dxa"/>
                  <w:gridSpan w:val="5"/>
                  <w:vMerge/>
                </w:tcPr>
                <w:p w14:paraId="100E67BB" w14:textId="77777777" w:rsidR="0097296A" w:rsidRPr="007204D9" w:rsidRDefault="0097296A"/>
              </w:tc>
            </w:tr>
          </w:tbl>
          <w:p w14:paraId="19A68E1B" w14:textId="77777777" w:rsidR="0097296A" w:rsidRPr="007204D9" w:rsidRDefault="0097296A">
            <w:pPr>
              <w:autoSpaceDE w:val="0"/>
              <w:autoSpaceDN w:val="0"/>
              <w:spacing w:after="0" w:line="14" w:lineRule="exact"/>
            </w:pPr>
          </w:p>
        </w:tc>
      </w:tr>
    </w:tbl>
    <w:p w14:paraId="7A3F3663" w14:textId="77777777" w:rsidR="0097296A" w:rsidRPr="007204D9" w:rsidRDefault="00000000">
      <w:pPr>
        <w:autoSpaceDE w:val="0"/>
        <w:autoSpaceDN w:val="0"/>
        <w:spacing w:before="8244" w:after="0" w:line="266" w:lineRule="exact"/>
        <w:ind w:right="210"/>
        <w:jc w:val="right"/>
      </w:pPr>
      <w:r w:rsidRPr="007204D9">
        <w:rPr>
          <w:color w:val="000000"/>
          <w:sz w:val="24"/>
        </w:rPr>
        <w:t>29</w:t>
      </w:r>
    </w:p>
    <w:p w14:paraId="66165B5D" w14:textId="77777777" w:rsidR="0097296A" w:rsidRPr="007204D9" w:rsidRDefault="0097296A">
      <w:pPr>
        <w:sectPr w:rsidR="0097296A" w:rsidRPr="007204D9">
          <w:pgSz w:w="11906" w:h="16838"/>
          <w:pgMar w:top="340" w:right="510" w:bottom="340" w:left="876" w:header="720" w:footer="720" w:gutter="0"/>
          <w:cols w:space="720"/>
          <w:docGrid w:linePitch="360"/>
        </w:sectPr>
      </w:pPr>
    </w:p>
    <w:p w14:paraId="02BBF21B" w14:textId="77777777" w:rsidR="0097296A" w:rsidRPr="007204D9" w:rsidRDefault="0097296A">
      <w:pPr>
        <w:autoSpaceDE w:val="0"/>
        <w:autoSpaceDN w:val="0"/>
        <w:spacing w:after="474" w:line="220" w:lineRule="exact"/>
      </w:pPr>
    </w:p>
    <w:p w14:paraId="7F4397D3" w14:textId="77777777" w:rsidR="0097296A" w:rsidRPr="007204D9" w:rsidRDefault="00000000">
      <w:pPr>
        <w:autoSpaceDE w:val="0"/>
        <w:autoSpaceDN w:val="0"/>
        <w:spacing w:after="254" w:line="338" w:lineRule="exact"/>
      </w:pPr>
      <w:r w:rsidRPr="007204D9">
        <w:rPr>
          <w:color w:val="000000"/>
          <w:sz w:val="24"/>
        </w:rPr>
        <w:t xml:space="preserve">DIAGNÓSTICO </w:t>
      </w:r>
    </w:p>
    <w:tbl>
      <w:tblPr>
        <w:tblW w:w="0" w:type="auto"/>
        <w:tblInd w:w="170" w:type="dxa"/>
        <w:tblLayout w:type="fixed"/>
        <w:tblLook w:val="04A0" w:firstRow="1" w:lastRow="0" w:firstColumn="1" w:lastColumn="0" w:noHBand="0" w:noVBand="1"/>
      </w:tblPr>
      <w:tblGrid>
        <w:gridCol w:w="9908"/>
      </w:tblGrid>
      <w:tr w:rsidR="0097296A" w:rsidRPr="007204D9" w14:paraId="125012AC" w14:textId="77777777">
        <w:trPr>
          <w:trHeight w:val="668"/>
        </w:trPr>
        <w:tc>
          <w:tcPr>
            <w:tcW w:w="9908" w:type="dxa"/>
            <w:tcBorders>
              <w:top w:val="single" w:sz="4" w:space="0" w:color="auto"/>
              <w:left w:val="single" w:sz="4" w:space="0" w:color="auto"/>
              <w:bottom w:val="single" w:sz="3" w:space="0" w:color="auto"/>
              <w:right w:val="single" w:sz="4" w:space="0" w:color="auto"/>
            </w:tcBorders>
            <w:tcMar>
              <w:left w:w="0" w:type="dxa"/>
              <w:right w:w="0" w:type="dxa"/>
            </w:tcMar>
          </w:tcPr>
          <w:p w14:paraId="5F246553" w14:textId="77777777" w:rsidR="0097296A" w:rsidRPr="007204D9" w:rsidRDefault="00000000">
            <w:pPr>
              <w:autoSpaceDE w:val="0"/>
              <w:autoSpaceDN w:val="0"/>
              <w:spacing w:before="4" w:after="0" w:line="338" w:lineRule="exact"/>
              <w:ind w:left="112"/>
            </w:pPr>
            <w:r w:rsidRPr="007204D9">
              <w:rPr>
                <w:color w:val="000000"/>
              </w:rPr>
              <w:t>Restrição</w:t>
            </w:r>
            <w:r w:rsidRPr="007204D9">
              <w:rPr>
                <w:color w:val="000000"/>
                <w:w w:val="101"/>
                <w:sz w:val="23"/>
              </w:rPr>
              <w:t>1:</w:t>
            </w:r>
          </w:p>
        </w:tc>
      </w:tr>
      <w:tr w:rsidR="0097296A" w:rsidRPr="007204D9" w14:paraId="1B5AD9C1" w14:textId="77777777">
        <w:trPr>
          <w:trHeight w:val="660"/>
        </w:trPr>
        <w:tc>
          <w:tcPr>
            <w:tcW w:w="9908" w:type="dxa"/>
            <w:tcBorders>
              <w:top w:val="single" w:sz="3" w:space="0" w:color="auto"/>
              <w:left w:val="single" w:sz="4" w:space="0" w:color="auto"/>
              <w:bottom w:val="single" w:sz="3" w:space="0" w:color="auto"/>
              <w:right w:val="single" w:sz="4" w:space="0" w:color="auto"/>
            </w:tcBorders>
            <w:tcMar>
              <w:left w:w="0" w:type="dxa"/>
              <w:right w:w="0" w:type="dxa"/>
            </w:tcMar>
          </w:tcPr>
          <w:p w14:paraId="24E90B15" w14:textId="77777777" w:rsidR="0097296A" w:rsidRPr="007204D9" w:rsidRDefault="00000000">
            <w:pPr>
              <w:autoSpaceDE w:val="0"/>
              <w:autoSpaceDN w:val="0"/>
              <w:spacing w:before="4" w:after="0" w:line="338" w:lineRule="exact"/>
              <w:ind w:left="112"/>
            </w:pPr>
            <w:r w:rsidRPr="007204D9">
              <w:rPr>
                <w:color w:val="000000"/>
                <w:sz w:val="24"/>
              </w:rPr>
              <w:t xml:space="preserve">Providências: </w:t>
            </w:r>
          </w:p>
        </w:tc>
      </w:tr>
      <w:tr w:rsidR="0097296A" w:rsidRPr="007204D9" w14:paraId="1EE642AC" w14:textId="77777777">
        <w:trPr>
          <w:trHeight w:val="664"/>
        </w:trPr>
        <w:tc>
          <w:tcPr>
            <w:tcW w:w="9908" w:type="dxa"/>
            <w:tcBorders>
              <w:top w:val="single" w:sz="3" w:space="0" w:color="auto"/>
              <w:left w:val="single" w:sz="4" w:space="0" w:color="auto"/>
              <w:bottom w:val="single" w:sz="4" w:space="0" w:color="auto"/>
              <w:right w:val="single" w:sz="4" w:space="0" w:color="auto"/>
            </w:tcBorders>
            <w:tcMar>
              <w:left w:w="0" w:type="dxa"/>
              <w:right w:w="0" w:type="dxa"/>
            </w:tcMar>
          </w:tcPr>
          <w:p w14:paraId="076092A4" w14:textId="77777777" w:rsidR="0097296A" w:rsidRPr="007204D9" w:rsidRDefault="00000000">
            <w:pPr>
              <w:autoSpaceDE w:val="0"/>
              <w:autoSpaceDN w:val="0"/>
              <w:spacing w:before="4" w:after="0" w:line="338" w:lineRule="exact"/>
              <w:ind w:left="112"/>
            </w:pPr>
            <w:r w:rsidRPr="007204D9">
              <w:rPr>
                <w:color w:val="000000"/>
                <w:sz w:val="24"/>
              </w:rPr>
              <w:t xml:space="preserve">Prazo: </w:t>
            </w:r>
          </w:p>
        </w:tc>
      </w:tr>
      <w:tr w:rsidR="0097296A" w:rsidRPr="007204D9" w14:paraId="2D241BDC" w14:textId="77777777">
        <w:trPr>
          <w:trHeight w:val="1646"/>
        </w:trPr>
        <w:tc>
          <w:tcPr>
            <w:tcW w:w="9908" w:type="dxa"/>
            <w:tcBorders>
              <w:top w:val="single" w:sz="4" w:space="0" w:color="auto"/>
              <w:left w:val="single" w:sz="4" w:space="0" w:color="auto"/>
              <w:bottom w:val="single" w:sz="4" w:space="0" w:color="auto"/>
              <w:right w:val="single" w:sz="4" w:space="0" w:color="auto"/>
            </w:tcBorders>
            <w:tcMar>
              <w:left w:w="0" w:type="dxa"/>
              <w:right w:w="0" w:type="dxa"/>
            </w:tcMar>
          </w:tcPr>
          <w:p w14:paraId="02987098" w14:textId="77777777" w:rsidR="0097296A" w:rsidRPr="007204D9" w:rsidRDefault="00000000">
            <w:pPr>
              <w:autoSpaceDE w:val="0"/>
              <w:autoSpaceDN w:val="0"/>
              <w:spacing w:before="2" w:after="0" w:line="338" w:lineRule="exact"/>
              <w:ind w:left="112"/>
            </w:pPr>
            <w:r w:rsidRPr="007204D9">
              <w:rPr>
                <w:color w:val="000000"/>
                <w:sz w:val="24"/>
              </w:rPr>
              <w:t xml:space="preserve">Fotos: </w:t>
            </w:r>
          </w:p>
        </w:tc>
      </w:tr>
      <w:tr w:rsidR="0097296A" w:rsidRPr="007204D9" w14:paraId="0517AD4A" w14:textId="77777777">
        <w:trPr>
          <w:trHeight w:val="336"/>
        </w:trPr>
        <w:tc>
          <w:tcPr>
            <w:tcW w:w="9908" w:type="dxa"/>
            <w:tcBorders>
              <w:top w:val="single" w:sz="4" w:space="0" w:color="auto"/>
              <w:left w:val="single" w:sz="4" w:space="0" w:color="auto"/>
              <w:bottom w:val="single" w:sz="4" w:space="0" w:color="auto"/>
              <w:right w:val="single" w:sz="4" w:space="0" w:color="auto"/>
            </w:tcBorders>
            <w:tcMar>
              <w:left w:w="0" w:type="dxa"/>
              <w:right w:w="0" w:type="dxa"/>
            </w:tcMar>
          </w:tcPr>
          <w:p w14:paraId="5D4D99F1" w14:textId="77777777" w:rsidR="0097296A" w:rsidRPr="007204D9" w:rsidRDefault="0097296A"/>
        </w:tc>
      </w:tr>
      <w:tr w:rsidR="0097296A" w:rsidRPr="007204D9" w14:paraId="05533165" w14:textId="77777777">
        <w:trPr>
          <w:trHeight w:val="660"/>
        </w:trPr>
        <w:tc>
          <w:tcPr>
            <w:tcW w:w="9908" w:type="dxa"/>
            <w:tcBorders>
              <w:top w:val="single" w:sz="4" w:space="0" w:color="auto"/>
              <w:left w:val="single" w:sz="4" w:space="0" w:color="auto"/>
              <w:bottom w:val="single" w:sz="4" w:space="0" w:color="auto"/>
              <w:right w:val="single" w:sz="4" w:space="0" w:color="auto"/>
            </w:tcBorders>
            <w:tcMar>
              <w:left w:w="0" w:type="dxa"/>
              <w:right w:w="0" w:type="dxa"/>
            </w:tcMar>
          </w:tcPr>
          <w:p w14:paraId="785F9139" w14:textId="77777777" w:rsidR="0097296A" w:rsidRPr="007204D9" w:rsidRDefault="00000000">
            <w:pPr>
              <w:autoSpaceDE w:val="0"/>
              <w:autoSpaceDN w:val="0"/>
              <w:spacing w:before="2" w:after="0" w:line="338" w:lineRule="exact"/>
              <w:ind w:left="112"/>
            </w:pPr>
            <w:r w:rsidRPr="007204D9">
              <w:rPr>
                <w:color w:val="000000"/>
              </w:rPr>
              <w:t>Restrição</w:t>
            </w:r>
            <w:r w:rsidRPr="007204D9">
              <w:rPr>
                <w:color w:val="000000"/>
                <w:w w:val="101"/>
                <w:sz w:val="23"/>
              </w:rPr>
              <w:t>2:</w:t>
            </w:r>
          </w:p>
        </w:tc>
      </w:tr>
      <w:tr w:rsidR="0097296A" w:rsidRPr="007204D9" w14:paraId="3E5B7B54" w14:textId="77777777">
        <w:trPr>
          <w:trHeight w:val="664"/>
        </w:trPr>
        <w:tc>
          <w:tcPr>
            <w:tcW w:w="9908" w:type="dxa"/>
            <w:tcBorders>
              <w:top w:val="single" w:sz="4" w:space="0" w:color="auto"/>
              <w:left w:val="single" w:sz="4" w:space="0" w:color="auto"/>
              <w:bottom w:val="single" w:sz="4" w:space="0" w:color="auto"/>
              <w:right w:val="single" w:sz="4" w:space="0" w:color="auto"/>
            </w:tcBorders>
            <w:tcMar>
              <w:left w:w="0" w:type="dxa"/>
              <w:right w:w="0" w:type="dxa"/>
            </w:tcMar>
          </w:tcPr>
          <w:p w14:paraId="639AA291" w14:textId="77777777" w:rsidR="0097296A" w:rsidRPr="007204D9" w:rsidRDefault="00000000">
            <w:pPr>
              <w:autoSpaceDE w:val="0"/>
              <w:autoSpaceDN w:val="0"/>
              <w:spacing w:before="4" w:after="0" w:line="338" w:lineRule="exact"/>
              <w:ind w:left="112"/>
            </w:pPr>
            <w:r w:rsidRPr="007204D9">
              <w:rPr>
                <w:color w:val="000000"/>
                <w:sz w:val="24"/>
              </w:rPr>
              <w:t xml:space="preserve">Providências: </w:t>
            </w:r>
          </w:p>
        </w:tc>
      </w:tr>
      <w:tr w:rsidR="0097296A" w:rsidRPr="007204D9" w14:paraId="7DBA81D0" w14:textId="77777777">
        <w:trPr>
          <w:trHeight w:val="666"/>
        </w:trPr>
        <w:tc>
          <w:tcPr>
            <w:tcW w:w="9908" w:type="dxa"/>
            <w:tcBorders>
              <w:top w:val="single" w:sz="4" w:space="0" w:color="auto"/>
              <w:left w:val="single" w:sz="4" w:space="0" w:color="auto"/>
              <w:bottom w:val="single" w:sz="4" w:space="0" w:color="auto"/>
              <w:right w:val="single" w:sz="4" w:space="0" w:color="auto"/>
            </w:tcBorders>
            <w:tcMar>
              <w:left w:w="0" w:type="dxa"/>
              <w:right w:w="0" w:type="dxa"/>
            </w:tcMar>
          </w:tcPr>
          <w:p w14:paraId="56971982" w14:textId="77777777" w:rsidR="0097296A" w:rsidRPr="007204D9" w:rsidRDefault="00000000">
            <w:pPr>
              <w:autoSpaceDE w:val="0"/>
              <w:autoSpaceDN w:val="0"/>
              <w:spacing w:after="0" w:line="338" w:lineRule="exact"/>
              <w:ind w:left="112"/>
            </w:pPr>
            <w:r w:rsidRPr="007204D9">
              <w:rPr>
                <w:color w:val="000000"/>
                <w:sz w:val="24"/>
              </w:rPr>
              <w:t xml:space="preserve">Prazo: </w:t>
            </w:r>
          </w:p>
        </w:tc>
      </w:tr>
      <w:tr w:rsidR="0097296A" w:rsidRPr="007204D9" w14:paraId="326080A3" w14:textId="77777777">
        <w:trPr>
          <w:trHeight w:val="1644"/>
        </w:trPr>
        <w:tc>
          <w:tcPr>
            <w:tcW w:w="9908" w:type="dxa"/>
            <w:tcBorders>
              <w:top w:val="single" w:sz="4" w:space="0" w:color="auto"/>
              <w:left w:val="single" w:sz="4" w:space="0" w:color="auto"/>
              <w:bottom w:val="single" w:sz="4" w:space="0" w:color="auto"/>
              <w:right w:val="single" w:sz="4" w:space="0" w:color="auto"/>
            </w:tcBorders>
            <w:tcMar>
              <w:left w:w="0" w:type="dxa"/>
              <w:right w:w="0" w:type="dxa"/>
            </w:tcMar>
          </w:tcPr>
          <w:p w14:paraId="771316D9" w14:textId="77777777" w:rsidR="0097296A" w:rsidRPr="007204D9" w:rsidRDefault="00000000">
            <w:pPr>
              <w:autoSpaceDE w:val="0"/>
              <w:autoSpaceDN w:val="0"/>
              <w:spacing w:before="2" w:after="0" w:line="338" w:lineRule="exact"/>
              <w:ind w:left="112"/>
            </w:pPr>
            <w:r w:rsidRPr="007204D9">
              <w:rPr>
                <w:color w:val="000000"/>
                <w:sz w:val="24"/>
              </w:rPr>
              <w:t xml:space="preserve">Fotos: </w:t>
            </w:r>
          </w:p>
        </w:tc>
      </w:tr>
    </w:tbl>
    <w:p w14:paraId="3B33C628" w14:textId="77777777" w:rsidR="0097296A" w:rsidRPr="007204D9" w:rsidRDefault="00000000">
      <w:pPr>
        <w:autoSpaceDE w:val="0"/>
        <w:autoSpaceDN w:val="0"/>
        <w:spacing w:before="602" w:after="0" w:line="354" w:lineRule="exact"/>
        <w:ind w:left="962" w:right="536" w:firstLine="706"/>
        <w:jc w:val="both"/>
      </w:pPr>
      <w:r w:rsidRPr="007204D9">
        <w:rPr>
          <w:color w:val="000000"/>
          <w:w w:val="98"/>
          <w:sz w:val="25"/>
        </w:rPr>
        <w:t xml:space="preserve">Cada subárea do Instrumento gera um percentual de atendimento às conformidades legais e normativas avaliadas nos quesitos. Dessa forma, esse percentual pode ser utilizado pelo vistoriador como critério </w:t>
      </w:r>
      <w:r w:rsidRPr="007204D9">
        <w:rPr>
          <w:color w:val="000000"/>
          <w:w w:val="102"/>
          <w:sz w:val="24"/>
        </w:rPr>
        <w:t xml:space="preserve">auxiliador </w:t>
      </w:r>
      <w:r w:rsidRPr="007204D9">
        <w:rPr>
          <w:color w:val="000000"/>
          <w:w w:val="98"/>
          <w:sz w:val="25"/>
        </w:rPr>
        <w:t>na avaliação final do estádio.</w:t>
      </w:r>
    </w:p>
    <w:p w14:paraId="4C45B74F" w14:textId="77777777" w:rsidR="0097296A" w:rsidRPr="007204D9" w:rsidRDefault="00000000">
      <w:pPr>
        <w:autoSpaceDE w:val="0"/>
        <w:autoSpaceDN w:val="0"/>
        <w:spacing w:before="20" w:after="0" w:line="328" w:lineRule="exact"/>
        <w:ind w:left="962" w:right="548" w:firstLine="706"/>
        <w:jc w:val="both"/>
      </w:pPr>
      <w:r w:rsidRPr="007204D9">
        <w:rPr>
          <w:color w:val="000000"/>
          <w:w w:val="98"/>
          <w:sz w:val="25"/>
        </w:rPr>
        <w:t>A partir da análise conjunta dos diagnósticos quantitativo e qualitativo deve-se chegar à conclusão final de avaliação do estádio para a emissão do laudo de Condições Sanitárias e de Higiene.</w:t>
      </w:r>
    </w:p>
    <w:p w14:paraId="2996362E" w14:textId="1C14E561" w:rsidR="0097296A" w:rsidRPr="007204D9" w:rsidRDefault="00000000">
      <w:pPr>
        <w:autoSpaceDE w:val="0"/>
        <w:autoSpaceDN w:val="0"/>
        <w:spacing w:before="4" w:after="0" w:line="326" w:lineRule="exact"/>
        <w:ind w:left="962" w:right="550" w:firstLine="706"/>
        <w:jc w:val="both"/>
      </w:pPr>
      <w:r w:rsidRPr="007204D9">
        <w:rPr>
          <w:color w:val="000000"/>
          <w:w w:val="98"/>
          <w:sz w:val="25"/>
        </w:rPr>
        <w:t xml:space="preserve">Para a emissão do laudo de Condições Sanitárias e de Higiene dos estádios, deve ser considerado como parte da avaliação quantitativa, o </w:t>
      </w:r>
      <w:r w:rsidRPr="007204D9">
        <w:rPr>
          <w:color w:val="000000"/>
          <w:sz w:val="24"/>
        </w:rPr>
        <w:t xml:space="preserve">percentual de atendimento total como preconizado na Resolução RDC nº </w:t>
      </w:r>
      <w:r w:rsidRPr="007204D9">
        <w:rPr>
          <w:color w:val="000000"/>
          <w:w w:val="98"/>
          <w:sz w:val="25"/>
        </w:rPr>
        <w:t>275, de 21 de outubro de 2002, conforme</w:t>
      </w:r>
      <w:r w:rsidR="006B510E">
        <w:rPr>
          <w:color w:val="000000"/>
          <w:w w:val="98"/>
          <w:sz w:val="25"/>
        </w:rPr>
        <w:t xml:space="preserve"> </w:t>
      </w:r>
      <w:r w:rsidRPr="007204D9">
        <w:rPr>
          <w:color w:val="000000"/>
          <w:w w:val="98"/>
          <w:sz w:val="25"/>
        </w:rPr>
        <w:t>demonstrado abaixo:</w:t>
      </w:r>
    </w:p>
    <w:p w14:paraId="02A94C72" w14:textId="77777777" w:rsidR="0097296A" w:rsidRPr="007204D9" w:rsidRDefault="00000000">
      <w:pPr>
        <w:autoSpaceDE w:val="0"/>
        <w:autoSpaceDN w:val="0"/>
        <w:spacing w:before="1542" w:after="0" w:line="266" w:lineRule="exact"/>
        <w:ind w:right="638"/>
        <w:jc w:val="right"/>
      </w:pPr>
      <w:r w:rsidRPr="007204D9">
        <w:rPr>
          <w:color w:val="000000"/>
          <w:sz w:val="24"/>
        </w:rPr>
        <w:t>30</w:t>
      </w:r>
    </w:p>
    <w:p w14:paraId="33E65AB3" w14:textId="77777777" w:rsidR="0097296A" w:rsidRPr="007204D9" w:rsidRDefault="0097296A">
      <w:pPr>
        <w:sectPr w:rsidR="0097296A" w:rsidRPr="007204D9">
          <w:pgSz w:w="11906" w:h="16838"/>
          <w:pgMar w:top="340" w:right="1064" w:bottom="340" w:left="740" w:header="720" w:footer="720" w:gutter="0"/>
          <w:cols w:space="720"/>
          <w:docGrid w:linePitch="360"/>
        </w:sectPr>
      </w:pPr>
    </w:p>
    <w:p w14:paraId="27326218" w14:textId="77777777" w:rsidR="0097296A" w:rsidRPr="007204D9" w:rsidRDefault="0097296A">
      <w:pPr>
        <w:autoSpaceDE w:val="0"/>
        <w:autoSpaceDN w:val="0"/>
        <w:spacing w:after="374" w:line="220" w:lineRule="exact"/>
      </w:pPr>
    </w:p>
    <w:tbl>
      <w:tblPr>
        <w:tblW w:w="0" w:type="auto"/>
        <w:tblInd w:w="860" w:type="dxa"/>
        <w:tblLayout w:type="fixed"/>
        <w:tblLook w:val="04A0" w:firstRow="1" w:lastRow="0" w:firstColumn="1" w:lastColumn="0" w:noHBand="0" w:noVBand="1"/>
      </w:tblPr>
      <w:tblGrid>
        <w:gridCol w:w="5060"/>
        <w:gridCol w:w="2940"/>
      </w:tblGrid>
      <w:tr w:rsidR="0097296A" w:rsidRPr="007204D9" w14:paraId="10E76F36" w14:textId="77777777">
        <w:trPr>
          <w:trHeight w:val="1232"/>
        </w:trPr>
        <w:tc>
          <w:tcPr>
            <w:tcW w:w="5060" w:type="dxa"/>
            <w:tcMar>
              <w:left w:w="0" w:type="dxa"/>
              <w:right w:w="0" w:type="dxa"/>
            </w:tcMar>
          </w:tcPr>
          <w:p w14:paraId="52E9EDC3" w14:textId="6C7B6F63" w:rsidR="0097296A" w:rsidRPr="007204D9" w:rsidRDefault="00000000">
            <w:pPr>
              <w:autoSpaceDE w:val="0"/>
              <w:autoSpaceDN w:val="0"/>
              <w:spacing w:before="66" w:after="0" w:line="272" w:lineRule="exact"/>
              <w:ind w:left="862"/>
            </w:pPr>
            <w:r w:rsidRPr="007204D9">
              <w:rPr>
                <w:color w:val="000000"/>
                <w:w w:val="98"/>
                <w:sz w:val="23"/>
              </w:rPr>
              <w:t>Critério</w:t>
            </w:r>
            <w:r w:rsidR="006B510E">
              <w:rPr>
                <w:color w:val="000000"/>
                <w:w w:val="98"/>
                <w:sz w:val="23"/>
              </w:rPr>
              <w:t xml:space="preserve"> </w:t>
            </w:r>
            <w:r w:rsidRPr="007204D9">
              <w:rPr>
                <w:color w:val="000000"/>
                <w:w w:val="98"/>
                <w:sz w:val="23"/>
              </w:rPr>
              <w:t>Quantita</w:t>
            </w:r>
            <w:r w:rsidRPr="007204D9">
              <w:rPr>
                <w:color w:val="000000"/>
                <w:w w:val="98"/>
                <w:sz w:val="23"/>
              </w:rPr>
              <w:t>tivo</w:t>
            </w:r>
            <w:r w:rsidR="006B510E">
              <w:rPr>
                <w:color w:val="000000"/>
                <w:w w:val="98"/>
                <w:sz w:val="23"/>
              </w:rPr>
              <w:t xml:space="preserve"> </w:t>
            </w:r>
            <w:r w:rsidRPr="007204D9">
              <w:rPr>
                <w:color w:val="000000"/>
                <w:w w:val="98"/>
                <w:sz w:val="23"/>
              </w:rPr>
              <w:t>de</w:t>
            </w:r>
            <w:r w:rsidR="006B510E">
              <w:rPr>
                <w:color w:val="000000"/>
                <w:w w:val="98"/>
                <w:sz w:val="23"/>
              </w:rPr>
              <w:t xml:space="preserve"> </w:t>
            </w:r>
            <w:r w:rsidRPr="007204D9">
              <w:rPr>
                <w:color w:val="000000"/>
                <w:w w:val="98"/>
                <w:sz w:val="23"/>
              </w:rPr>
              <w:t xml:space="preserve">Avaliação: </w:t>
            </w:r>
            <w:r w:rsidRPr="007204D9">
              <w:rPr>
                <w:color w:val="000000"/>
                <w:w w:val="98"/>
                <w:sz w:val="25"/>
              </w:rPr>
              <w:t xml:space="preserve">Aprovado </w:t>
            </w:r>
            <w:r w:rsidRPr="007204D9">
              <w:br/>
            </w:r>
            <w:r w:rsidRPr="007204D9">
              <w:rPr>
                <w:color w:val="000000"/>
                <w:w w:val="98"/>
                <w:sz w:val="25"/>
              </w:rPr>
              <w:t>Aprovado com restrições</w:t>
            </w:r>
          </w:p>
          <w:p w14:paraId="735330C5" w14:textId="77777777" w:rsidR="0097296A" w:rsidRPr="007204D9" w:rsidRDefault="00000000">
            <w:pPr>
              <w:autoSpaceDE w:val="0"/>
              <w:autoSpaceDN w:val="0"/>
              <w:spacing w:before="22" w:after="0" w:line="268" w:lineRule="exact"/>
              <w:ind w:left="862"/>
            </w:pPr>
            <w:r w:rsidRPr="007204D9">
              <w:rPr>
                <w:color w:val="000000"/>
                <w:w w:val="98"/>
                <w:sz w:val="25"/>
              </w:rPr>
              <w:t>Não aprovado</w:t>
            </w:r>
          </w:p>
        </w:tc>
        <w:tc>
          <w:tcPr>
            <w:tcW w:w="2940" w:type="dxa"/>
            <w:tcMar>
              <w:left w:w="0" w:type="dxa"/>
              <w:right w:w="0" w:type="dxa"/>
            </w:tcMar>
          </w:tcPr>
          <w:p w14:paraId="5982FB16" w14:textId="77777777" w:rsidR="0097296A" w:rsidRPr="007204D9" w:rsidRDefault="00000000">
            <w:pPr>
              <w:autoSpaceDE w:val="0"/>
              <w:autoSpaceDN w:val="0"/>
              <w:spacing w:before="324" w:after="0" w:line="282" w:lineRule="exact"/>
              <w:ind w:left="122" w:right="1440"/>
            </w:pPr>
            <w:r w:rsidRPr="007204D9">
              <w:rPr>
                <w:color w:val="000000"/>
                <w:sz w:val="24"/>
              </w:rPr>
              <w:t xml:space="preserve">76% a 100% </w:t>
            </w:r>
            <w:r w:rsidRPr="007204D9">
              <w:br/>
            </w:r>
            <w:r w:rsidRPr="007204D9">
              <w:rPr>
                <w:color w:val="000000"/>
                <w:sz w:val="24"/>
              </w:rPr>
              <w:t xml:space="preserve">51% a 75% </w:t>
            </w:r>
            <w:r w:rsidRPr="007204D9">
              <w:br/>
            </w:r>
            <w:r w:rsidRPr="007204D9">
              <w:rPr>
                <w:color w:val="000000"/>
                <w:sz w:val="24"/>
              </w:rPr>
              <w:t xml:space="preserve">0 a 50% </w:t>
            </w:r>
          </w:p>
        </w:tc>
      </w:tr>
    </w:tbl>
    <w:p w14:paraId="19A21388" w14:textId="566D1310" w:rsidR="0097296A" w:rsidRPr="007204D9" w:rsidRDefault="00000000">
      <w:pPr>
        <w:tabs>
          <w:tab w:val="left" w:pos="1668"/>
        </w:tabs>
        <w:autoSpaceDE w:val="0"/>
        <w:autoSpaceDN w:val="0"/>
        <w:spacing w:before="290" w:after="0" w:line="328" w:lineRule="exact"/>
        <w:ind w:left="962" w:right="864"/>
      </w:pPr>
      <w:r w:rsidRPr="007204D9">
        <w:tab/>
      </w:r>
      <w:r w:rsidRPr="007204D9">
        <w:rPr>
          <w:color w:val="000000"/>
          <w:sz w:val="25"/>
        </w:rPr>
        <w:t>Os valores de atendimento total são obtidos a partir do somatório de atendimento</w:t>
      </w:r>
      <w:r w:rsidR="006B510E">
        <w:rPr>
          <w:color w:val="000000"/>
          <w:sz w:val="25"/>
        </w:rPr>
        <w:t xml:space="preserve"> </w:t>
      </w:r>
      <w:r w:rsidRPr="007204D9">
        <w:rPr>
          <w:color w:val="000000"/>
          <w:sz w:val="25"/>
        </w:rPr>
        <w:t>de cada subárea.</w:t>
      </w:r>
    </w:p>
    <w:p w14:paraId="79D4029F" w14:textId="77777777" w:rsidR="0097296A" w:rsidRPr="007204D9" w:rsidRDefault="00000000">
      <w:pPr>
        <w:tabs>
          <w:tab w:val="left" w:pos="1670"/>
        </w:tabs>
        <w:autoSpaceDE w:val="0"/>
        <w:autoSpaceDN w:val="0"/>
        <w:spacing w:after="0" w:line="436" w:lineRule="exact"/>
        <w:ind w:left="1016" w:right="1872"/>
      </w:pPr>
      <w:r w:rsidRPr="007204D9">
        <w:tab/>
      </w:r>
      <w:r w:rsidRPr="007204D9">
        <w:rPr>
          <w:color w:val="000000"/>
          <w:w w:val="98"/>
          <w:sz w:val="25"/>
        </w:rPr>
        <w:t xml:space="preserve">Percentual de atendimento total: </w:t>
      </w:r>
      <w:r w:rsidRPr="007204D9">
        <w:br/>
      </w:r>
      <w:r w:rsidRPr="007204D9">
        <w:rPr>
          <w:color w:val="000000"/>
          <w:sz w:val="18"/>
        </w:rPr>
        <w:t xml:space="preserve">% </w:t>
      </w:r>
      <w:r w:rsidRPr="007204D9">
        <w:rPr>
          <w:color w:val="000000"/>
          <w:sz w:val="18"/>
        </w:rPr>
        <w:t>𝐴𝑡𝑒𝑛𝑑𝑖𝑚𝑒𝑛𝑡𝑜</w:t>
      </w:r>
      <w:r w:rsidRPr="007204D9">
        <w:rPr>
          <w:color w:val="000000"/>
          <w:sz w:val="18"/>
        </w:rPr>
        <w:t xml:space="preserve"> = </w:t>
      </w:r>
      <w:r w:rsidRPr="007204D9">
        <w:rPr>
          <w:color w:val="000000"/>
          <w:sz w:val="18"/>
        </w:rPr>
        <w:t>𝐴𝑅𝑇</w:t>
      </w:r>
      <w:r w:rsidRPr="007204D9">
        <w:rPr>
          <w:color w:val="000000"/>
          <w:sz w:val="13"/>
        </w:rPr>
        <w:t>𝑆𝑎𝑛𝑖𝑡</w:t>
      </w:r>
      <w:r w:rsidRPr="007204D9">
        <w:rPr>
          <w:color w:val="000000"/>
          <w:sz w:val="13"/>
        </w:rPr>
        <w:t>&amp;</w:t>
      </w:r>
      <w:r w:rsidRPr="007204D9">
        <w:rPr>
          <w:color w:val="000000"/>
          <w:sz w:val="13"/>
        </w:rPr>
        <w:t>𝐸𝑓𝑙𝑢</w:t>
      </w:r>
      <w:r w:rsidRPr="007204D9">
        <w:rPr>
          <w:color w:val="000000"/>
          <w:sz w:val="13"/>
        </w:rPr>
        <w:t xml:space="preserve"> </w:t>
      </w:r>
      <w:r w:rsidRPr="007204D9">
        <w:rPr>
          <w:color w:val="000000"/>
          <w:sz w:val="18"/>
        </w:rPr>
        <w:t xml:space="preserve">+ </w:t>
      </w:r>
      <w:r w:rsidRPr="007204D9">
        <w:rPr>
          <w:color w:val="000000"/>
          <w:sz w:val="18"/>
        </w:rPr>
        <w:t>𝐴𝑅𝑇</w:t>
      </w:r>
      <w:r w:rsidRPr="007204D9">
        <w:rPr>
          <w:color w:val="000000"/>
          <w:sz w:val="13"/>
        </w:rPr>
        <w:t>𝑅𝑆</w:t>
      </w:r>
      <w:r w:rsidRPr="007204D9">
        <w:rPr>
          <w:color w:val="000000"/>
          <w:sz w:val="13"/>
        </w:rPr>
        <w:t>&amp;</w:t>
      </w:r>
      <w:r w:rsidRPr="007204D9">
        <w:rPr>
          <w:color w:val="000000"/>
          <w:sz w:val="13"/>
        </w:rPr>
        <w:t>𝐶𝑜𝑛𝑠𝑒𝑟𝑣</w:t>
      </w:r>
      <w:r w:rsidRPr="007204D9">
        <w:rPr>
          <w:color w:val="000000"/>
          <w:sz w:val="13"/>
        </w:rPr>
        <w:t xml:space="preserve"> </w:t>
      </w:r>
      <w:r w:rsidRPr="007204D9">
        <w:rPr>
          <w:color w:val="000000"/>
          <w:sz w:val="18"/>
        </w:rPr>
        <w:t xml:space="preserve">+ </w:t>
      </w:r>
      <w:r w:rsidRPr="007204D9">
        <w:rPr>
          <w:color w:val="000000"/>
          <w:sz w:val="18"/>
        </w:rPr>
        <w:t>𝐴𝑅𝑇</w:t>
      </w:r>
      <w:r w:rsidRPr="007204D9">
        <w:rPr>
          <w:color w:val="000000"/>
          <w:sz w:val="13"/>
        </w:rPr>
        <w:t>𝑀𝑎𝑛</w:t>
      </w:r>
      <w:r w:rsidRPr="007204D9">
        <w:rPr>
          <w:color w:val="000000"/>
          <w:sz w:val="13"/>
        </w:rPr>
        <w:t>&amp;</w:t>
      </w:r>
      <w:r w:rsidRPr="007204D9">
        <w:rPr>
          <w:color w:val="000000"/>
          <w:sz w:val="13"/>
        </w:rPr>
        <w:t>𝑉𝑒𝑛𝑑</w:t>
      </w:r>
      <w:r w:rsidRPr="007204D9">
        <w:rPr>
          <w:color w:val="000000"/>
          <w:sz w:val="13"/>
        </w:rPr>
        <w:t xml:space="preserve"> </w:t>
      </w:r>
      <w:r w:rsidRPr="007204D9">
        <w:rPr>
          <w:color w:val="000000"/>
          <w:sz w:val="13"/>
        </w:rPr>
        <w:t>𝐴𝑙𝑖𝑚</w:t>
      </w:r>
      <w:r w:rsidRPr="007204D9">
        <w:rPr>
          <w:color w:val="000000"/>
          <w:sz w:val="13"/>
        </w:rPr>
        <w:t xml:space="preserve"> </w:t>
      </w:r>
      <w:r w:rsidRPr="007204D9">
        <w:rPr>
          <w:color w:val="000000"/>
          <w:sz w:val="18"/>
        </w:rPr>
        <w:t xml:space="preserve">+ </w:t>
      </w:r>
      <w:r w:rsidRPr="007204D9">
        <w:rPr>
          <w:color w:val="000000"/>
          <w:sz w:val="18"/>
        </w:rPr>
        <w:t>𝐴𝑅𝑇</w:t>
      </w:r>
      <w:r w:rsidRPr="007204D9">
        <w:rPr>
          <w:color w:val="000000"/>
          <w:sz w:val="13"/>
        </w:rPr>
        <w:t>Á</w:t>
      </w:r>
      <w:r w:rsidRPr="007204D9">
        <w:rPr>
          <w:color w:val="000000"/>
          <w:sz w:val="13"/>
        </w:rPr>
        <w:t>𝑔𝑢𝑎</w:t>
      </w:r>
      <w:r w:rsidRPr="007204D9">
        <w:rPr>
          <w:color w:val="000000"/>
          <w:sz w:val="13"/>
        </w:rPr>
        <w:t xml:space="preserve"> </w:t>
      </w:r>
      <w:r w:rsidRPr="007204D9">
        <w:rPr>
          <w:color w:val="000000"/>
          <w:sz w:val="13"/>
        </w:rPr>
        <w:t>𝑝𝑜𝑡</w:t>
      </w:r>
      <w:r w:rsidRPr="007204D9">
        <w:rPr>
          <w:color w:val="000000"/>
          <w:sz w:val="13"/>
        </w:rPr>
        <w:t xml:space="preserve"> </w:t>
      </w:r>
      <w:r w:rsidRPr="007204D9">
        <w:rPr>
          <w:color w:val="000000"/>
          <w:sz w:val="18"/>
        </w:rPr>
        <w:t xml:space="preserve">+ </w:t>
      </w:r>
      <w:r w:rsidRPr="007204D9">
        <w:rPr>
          <w:color w:val="000000"/>
          <w:sz w:val="18"/>
        </w:rPr>
        <w:t>𝐴𝑅𝑇</w:t>
      </w:r>
      <w:r w:rsidRPr="007204D9">
        <w:rPr>
          <w:color w:val="000000"/>
          <w:sz w:val="13"/>
        </w:rPr>
        <w:t>𝑆𝑎</w:t>
      </w:r>
      <w:r w:rsidRPr="007204D9">
        <w:rPr>
          <w:color w:val="000000"/>
          <w:sz w:val="13"/>
        </w:rPr>
        <w:t>ú</w:t>
      </w:r>
      <w:r w:rsidRPr="007204D9">
        <w:rPr>
          <w:color w:val="000000"/>
          <w:sz w:val="13"/>
        </w:rPr>
        <w:t>𝑑𝑒</w:t>
      </w:r>
      <w:r w:rsidRPr="007204D9">
        <w:rPr>
          <w:color w:val="000000"/>
          <w:sz w:val="13"/>
        </w:rPr>
        <w:t xml:space="preserve"> </w:t>
      </w:r>
    </w:p>
    <w:p w14:paraId="55759322" w14:textId="77777777" w:rsidR="0097296A" w:rsidRPr="007204D9" w:rsidRDefault="00000000">
      <w:pPr>
        <w:autoSpaceDE w:val="0"/>
        <w:autoSpaceDN w:val="0"/>
        <w:spacing w:before="276" w:after="528" w:line="324" w:lineRule="exact"/>
      </w:pPr>
      <w:r w:rsidRPr="007204D9">
        <w:rPr>
          <w:color w:val="000000"/>
          <w:w w:val="98"/>
          <w:sz w:val="21"/>
        </w:rPr>
        <w:t>PARECER</w:t>
      </w:r>
    </w:p>
    <w:tbl>
      <w:tblPr>
        <w:tblW w:w="0" w:type="auto"/>
        <w:tblInd w:w="980" w:type="dxa"/>
        <w:tblLayout w:type="fixed"/>
        <w:tblLook w:val="04A0" w:firstRow="1" w:lastRow="0" w:firstColumn="1" w:lastColumn="0" w:noHBand="0" w:noVBand="1"/>
      </w:tblPr>
      <w:tblGrid>
        <w:gridCol w:w="8508"/>
      </w:tblGrid>
      <w:tr w:rsidR="0097296A" w:rsidRPr="007204D9" w14:paraId="7D453D2F" w14:textId="77777777">
        <w:trPr>
          <w:trHeight w:val="2644"/>
        </w:trPr>
        <w:tc>
          <w:tcPr>
            <w:tcW w:w="8508" w:type="dxa"/>
            <w:tcBorders>
              <w:top w:val="single" w:sz="4" w:space="0" w:color="auto"/>
              <w:left w:val="single" w:sz="4" w:space="0" w:color="auto"/>
              <w:right w:val="single" w:sz="4" w:space="0" w:color="auto"/>
            </w:tcBorders>
            <w:tcMar>
              <w:left w:w="0" w:type="dxa"/>
              <w:right w:w="0" w:type="dxa"/>
            </w:tcMar>
          </w:tcPr>
          <w:p w14:paraId="1A9A657B" w14:textId="3673492D" w:rsidR="0097296A" w:rsidRPr="007204D9" w:rsidRDefault="00000000">
            <w:pPr>
              <w:autoSpaceDE w:val="0"/>
              <w:autoSpaceDN w:val="0"/>
              <w:spacing w:before="6" w:after="246" w:line="338" w:lineRule="exact"/>
              <w:ind w:left="110"/>
            </w:pPr>
            <w:r w:rsidRPr="007204D9">
              <w:rPr>
                <w:color w:val="000000"/>
              </w:rPr>
              <w:t>Condições</w:t>
            </w:r>
            <w:r w:rsidR="006B510E">
              <w:rPr>
                <w:color w:val="000000"/>
              </w:rPr>
              <w:t xml:space="preserve"> </w:t>
            </w:r>
            <w:r w:rsidRPr="007204D9">
              <w:rPr>
                <w:color w:val="000000"/>
              </w:rPr>
              <w:t>Sanitárias</w:t>
            </w:r>
            <w:r w:rsidR="006B510E">
              <w:rPr>
                <w:color w:val="000000"/>
              </w:rPr>
              <w:t xml:space="preserve"> </w:t>
            </w:r>
            <w:r w:rsidRPr="007204D9">
              <w:rPr>
                <w:color w:val="000000"/>
              </w:rPr>
              <w:t>e</w:t>
            </w:r>
            <w:r w:rsidR="006B510E">
              <w:rPr>
                <w:color w:val="000000"/>
              </w:rPr>
              <w:t xml:space="preserve"> </w:t>
            </w:r>
            <w:r w:rsidRPr="007204D9">
              <w:rPr>
                <w:color w:val="000000"/>
              </w:rPr>
              <w:t>de</w:t>
            </w:r>
            <w:r w:rsidR="006B510E">
              <w:rPr>
                <w:color w:val="000000"/>
              </w:rPr>
              <w:t xml:space="preserve"> </w:t>
            </w:r>
            <w:r w:rsidRPr="007204D9">
              <w:rPr>
                <w:color w:val="000000"/>
              </w:rPr>
              <w:t>Higiene</w:t>
            </w:r>
          </w:p>
          <w:tbl>
            <w:tblPr>
              <w:tblW w:w="0" w:type="auto"/>
              <w:tblInd w:w="36" w:type="dxa"/>
              <w:tblLayout w:type="fixed"/>
              <w:tblLook w:val="04A0" w:firstRow="1" w:lastRow="0" w:firstColumn="1" w:lastColumn="0" w:noHBand="0" w:noVBand="1"/>
            </w:tblPr>
            <w:tblGrid>
              <w:gridCol w:w="3660"/>
              <w:gridCol w:w="1120"/>
              <w:gridCol w:w="2020"/>
            </w:tblGrid>
            <w:tr w:rsidR="0097296A" w:rsidRPr="007204D9" w14:paraId="07E3CF39" w14:textId="77777777">
              <w:trPr>
                <w:trHeight w:val="372"/>
              </w:trPr>
              <w:tc>
                <w:tcPr>
                  <w:tcW w:w="3660" w:type="dxa"/>
                  <w:tcMar>
                    <w:left w:w="0" w:type="dxa"/>
                    <w:right w:w="0" w:type="dxa"/>
                  </w:tcMar>
                </w:tcPr>
                <w:p w14:paraId="3033E944" w14:textId="77777777" w:rsidR="0097296A" w:rsidRPr="007204D9" w:rsidRDefault="00000000">
                  <w:pPr>
                    <w:autoSpaceDE w:val="0"/>
                    <w:autoSpaceDN w:val="0"/>
                    <w:spacing w:before="104" w:after="0" w:line="268" w:lineRule="exact"/>
                    <w:ind w:left="74"/>
                  </w:pPr>
                  <w:r w:rsidRPr="007204D9">
                    <w:rPr>
                      <w:color w:val="000000"/>
                      <w:w w:val="98"/>
                      <w:sz w:val="25"/>
                    </w:rPr>
                    <w:t>Aprovado</w:t>
                  </w:r>
                </w:p>
              </w:tc>
              <w:tc>
                <w:tcPr>
                  <w:tcW w:w="1120" w:type="dxa"/>
                  <w:vMerge w:val="restart"/>
                  <w:tcMar>
                    <w:left w:w="0" w:type="dxa"/>
                    <w:right w:w="0" w:type="dxa"/>
                  </w:tcMar>
                </w:tcPr>
                <w:p w14:paraId="5288976A" w14:textId="77777777" w:rsidR="0097296A" w:rsidRPr="007204D9" w:rsidRDefault="00000000">
                  <w:pPr>
                    <w:autoSpaceDE w:val="0"/>
                    <w:autoSpaceDN w:val="0"/>
                    <w:spacing w:before="60" w:after="0" w:line="338" w:lineRule="exact"/>
                    <w:ind w:right="264"/>
                    <w:jc w:val="right"/>
                  </w:pPr>
                  <w:r w:rsidRPr="007204D9">
                    <w:rPr>
                      <w:color w:val="000000"/>
                      <w:w w:val="101"/>
                      <w:sz w:val="23"/>
                    </w:rPr>
                    <w:t>(</w:t>
                  </w:r>
                </w:p>
              </w:tc>
              <w:tc>
                <w:tcPr>
                  <w:tcW w:w="2020" w:type="dxa"/>
                  <w:vMerge w:val="restart"/>
                  <w:tcMar>
                    <w:left w:w="0" w:type="dxa"/>
                    <w:right w:w="0" w:type="dxa"/>
                  </w:tcMar>
                </w:tcPr>
                <w:p w14:paraId="5D25A2CF" w14:textId="77777777" w:rsidR="0097296A" w:rsidRPr="007204D9" w:rsidRDefault="00000000">
                  <w:pPr>
                    <w:autoSpaceDE w:val="0"/>
                    <w:autoSpaceDN w:val="0"/>
                    <w:spacing w:before="60" w:after="0" w:line="338" w:lineRule="exact"/>
                    <w:ind w:left="290"/>
                  </w:pPr>
                  <w:r w:rsidRPr="007204D9">
                    <w:rPr>
                      <w:color w:val="000000"/>
                      <w:w w:val="101"/>
                      <w:sz w:val="23"/>
                    </w:rPr>
                    <w:t>)</w:t>
                  </w:r>
                </w:p>
              </w:tc>
            </w:tr>
            <w:tr w:rsidR="0097296A" w:rsidRPr="007204D9" w14:paraId="70EA6B15" w14:textId="77777777">
              <w:trPr>
                <w:trHeight w:val="268"/>
              </w:trPr>
              <w:tc>
                <w:tcPr>
                  <w:tcW w:w="3660" w:type="dxa"/>
                  <w:vMerge w:val="restart"/>
                  <w:tcMar>
                    <w:left w:w="0" w:type="dxa"/>
                    <w:right w:w="0" w:type="dxa"/>
                  </w:tcMar>
                </w:tcPr>
                <w:p w14:paraId="49916006" w14:textId="77777777" w:rsidR="0097296A" w:rsidRPr="007204D9" w:rsidRDefault="00000000">
                  <w:pPr>
                    <w:autoSpaceDE w:val="0"/>
                    <w:autoSpaceDN w:val="0"/>
                    <w:spacing w:before="390" w:after="0" w:line="268" w:lineRule="exact"/>
                    <w:ind w:left="74"/>
                  </w:pPr>
                  <w:r w:rsidRPr="007204D9">
                    <w:rPr>
                      <w:color w:val="000000"/>
                      <w:w w:val="98"/>
                      <w:sz w:val="25"/>
                    </w:rPr>
                    <w:t>Aprovado com Restrição*</w:t>
                  </w:r>
                </w:p>
              </w:tc>
              <w:tc>
                <w:tcPr>
                  <w:tcW w:w="2836" w:type="dxa"/>
                  <w:vMerge/>
                </w:tcPr>
                <w:p w14:paraId="691DA75C" w14:textId="77777777" w:rsidR="0097296A" w:rsidRPr="007204D9" w:rsidRDefault="0097296A"/>
              </w:tc>
              <w:tc>
                <w:tcPr>
                  <w:tcW w:w="2836" w:type="dxa"/>
                  <w:vMerge/>
                </w:tcPr>
                <w:p w14:paraId="31AA64D1" w14:textId="77777777" w:rsidR="0097296A" w:rsidRPr="007204D9" w:rsidRDefault="0097296A"/>
              </w:tc>
            </w:tr>
            <w:tr w:rsidR="0097296A" w:rsidRPr="007204D9" w14:paraId="1AD5FB86" w14:textId="77777777">
              <w:trPr>
                <w:trHeight w:val="491"/>
              </w:trPr>
              <w:tc>
                <w:tcPr>
                  <w:tcW w:w="2836" w:type="dxa"/>
                  <w:vMerge/>
                </w:tcPr>
                <w:p w14:paraId="6C1AF791" w14:textId="77777777" w:rsidR="0097296A" w:rsidRPr="007204D9" w:rsidRDefault="0097296A"/>
              </w:tc>
              <w:tc>
                <w:tcPr>
                  <w:tcW w:w="1120" w:type="dxa"/>
                  <w:vMerge w:val="restart"/>
                  <w:tcMar>
                    <w:left w:w="0" w:type="dxa"/>
                    <w:right w:w="0" w:type="dxa"/>
                  </w:tcMar>
                </w:tcPr>
                <w:p w14:paraId="61986817" w14:textId="77777777" w:rsidR="0097296A" w:rsidRPr="007204D9" w:rsidRDefault="00000000">
                  <w:pPr>
                    <w:autoSpaceDE w:val="0"/>
                    <w:autoSpaceDN w:val="0"/>
                    <w:spacing w:before="160" w:after="0" w:line="338" w:lineRule="exact"/>
                    <w:ind w:right="264"/>
                    <w:jc w:val="right"/>
                  </w:pPr>
                  <w:r w:rsidRPr="007204D9">
                    <w:rPr>
                      <w:color w:val="000000"/>
                      <w:w w:val="101"/>
                      <w:sz w:val="23"/>
                    </w:rPr>
                    <w:t>(</w:t>
                  </w:r>
                </w:p>
              </w:tc>
              <w:tc>
                <w:tcPr>
                  <w:tcW w:w="2020" w:type="dxa"/>
                  <w:vMerge w:val="restart"/>
                  <w:tcMar>
                    <w:left w:w="0" w:type="dxa"/>
                    <w:right w:w="0" w:type="dxa"/>
                  </w:tcMar>
                </w:tcPr>
                <w:p w14:paraId="2EDE2248" w14:textId="77777777" w:rsidR="0097296A" w:rsidRPr="007204D9" w:rsidRDefault="00000000">
                  <w:pPr>
                    <w:autoSpaceDE w:val="0"/>
                    <w:autoSpaceDN w:val="0"/>
                    <w:spacing w:before="160" w:after="0" w:line="338" w:lineRule="exact"/>
                    <w:ind w:left="290"/>
                  </w:pPr>
                  <w:r w:rsidRPr="007204D9">
                    <w:rPr>
                      <w:color w:val="000000"/>
                      <w:w w:val="101"/>
                      <w:sz w:val="23"/>
                    </w:rPr>
                    <w:t>)</w:t>
                  </w:r>
                </w:p>
              </w:tc>
            </w:tr>
            <w:tr w:rsidR="0097296A" w:rsidRPr="007204D9" w14:paraId="6EDE81B4" w14:textId="77777777">
              <w:trPr>
                <w:trHeight w:val="268"/>
              </w:trPr>
              <w:tc>
                <w:tcPr>
                  <w:tcW w:w="3660" w:type="dxa"/>
                  <w:vMerge w:val="restart"/>
                  <w:tcMar>
                    <w:left w:w="0" w:type="dxa"/>
                    <w:right w:w="0" w:type="dxa"/>
                  </w:tcMar>
                </w:tcPr>
                <w:p w14:paraId="1E1F1594" w14:textId="77777777" w:rsidR="0097296A" w:rsidRPr="007204D9" w:rsidRDefault="00000000">
                  <w:pPr>
                    <w:autoSpaceDE w:val="0"/>
                    <w:autoSpaceDN w:val="0"/>
                    <w:spacing w:before="388" w:after="0" w:line="268" w:lineRule="exact"/>
                    <w:ind w:left="74"/>
                  </w:pPr>
                  <w:r w:rsidRPr="007204D9">
                    <w:rPr>
                      <w:color w:val="000000"/>
                      <w:w w:val="98"/>
                      <w:sz w:val="25"/>
                    </w:rPr>
                    <w:t>Reprovado</w:t>
                  </w:r>
                </w:p>
              </w:tc>
              <w:tc>
                <w:tcPr>
                  <w:tcW w:w="2836" w:type="dxa"/>
                  <w:vMerge/>
                </w:tcPr>
                <w:p w14:paraId="298B96B3" w14:textId="77777777" w:rsidR="0097296A" w:rsidRPr="007204D9" w:rsidRDefault="0097296A"/>
              </w:tc>
              <w:tc>
                <w:tcPr>
                  <w:tcW w:w="2836" w:type="dxa"/>
                  <w:vMerge/>
                </w:tcPr>
                <w:p w14:paraId="6B2112E3" w14:textId="77777777" w:rsidR="0097296A" w:rsidRPr="007204D9" w:rsidRDefault="0097296A"/>
              </w:tc>
            </w:tr>
            <w:tr w:rsidR="0097296A" w:rsidRPr="007204D9" w14:paraId="5C7B14E9" w14:textId="77777777">
              <w:trPr>
                <w:trHeight w:val="538"/>
              </w:trPr>
              <w:tc>
                <w:tcPr>
                  <w:tcW w:w="2836" w:type="dxa"/>
                  <w:vMerge/>
                </w:tcPr>
                <w:p w14:paraId="6922BE50" w14:textId="77777777" w:rsidR="0097296A" w:rsidRPr="007204D9" w:rsidRDefault="0097296A"/>
              </w:tc>
              <w:tc>
                <w:tcPr>
                  <w:tcW w:w="1120" w:type="dxa"/>
                  <w:tcMar>
                    <w:left w:w="0" w:type="dxa"/>
                    <w:right w:w="0" w:type="dxa"/>
                  </w:tcMar>
                </w:tcPr>
                <w:p w14:paraId="74EC00DD" w14:textId="77777777" w:rsidR="0097296A" w:rsidRPr="007204D9" w:rsidRDefault="00000000">
                  <w:pPr>
                    <w:autoSpaceDE w:val="0"/>
                    <w:autoSpaceDN w:val="0"/>
                    <w:spacing w:before="160" w:after="0" w:line="338" w:lineRule="exact"/>
                    <w:ind w:right="264"/>
                    <w:jc w:val="right"/>
                  </w:pPr>
                  <w:r w:rsidRPr="007204D9">
                    <w:rPr>
                      <w:color w:val="000000"/>
                      <w:w w:val="101"/>
                      <w:sz w:val="23"/>
                    </w:rPr>
                    <w:t>(</w:t>
                  </w:r>
                </w:p>
              </w:tc>
              <w:tc>
                <w:tcPr>
                  <w:tcW w:w="2020" w:type="dxa"/>
                  <w:tcMar>
                    <w:left w:w="0" w:type="dxa"/>
                    <w:right w:w="0" w:type="dxa"/>
                  </w:tcMar>
                </w:tcPr>
                <w:p w14:paraId="1CEA1D84" w14:textId="77777777" w:rsidR="0097296A" w:rsidRPr="007204D9" w:rsidRDefault="00000000">
                  <w:pPr>
                    <w:autoSpaceDE w:val="0"/>
                    <w:autoSpaceDN w:val="0"/>
                    <w:spacing w:before="160" w:after="0" w:line="338" w:lineRule="exact"/>
                    <w:ind w:left="290"/>
                  </w:pPr>
                  <w:r w:rsidRPr="007204D9">
                    <w:rPr>
                      <w:color w:val="000000"/>
                      <w:w w:val="101"/>
                      <w:sz w:val="23"/>
                    </w:rPr>
                    <w:t>)</w:t>
                  </w:r>
                </w:p>
              </w:tc>
            </w:tr>
          </w:tbl>
          <w:p w14:paraId="78DE252E" w14:textId="77777777" w:rsidR="0097296A" w:rsidRPr="007204D9" w:rsidRDefault="0097296A">
            <w:pPr>
              <w:autoSpaceDE w:val="0"/>
              <w:autoSpaceDN w:val="0"/>
              <w:spacing w:after="0" w:line="14" w:lineRule="exact"/>
            </w:pPr>
          </w:p>
        </w:tc>
      </w:tr>
    </w:tbl>
    <w:p w14:paraId="64492E6E" w14:textId="77777777" w:rsidR="0097296A" w:rsidRPr="007204D9" w:rsidRDefault="00000000">
      <w:pPr>
        <w:autoSpaceDE w:val="0"/>
        <w:autoSpaceDN w:val="0"/>
        <w:spacing w:after="254" w:line="522" w:lineRule="exact"/>
        <w:ind w:left="962" w:right="576"/>
      </w:pPr>
      <w:r w:rsidRPr="007204D9">
        <w:rPr>
          <w:color w:val="000000"/>
          <w:sz w:val="28"/>
        </w:rPr>
        <w:t xml:space="preserve">* </w:t>
      </w:r>
      <w:r w:rsidRPr="007204D9">
        <w:rPr>
          <w:color w:val="000000"/>
          <w:sz w:val="24"/>
        </w:rPr>
        <w:t xml:space="preserve">Se Aprovado com Restrição, proceder às correções nos prazos determinados. </w:t>
      </w:r>
      <w:r w:rsidRPr="007204D9">
        <w:rPr>
          <w:color w:val="000000"/>
        </w:rPr>
        <w:t>Responsáveis</w:t>
      </w:r>
      <w:r w:rsidRPr="007204D9">
        <w:rPr>
          <w:color w:val="000000"/>
          <w:sz w:val="24"/>
        </w:rPr>
        <w:t xml:space="preserve"> técnicos </w:t>
      </w:r>
    </w:p>
    <w:tbl>
      <w:tblPr>
        <w:tblW w:w="0" w:type="auto"/>
        <w:tblInd w:w="874" w:type="dxa"/>
        <w:tblLayout w:type="fixed"/>
        <w:tblLook w:val="04A0" w:firstRow="1" w:lastRow="0" w:firstColumn="1" w:lastColumn="0" w:noHBand="0" w:noVBand="1"/>
      </w:tblPr>
      <w:tblGrid>
        <w:gridCol w:w="8724"/>
      </w:tblGrid>
      <w:tr w:rsidR="0097296A" w:rsidRPr="007204D9" w14:paraId="696EA004" w14:textId="77777777">
        <w:trPr>
          <w:trHeight w:val="366"/>
        </w:trPr>
        <w:tc>
          <w:tcPr>
            <w:tcW w:w="8724" w:type="dxa"/>
            <w:tcBorders>
              <w:top w:val="single" w:sz="4" w:space="0" w:color="auto"/>
              <w:left w:val="single" w:sz="4" w:space="0" w:color="auto"/>
              <w:bottom w:val="single" w:sz="4" w:space="0" w:color="auto"/>
              <w:right w:val="single" w:sz="4" w:space="0" w:color="auto"/>
            </w:tcBorders>
            <w:tcMar>
              <w:left w:w="0" w:type="dxa"/>
              <w:right w:w="0" w:type="dxa"/>
            </w:tcMar>
          </w:tcPr>
          <w:p w14:paraId="668723A0" w14:textId="77777777" w:rsidR="0097296A" w:rsidRPr="007204D9" w:rsidRDefault="00000000">
            <w:pPr>
              <w:autoSpaceDE w:val="0"/>
              <w:autoSpaceDN w:val="0"/>
              <w:spacing w:before="36" w:after="0" w:line="266" w:lineRule="exact"/>
              <w:ind w:left="110"/>
            </w:pPr>
            <w:r w:rsidRPr="007204D9">
              <w:rPr>
                <w:i/>
                <w:color w:val="000000"/>
                <w:sz w:val="24"/>
              </w:rPr>
              <w:t xml:space="preserve">Sistema(s) inspecionado(s): </w:t>
            </w:r>
          </w:p>
        </w:tc>
      </w:tr>
      <w:tr w:rsidR="0097296A" w:rsidRPr="007204D9" w14:paraId="46CB3F15" w14:textId="77777777">
        <w:trPr>
          <w:trHeight w:val="366"/>
        </w:trPr>
        <w:tc>
          <w:tcPr>
            <w:tcW w:w="8724" w:type="dxa"/>
            <w:tcBorders>
              <w:top w:val="single" w:sz="4" w:space="0" w:color="auto"/>
              <w:left w:val="single" w:sz="4" w:space="0" w:color="auto"/>
              <w:bottom w:val="single" w:sz="4" w:space="0" w:color="auto"/>
              <w:right w:val="single" w:sz="4" w:space="0" w:color="auto"/>
            </w:tcBorders>
            <w:tcMar>
              <w:left w:w="0" w:type="dxa"/>
              <w:right w:w="0" w:type="dxa"/>
            </w:tcMar>
          </w:tcPr>
          <w:p w14:paraId="53FDB310" w14:textId="77777777" w:rsidR="0097296A" w:rsidRPr="007204D9" w:rsidRDefault="00000000">
            <w:pPr>
              <w:autoSpaceDE w:val="0"/>
              <w:autoSpaceDN w:val="0"/>
              <w:spacing w:before="32" w:after="0" w:line="266" w:lineRule="exact"/>
              <w:ind w:left="110"/>
            </w:pPr>
            <w:r w:rsidRPr="007204D9">
              <w:rPr>
                <w:i/>
                <w:color w:val="000000"/>
                <w:sz w:val="24"/>
              </w:rPr>
              <w:t xml:space="preserve">Nome do Profissional: </w:t>
            </w:r>
          </w:p>
        </w:tc>
      </w:tr>
      <w:tr w:rsidR="0097296A" w:rsidRPr="007204D9" w14:paraId="76698A09" w14:textId="77777777">
        <w:trPr>
          <w:trHeight w:val="362"/>
        </w:trPr>
        <w:tc>
          <w:tcPr>
            <w:tcW w:w="8724" w:type="dxa"/>
            <w:tcBorders>
              <w:top w:val="single" w:sz="4" w:space="0" w:color="auto"/>
              <w:left w:val="single" w:sz="4" w:space="0" w:color="auto"/>
              <w:bottom w:val="single" w:sz="4" w:space="0" w:color="auto"/>
              <w:right w:val="single" w:sz="4" w:space="0" w:color="auto"/>
            </w:tcBorders>
            <w:tcMar>
              <w:left w:w="0" w:type="dxa"/>
              <w:right w:w="0" w:type="dxa"/>
            </w:tcMar>
          </w:tcPr>
          <w:p w14:paraId="7E3FF366" w14:textId="77777777" w:rsidR="0097296A" w:rsidRPr="007204D9" w:rsidRDefault="00000000">
            <w:pPr>
              <w:autoSpaceDE w:val="0"/>
              <w:autoSpaceDN w:val="0"/>
              <w:spacing w:before="32" w:after="0" w:line="266" w:lineRule="exact"/>
              <w:ind w:left="110"/>
            </w:pPr>
            <w:r w:rsidRPr="007204D9">
              <w:rPr>
                <w:i/>
                <w:color w:val="000000"/>
                <w:sz w:val="24"/>
              </w:rPr>
              <w:t xml:space="preserve">Especialidade: </w:t>
            </w:r>
          </w:p>
        </w:tc>
      </w:tr>
      <w:tr w:rsidR="0097296A" w:rsidRPr="007204D9" w14:paraId="68A135D8" w14:textId="77777777">
        <w:trPr>
          <w:trHeight w:val="370"/>
        </w:trPr>
        <w:tc>
          <w:tcPr>
            <w:tcW w:w="8724" w:type="dxa"/>
            <w:tcBorders>
              <w:top w:val="single" w:sz="4" w:space="0" w:color="auto"/>
              <w:left w:val="single" w:sz="4" w:space="0" w:color="auto"/>
              <w:bottom w:val="single" w:sz="4" w:space="0" w:color="auto"/>
              <w:right w:val="single" w:sz="4" w:space="0" w:color="auto"/>
            </w:tcBorders>
            <w:tcMar>
              <w:left w:w="0" w:type="dxa"/>
              <w:right w:w="0" w:type="dxa"/>
            </w:tcMar>
          </w:tcPr>
          <w:p w14:paraId="49E17062" w14:textId="77777777" w:rsidR="0097296A" w:rsidRPr="007204D9" w:rsidRDefault="00000000">
            <w:pPr>
              <w:autoSpaceDE w:val="0"/>
              <w:autoSpaceDN w:val="0"/>
              <w:spacing w:before="36" w:after="0" w:line="266" w:lineRule="exact"/>
              <w:ind w:left="110"/>
            </w:pPr>
            <w:proofErr w:type="spellStart"/>
            <w:r w:rsidRPr="007204D9">
              <w:rPr>
                <w:i/>
                <w:color w:val="000000"/>
                <w:sz w:val="24"/>
              </w:rPr>
              <w:t>Orgão</w:t>
            </w:r>
            <w:proofErr w:type="spellEnd"/>
            <w:r w:rsidRPr="007204D9">
              <w:rPr>
                <w:i/>
                <w:color w:val="000000"/>
                <w:sz w:val="24"/>
              </w:rPr>
              <w:t xml:space="preserve"> de classe: </w:t>
            </w:r>
          </w:p>
        </w:tc>
      </w:tr>
      <w:tr w:rsidR="0097296A" w:rsidRPr="007204D9" w14:paraId="66EE38D8" w14:textId="77777777">
        <w:trPr>
          <w:trHeight w:val="364"/>
        </w:trPr>
        <w:tc>
          <w:tcPr>
            <w:tcW w:w="8724" w:type="dxa"/>
            <w:tcBorders>
              <w:top w:val="single" w:sz="4" w:space="0" w:color="auto"/>
              <w:left w:val="single" w:sz="4" w:space="0" w:color="auto"/>
              <w:bottom w:val="single" w:sz="4" w:space="0" w:color="auto"/>
              <w:right w:val="single" w:sz="4" w:space="0" w:color="auto"/>
            </w:tcBorders>
            <w:tcMar>
              <w:left w:w="0" w:type="dxa"/>
              <w:right w:w="0" w:type="dxa"/>
            </w:tcMar>
          </w:tcPr>
          <w:p w14:paraId="0B9B7BEF" w14:textId="77777777" w:rsidR="0097296A" w:rsidRPr="007204D9" w:rsidRDefault="00000000">
            <w:pPr>
              <w:autoSpaceDE w:val="0"/>
              <w:autoSpaceDN w:val="0"/>
              <w:spacing w:before="12" w:after="0" w:line="286" w:lineRule="exact"/>
              <w:ind w:left="110"/>
            </w:pPr>
            <w:r w:rsidRPr="007204D9">
              <w:rPr>
                <w:i/>
                <w:color w:val="000000"/>
                <w:sz w:val="24"/>
              </w:rPr>
              <w:t>N</w:t>
            </w:r>
            <w:r w:rsidRPr="007204D9">
              <w:rPr>
                <w:i/>
                <w:color w:val="000000"/>
                <w:sz w:val="16"/>
                <w:u w:val="single"/>
              </w:rPr>
              <w:t>o</w:t>
            </w:r>
            <w:r w:rsidRPr="007204D9">
              <w:rPr>
                <w:i/>
                <w:color w:val="000000"/>
                <w:sz w:val="24"/>
              </w:rPr>
              <w:t xml:space="preserve"> de inscrição no órgão competente: </w:t>
            </w:r>
          </w:p>
        </w:tc>
      </w:tr>
    </w:tbl>
    <w:p w14:paraId="5C079913" w14:textId="77777777" w:rsidR="0097296A" w:rsidRPr="007204D9" w:rsidRDefault="00000000">
      <w:pPr>
        <w:autoSpaceDE w:val="0"/>
        <w:autoSpaceDN w:val="0"/>
        <w:spacing w:before="512" w:after="0" w:line="266" w:lineRule="exact"/>
        <w:ind w:left="962"/>
      </w:pPr>
      <w:r w:rsidRPr="007204D9">
        <w:rPr>
          <w:color w:val="000000"/>
          <w:sz w:val="24"/>
        </w:rPr>
        <w:t xml:space="preserve">Assinaturas: </w:t>
      </w:r>
    </w:p>
    <w:p w14:paraId="2A88493E" w14:textId="77777777" w:rsidR="0097296A" w:rsidRPr="007204D9" w:rsidRDefault="00000000">
      <w:pPr>
        <w:autoSpaceDE w:val="0"/>
        <w:autoSpaceDN w:val="0"/>
        <w:spacing w:before="1522" w:after="202" w:line="338" w:lineRule="exact"/>
      </w:pPr>
      <w:r w:rsidRPr="007204D9">
        <w:rPr>
          <w:color w:val="000000"/>
          <w:w w:val="101"/>
          <w:sz w:val="23"/>
        </w:rPr>
        <w:t>VIGÊNCIA</w:t>
      </w:r>
    </w:p>
    <w:tbl>
      <w:tblPr>
        <w:tblW w:w="0" w:type="auto"/>
        <w:tblInd w:w="860" w:type="dxa"/>
        <w:tblLayout w:type="fixed"/>
        <w:tblLook w:val="04A0" w:firstRow="1" w:lastRow="0" w:firstColumn="1" w:lastColumn="0" w:noHBand="0" w:noVBand="1"/>
      </w:tblPr>
      <w:tblGrid>
        <w:gridCol w:w="8790"/>
      </w:tblGrid>
      <w:tr w:rsidR="0097296A" w:rsidRPr="007204D9" w14:paraId="320E6CDE" w14:textId="77777777">
        <w:trPr>
          <w:trHeight w:val="368"/>
        </w:trPr>
        <w:tc>
          <w:tcPr>
            <w:tcW w:w="8790" w:type="dxa"/>
            <w:tcBorders>
              <w:top w:val="single" w:sz="4" w:space="0" w:color="auto"/>
              <w:left w:val="single" w:sz="4" w:space="0" w:color="auto"/>
              <w:bottom w:val="single" w:sz="3" w:space="0" w:color="auto"/>
              <w:right w:val="single" w:sz="4" w:space="0" w:color="auto"/>
            </w:tcBorders>
            <w:tcMar>
              <w:left w:w="0" w:type="dxa"/>
              <w:right w:w="0" w:type="dxa"/>
            </w:tcMar>
          </w:tcPr>
          <w:p w14:paraId="496E931C" w14:textId="77777777" w:rsidR="0097296A" w:rsidRPr="007204D9" w:rsidRDefault="00000000">
            <w:pPr>
              <w:autoSpaceDE w:val="0"/>
              <w:autoSpaceDN w:val="0"/>
              <w:spacing w:before="68" w:after="0" w:line="268" w:lineRule="exact"/>
              <w:ind w:left="114"/>
            </w:pPr>
            <w:r w:rsidRPr="007204D9">
              <w:rPr>
                <w:color w:val="000000"/>
                <w:w w:val="98"/>
                <w:sz w:val="25"/>
              </w:rPr>
              <w:t>Data de emissão:</w:t>
            </w:r>
          </w:p>
        </w:tc>
      </w:tr>
      <w:tr w:rsidR="0097296A" w:rsidRPr="007204D9" w14:paraId="59C52632" w14:textId="77777777">
        <w:trPr>
          <w:trHeight w:val="368"/>
        </w:trPr>
        <w:tc>
          <w:tcPr>
            <w:tcW w:w="8790" w:type="dxa"/>
            <w:tcBorders>
              <w:top w:val="single" w:sz="3" w:space="0" w:color="auto"/>
              <w:left w:val="single" w:sz="4" w:space="0" w:color="auto"/>
              <w:bottom w:val="single" w:sz="4" w:space="0" w:color="auto"/>
              <w:right w:val="single" w:sz="4" w:space="0" w:color="auto"/>
            </w:tcBorders>
            <w:tcMar>
              <w:left w:w="0" w:type="dxa"/>
              <w:right w:w="0" w:type="dxa"/>
            </w:tcMar>
          </w:tcPr>
          <w:p w14:paraId="6E73565D" w14:textId="77777777" w:rsidR="0097296A" w:rsidRPr="007204D9" w:rsidRDefault="00000000">
            <w:pPr>
              <w:autoSpaceDE w:val="0"/>
              <w:autoSpaceDN w:val="0"/>
              <w:spacing w:before="70" w:after="0" w:line="268" w:lineRule="exact"/>
              <w:ind w:left="114"/>
            </w:pPr>
            <w:r w:rsidRPr="007204D9">
              <w:rPr>
                <w:color w:val="000000"/>
                <w:sz w:val="24"/>
              </w:rPr>
              <w:t xml:space="preserve">Prazo de validade: </w:t>
            </w:r>
          </w:p>
        </w:tc>
      </w:tr>
    </w:tbl>
    <w:p w14:paraId="7B57221B" w14:textId="77777777" w:rsidR="0097296A" w:rsidRPr="007204D9" w:rsidRDefault="00000000">
      <w:pPr>
        <w:tabs>
          <w:tab w:val="left" w:pos="9230"/>
        </w:tabs>
        <w:autoSpaceDE w:val="0"/>
        <w:autoSpaceDN w:val="0"/>
        <w:spacing w:before="72" w:after="0" w:line="462" w:lineRule="exact"/>
        <w:ind w:left="708"/>
      </w:pPr>
      <w:r w:rsidRPr="007204D9">
        <w:rPr>
          <w:color w:val="000000"/>
          <w:w w:val="98"/>
          <w:sz w:val="25"/>
        </w:rPr>
        <w:t xml:space="preserve">O presente documento não substitui, restringe ou, ainda, se sobrepõe, a qualquer </w:t>
      </w:r>
      <w:r w:rsidRPr="007204D9">
        <w:tab/>
      </w:r>
      <w:r w:rsidRPr="007204D9">
        <w:rPr>
          <w:color w:val="000000"/>
          <w:sz w:val="24"/>
        </w:rPr>
        <w:t>31</w:t>
      </w:r>
    </w:p>
    <w:p w14:paraId="58C44CC2" w14:textId="77777777" w:rsidR="0097296A" w:rsidRPr="007204D9" w:rsidRDefault="0097296A">
      <w:pPr>
        <w:sectPr w:rsidR="0097296A" w:rsidRPr="007204D9">
          <w:pgSz w:w="11906" w:h="16838"/>
          <w:pgMar w:top="340" w:right="798" w:bottom="340" w:left="740" w:header="720" w:footer="720" w:gutter="0"/>
          <w:cols w:space="720"/>
          <w:docGrid w:linePitch="360"/>
        </w:sectPr>
      </w:pPr>
    </w:p>
    <w:p w14:paraId="7DC19E7E" w14:textId="77777777" w:rsidR="0097296A" w:rsidRPr="007204D9" w:rsidRDefault="0097296A">
      <w:pPr>
        <w:autoSpaceDE w:val="0"/>
        <w:autoSpaceDN w:val="0"/>
        <w:spacing w:after="404" w:line="220" w:lineRule="exact"/>
      </w:pPr>
    </w:p>
    <w:p w14:paraId="07EA36D2" w14:textId="77777777" w:rsidR="0097296A" w:rsidRPr="007204D9" w:rsidRDefault="00000000">
      <w:pPr>
        <w:autoSpaceDE w:val="0"/>
        <w:autoSpaceDN w:val="0"/>
        <w:spacing w:after="0" w:line="268" w:lineRule="exact"/>
      </w:pPr>
      <w:r w:rsidRPr="007204D9">
        <w:rPr>
          <w:color w:val="000000"/>
          <w:w w:val="98"/>
          <w:sz w:val="25"/>
        </w:rPr>
        <w:t>tempo, aos outros laudos necessários ao funcionamento do estádio.</w:t>
      </w:r>
    </w:p>
    <w:p w14:paraId="3F45D142" w14:textId="77777777" w:rsidR="0097296A" w:rsidRPr="007204D9" w:rsidRDefault="00000000">
      <w:pPr>
        <w:autoSpaceDE w:val="0"/>
        <w:autoSpaceDN w:val="0"/>
        <w:spacing w:before="13954" w:after="0" w:line="266" w:lineRule="exact"/>
        <w:ind w:right="262"/>
        <w:jc w:val="right"/>
      </w:pPr>
      <w:r w:rsidRPr="007204D9">
        <w:rPr>
          <w:color w:val="000000"/>
          <w:sz w:val="24"/>
        </w:rPr>
        <w:t>32</w:t>
      </w:r>
    </w:p>
    <w:p w14:paraId="7479A8F1" w14:textId="77777777" w:rsidR="0097296A" w:rsidRPr="007204D9" w:rsidRDefault="0097296A">
      <w:pPr>
        <w:sectPr w:rsidR="0097296A" w:rsidRPr="007204D9">
          <w:pgSz w:w="11906" w:h="16838"/>
          <w:pgMar w:top="340" w:right="1440" w:bottom="340" w:left="740" w:header="720" w:footer="720" w:gutter="0"/>
          <w:cols w:space="720"/>
          <w:docGrid w:linePitch="360"/>
        </w:sectPr>
      </w:pPr>
    </w:p>
    <w:p w14:paraId="7A5308D4" w14:textId="77777777" w:rsidR="0097296A" w:rsidRPr="007204D9" w:rsidRDefault="0097296A">
      <w:pPr>
        <w:autoSpaceDE w:val="0"/>
        <w:autoSpaceDN w:val="0"/>
        <w:spacing w:after="370" w:line="220" w:lineRule="exact"/>
      </w:pPr>
    </w:p>
    <w:p w14:paraId="5E86A0C7" w14:textId="77777777" w:rsidR="0097296A" w:rsidRPr="007204D9" w:rsidRDefault="00000000">
      <w:pPr>
        <w:autoSpaceDE w:val="0"/>
        <w:autoSpaceDN w:val="0"/>
        <w:spacing w:after="0" w:line="338" w:lineRule="exact"/>
        <w:ind w:right="3454"/>
        <w:jc w:val="right"/>
      </w:pPr>
      <w:r w:rsidRPr="007204D9">
        <w:rPr>
          <w:color w:val="000000"/>
        </w:rPr>
        <w:t>ANEXOS DO LAUDO</w:t>
      </w:r>
    </w:p>
    <w:p w14:paraId="6DD2E48E" w14:textId="77777777" w:rsidR="0097296A" w:rsidRPr="007204D9" w:rsidRDefault="00000000">
      <w:pPr>
        <w:autoSpaceDE w:val="0"/>
        <w:autoSpaceDN w:val="0"/>
        <w:spacing w:before="600" w:after="0" w:line="268" w:lineRule="exact"/>
        <w:ind w:left="682"/>
      </w:pPr>
      <w:r w:rsidRPr="007204D9">
        <w:rPr>
          <w:color w:val="000000"/>
          <w:w w:val="98"/>
          <w:sz w:val="25"/>
        </w:rPr>
        <w:t xml:space="preserve">Plantas ou outros documentos necessários à fundamentação das </w:t>
      </w:r>
    </w:p>
    <w:p w14:paraId="4E971BDD" w14:textId="7FCB1B3C" w:rsidR="0097296A" w:rsidRPr="007204D9" w:rsidRDefault="00000000">
      <w:pPr>
        <w:autoSpaceDE w:val="0"/>
        <w:autoSpaceDN w:val="0"/>
        <w:spacing w:before="54" w:after="0" w:line="268" w:lineRule="exact"/>
        <w:ind w:left="682"/>
      </w:pPr>
      <w:r w:rsidRPr="007204D9">
        <w:rPr>
          <w:color w:val="000000"/>
          <w:w w:val="98"/>
          <w:sz w:val="25"/>
        </w:rPr>
        <w:t>conclusões e</w:t>
      </w:r>
      <w:r w:rsidR="006B510E">
        <w:rPr>
          <w:color w:val="000000"/>
          <w:w w:val="98"/>
          <w:sz w:val="25"/>
        </w:rPr>
        <w:t xml:space="preserve"> </w:t>
      </w:r>
      <w:r w:rsidRPr="007204D9">
        <w:rPr>
          <w:color w:val="000000"/>
          <w:w w:val="98"/>
          <w:sz w:val="25"/>
        </w:rPr>
        <w:t>elucidações de fatos descritos no corpo do Laudo.</w:t>
      </w:r>
    </w:p>
    <w:sectPr w:rsidR="0097296A" w:rsidRPr="007204D9" w:rsidSect="00034616">
      <w:pgSz w:w="11906" w:h="16838"/>
      <w:pgMar w:top="340" w:right="1440" w:bottom="3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47034692">
    <w:abstractNumId w:val="8"/>
  </w:num>
  <w:num w:numId="2" w16cid:durableId="477109802">
    <w:abstractNumId w:val="6"/>
  </w:num>
  <w:num w:numId="3" w16cid:durableId="41247805">
    <w:abstractNumId w:val="5"/>
  </w:num>
  <w:num w:numId="4" w16cid:durableId="1973750443">
    <w:abstractNumId w:val="4"/>
  </w:num>
  <w:num w:numId="5" w16cid:durableId="421415939">
    <w:abstractNumId w:val="7"/>
  </w:num>
  <w:num w:numId="6" w16cid:durableId="79722891">
    <w:abstractNumId w:val="3"/>
  </w:num>
  <w:num w:numId="7" w16cid:durableId="925571768">
    <w:abstractNumId w:val="2"/>
  </w:num>
  <w:num w:numId="8" w16cid:durableId="595019557">
    <w:abstractNumId w:val="1"/>
  </w:num>
  <w:num w:numId="9" w16cid:durableId="6194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CAE"/>
    <w:rsid w:val="0006063C"/>
    <w:rsid w:val="000C5119"/>
    <w:rsid w:val="00116C2A"/>
    <w:rsid w:val="001435F9"/>
    <w:rsid w:val="0015074B"/>
    <w:rsid w:val="0029639D"/>
    <w:rsid w:val="00326F90"/>
    <w:rsid w:val="003A4E39"/>
    <w:rsid w:val="005E5D07"/>
    <w:rsid w:val="006339AE"/>
    <w:rsid w:val="006B510E"/>
    <w:rsid w:val="007204D9"/>
    <w:rsid w:val="0082116F"/>
    <w:rsid w:val="0097296A"/>
    <w:rsid w:val="00A17CFE"/>
    <w:rsid w:val="00AA1D8D"/>
    <w:rsid w:val="00B47730"/>
    <w:rsid w:val="00CB0664"/>
    <w:rsid w:val="00ED6E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DB00159-EA5D-473A-9D07-6EFDAB0D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pt-BR"/>
    </w:rPr>
  </w:style>
  <w:style w:type="paragraph" w:styleId="Ttulo1">
    <w:name w:val="heading 1"/>
    <w:basedOn w:val="Normal"/>
    <w:next w:val="Normal"/>
    <w:link w:val="Ttulo1Char"/>
    <w:uiPriority w:val="9"/>
    <w:qFormat/>
    <w:rsid w:val="00FC693F"/>
    <w:pPr>
      <w:keepNext/>
      <w:keepLines/>
      <w:spacing w:before="480" w:after="0"/>
      <w:outlineLvl w:val="0"/>
    </w:pPr>
    <w:rPr>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Arial" w:eastAsia="Arial" w:hAnsi="Arial" w:cs="Arial"/>
      <w:b/>
      <w:bCs/>
      <w:color w:val="365F91" w:themeColor="accent1" w:themeShade="BF"/>
      <w:sz w:val="28"/>
      <w:szCs w:val="28"/>
    </w:rPr>
  </w:style>
  <w:style w:type="character" w:customStyle="1" w:styleId="Ttulo2Char">
    <w:name w:val="Título 2 Char"/>
    <w:basedOn w:val="Fontepargpadro"/>
    <w:link w:val="Ttulo2"/>
    <w:uiPriority w:val="9"/>
    <w:rsid w:val="00FC693F"/>
    <w:rPr>
      <w:rFonts w:ascii="Arial" w:eastAsia="Arial" w:hAnsi="Arial" w:cs="Arial"/>
      <w:b/>
      <w:bCs/>
      <w:color w:val="4F81BD" w:themeColor="accent1"/>
      <w:sz w:val="26"/>
      <w:szCs w:val="26"/>
    </w:rPr>
  </w:style>
  <w:style w:type="character" w:customStyle="1" w:styleId="Ttulo3Char">
    <w:name w:val="Título 3 Char"/>
    <w:basedOn w:val="Fontepargpadro"/>
    <w:link w:val="Ttulo3"/>
    <w:uiPriority w:val="9"/>
    <w:rsid w:val="00FC693F"/>
    <w:rPr>
      <w:rFonts w:ascii="Arial" w:eastAsia="Arial" w:hAnsi="Arial" w:cs="Arial"/>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Arial" w:eastAsia="Arial" w:hAnsi="Arial" w:cs="Arial"/>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Arial" w:eastAsia="Arial" w:hAnsi="Arial" w:cs="Arial"/>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sz w:val="20"/>
      <w:szCs w:val="20"/>
    </w:rPr>
  </w:style>
  <w:style w:type="character" w:customStyle="1" w:styleId="TextodemacroChar">
    <w:name w:val="Texto de macro Char"/>
    <w:basedOn w:val="Fontepargpadro"/>
    <w:link w:val="Textodemacro"/>
    <w:uiPriority w:val="99"/>
    <w:rsid w:val="0029639D"/>
    <w:rPr>
      <w:rFonts w:ascii="Arial" w:eastAsia="Arial" w:hAnsi="Arial" w:cs="Arial"/>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Arial" w:eastAsia="Arial" w:hAnsi="Arial" w:cs="Arial"/>
      <w:b/>
      <w:bCs/>
      <w:i/>
      <w:iCs/>
      <w:color w:val="4F81BD" w:themeColor="accent1"/>
    </w:rPr>
  </w:style>
  <w:style w:type="character" w:customStyle="1" w:styleId="Ttulo5Char">
    <w:name w:val="Título 5 Char"/>
    <w:basedOn w:val="Fontepargpadro"/>
    <w:link w:val="Ttulo5"/>
    <w:uiPriority w:val="9"/>
    <w:semiHidden/>
    <w:rsid w:val="00FC693F"/>
    <w:rPr>
      <w:rFonts w:ascii="Arial" w:eastAsia="Arial" w:hAnsi="Arial" w:cs="Arial"/>
      <w:color w:val="243F60" w:themeColor="accent1" w:themeShade="7F"/>
    </w:rPr>
  </w:style>
  <w:style w:type="character" w:customStyle="1" w:styleId="Ttulo6Char">
    <w:name w:val="Título 6 Char"/>
    <w:basedOn w:val="Fontepargpadro"/>
    <w:link w:val="Ttulo6"/>
    <w:uiPriority w:val="9"/>
    <w:semiHidden/>
    <w:rsid w:val="00FC693F"/>
    <w:rPr>
      <w:rFonts w:ascii="Arial" w:eastAsia="Arial" w:hAnsi="Arial" w:cs="Arial"/>
      <w:i/>
      <w:iCs/>
      <w:color w:val="243F60" w:themeColor="accent1" w:themeShade="7F"/>
    </w:rPr>
  </w:style>
  <w:style w:type="character" w:customStyle="1" w:styleId="Ttulo7Char">
    <w:name w:val="Título 7 Char"/>
    <w:basedOn w:val="Fontepargpadro"/>
    <w:link w:val="Ttulo7"/>
    <w:uiPriority w:val="9"/>
    <w:semiHidden/>
    <w:rsid w:val="00FC693F"/>
    <w:rPr>
      <w:rFonts w:ascii="Arial" w:eastAsia="Arial" w:hAnsi="Arial" w:cs="Arial"/>
      <w:i/>
      <w:iCs/>
      <w:color w:val="404040" w:themeColor="text1" w:themeTint="BF"/>
    </w:rPr>
  </w:style>
  <w:style w:type="character" w:customStyle="1" w:styleId="Ttulo8Char">
    <w:name w:val="Título 8 Char"/>
    <w:basedOn w:val="Fontepargpadro"/>
    <w:link w:val="Ttulo8"/>
    <w:uiPriority w:val="9"/>
    <w:semiHidden/>
    <w:rsid w:val="00FC693F"/>
    <w:rPr>
      <w:rFonts w:ascii="Arial" w:eastAsia="Arial" w:hAnsi="Arial" w:cs="Arial"/>
      <w:color w:val="4F81BD" w:themeColor="accent1"/>
      <w:sz w:val="20"/>
      <w:szCs w:val="20"/>
    </w:rPr>
  </w:style>
  <w:style w:type="character" w:customStyle="1" w:styleId="Ttulo9Char">
    <w:name w:val="Título 9 Char"/>
    <w:basedOn w:val="Fontepargpadro"/>
    <w:link w:val="Ttulo9"/>
    <w:uiPriority w:val="9"/>
    <w:semiHidden/>
    <w:rsid w:val="00FC693F"/>
    <w:rPr>
      <w:rFonts w:ascii="Arial" w:eastAsia="Arial" w:hAnsi="Arial" w:cs="Arial"/>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tcPr>
    </w:tblStylePr>
    <w:tblStylePr w:type="band1Horz">
      <w:tblPr/>
      <w:tcPr>
        <w:tcBorders>
          <w:left w:val="nil"/>
          <w:right w:val="nil"/>
          <w:insideH w:val="nil"/>
          <w:insideV w:val="nil"/>
        </w:tcBorders>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Arial" w:eastAsia="Arial" w:hAnsi="Arial" w:cs="Arial"/>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Arial" w:eastAsia="Arial" w:hAnsi="Arial" w:cs="Arial"/>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Arial" w:eastAsia="Arial" w:hAnsi="Arial" w:cs="Arial"/>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Arial" w:eastAsia="Arial" w:hAnsi="Arial" w:cs="Arial"/>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Arial" w:eastAsia="Arial" w:hAnsi="Arial" w:cs="Arial"/>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Arial" w:eastAsia="Arial" w:hAnsi="Arial" w:cs="Arial"/>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Arial" w:eastAsia="Arial" w:hAnsi="Arial" w:cs="Arial"/>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Arial" w:eastAsia="Arial" w:hAnsi="Arial" w:cs="Arial"/>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Arial" w:eastAsia="Arial" w:hAnsi="Arial" w:cs="Arial"/>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Arial" w:eastAsia="Arial" w:hAnsi="Arial" w:cs="Arial"/>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Arial" w:eastAsia="Arial" w:hAnsi="Arial" w:cs="Arial"/>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Arial" w:eastAsia="Arial" w:hAnsi="Arial"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Arial" w:eastAsia="Arial" w:hAnsi="Arial" w:cs="Arial"/>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Arial" w:eastAsia="Arial" w:hAnsi="Arial" w:cs="Arial"/>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Horz">
      <w:tblPr/>
      <w:tcPr>
        <w:tcBorders>
          <w:insideH w:val="nil"/>
          <w:insideV w:val="nil"/>
        </w:tcBorders>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tcPr>
    </w:tblStylePr>
    <w:tblStylePr w:type="firstCol">
      <w:rPr>
        <w:b/>
        <w:bCs/>
        <w:color w:val="FFFFFF" w:themeColor="background1"/>
      </w:rPr>
      <w:tblPr/>
      <w:tcPr>
        <w:tcBorders>
          <w:top w:val="nil"/>
          <w:left w:val="nil"/>
          <w:bottom w:val="single" w:sz="18" w:space="0" w:color="auto"/>
          <w:right w:val="nil"/>
          <w:insideH w:val="nil"/>
          <w:insideV w:val="nil"/>
        </w:tcBorders>
      </w:tcPr>
    </w:tblStylePr>
    <w:tblStylePr w:type="lastCol">
      <w:rPr>
        <w:b/>
        <w:bCs/>
        <w:color w:val="FFFFFF" w:themeColor="background1"/>
      </w:rPr>
      <w:tblPr/>
      <w:tcPr>
        <w:tcBorders>
          <w:left w:val="nil"/>
          <w:right w:val="nil"/>
          <w:insideH w:val="nil"/>
          <w:insideV w:val="nil"/>
        </w:tcBorders>
      </w:tcPr>
    </w:tblStylePr>
    <w:tblStylePr w:type="band1Vert">
      <w:tblPr/>
      <w:tcPr>
        <w:tcBorders>
          <w:left w:val="nil"/>
          <w:right w:val="nil"/>
          <w:insideH w:val="nil"/>
          <w:insideV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Arial" w:eastAsia="Arial" w:hAnsi="Arial" w:cs="Arial"/>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Arial" w:eastAsia="Arial" w:hAnsi="Arial" w:cs="Arial"/>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Arial" w:eastAsia="Arial" w:hAnsi="Arial" w:cs="Arial"/>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Arial" w:eastAsia="Arial" w:hAnsi="Arial" w:cs="Arial"/>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Arial" w:eastAsia="Arial" w:hAnsi="Arial" w:cs="Arial"/>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Arial" w:eastAsia="Arial" w:hAnsi="Arial" w:cs="Arial"/>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Arial" w:eastAsia="Arial" w:hAnsi="Arial" w:cs="Arial"/>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style>
  <w:style w:type="table" w:styleId="ListaMdia2">
    <w:name w:val="Medium List 2"/>
    <w:basedOn w:val="Tabelanormal"/>
    <w:uiPriority w:val="66"/>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tcPr>
    </w:tblStylePr>
    <w:tblStylePr w:type="lastRow">
      <w:tblPr/>
      <w:tcPr>
        <w:tcBorders>
          <w:top w:val="single" w:sz="8" w:space="0" w:color="000000" w:themeColor="text1"/>
          <w:left w:val="nil"/>
          <w:bottom w:val="nil"/>
          <w:right w:val="nil"/>
          <w:insideH w:val="nil"/>
          <w:insideV w:val="nil"/>
        </w:tcBorders>
      </w:tcPr>
    </w:tblStylePr>
    <w:tblStylePr w:type="firstCol">
      <w:tblPr/>
      <w:tcPr>
        <w:tcBorders>
          <w:top w:val="nil"/>
          <w:left w:val="nil"/>
          <w:bottom w:val="nil"/>
          <w:right w:val="single" w:sz="8" w:space="0" w:color="000000" w:themeColor="text1"/>
          <w:insideH w:val="nil"/>
          <w:insideV w:val="nil"/>
        </w:tcBorders>
      </w:tcPr>
    </w:tblStylePr>
    <w:tblStylePr w:type="lastCol">
      <w:tblPr/>
      <w:tcPr>
        <w:tcBorders>
          <w:top w:val="nil"/>
          <w:left w:val="single" w:sz="8" w:space="0" w:color="000000" w:themeColor="text1"/>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tcPr>
    </w:tblStylePr>
    <w:tblStylePr w:type="lastRow">
      <w:tblPr/>
      <w:tcPr>
        <w:tcBorders>
          <w:top w:val="single" w:sz="8" w:space="0" w:color="4F81BD" w:themeColor="accent1"/>
          <w:left w:val="nil"/>
          <w:bottom w:val="nil"/>
          <w:right w:val="nil"/>
          <w:insideH w:val="nil"/>
          <w:insideV w:val="nil"/>
        </w:tcBorders>
      </w:tcPr>
    </w:tblStylePr>
    <w:tblStylePr w:type="firstCol">
      <w:tblPr/>
      <w:tcPr>
        <w:tcBorders>
          <w:top w:val="nil"/>
          <w:left w:val="nil"/>
          <w:bottom w:val="nil"/>
          <w:right w:val="single" w:sz="8" w:space="0" w:color="4F81BD" w:themeColor="accent1"/>
          <w:insideH w:val="nil"/>
          <w:insideV w:val="nil"/>
        </w:tcBorders>
      </w:tcPr>
    </w:tblStylePr>
    <w:tblStylePr w:type="lastCol">
      <w:tblPr/>
      <w:tcPr>
        <w:tcBorders>
          <w:top w:val="nil"/>
          <w:left w:val="single" w:sz="8" w:space="0" w:color="4F81BD" w:themeColor="accent1"/>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tcPr>
    </w:tblStylePr>
    <w:tblStylePr w:type="lastRow">
      <w:tblPr/>
      <w:tcPr>
        <w:tcBorders>
          <w:top w:val="single" w:sz="8" w:space="0" w:color="C0504D" w:themeColor="accent2"/>
          <w:left w:val="nil"/>
          <w:bottom w:val="nil"/>
          <w:right w:val="nil"/>
          <w:insideH w:val="nil"/>
          <w:insideV w:val="nil"/>
        </w:tcBorders>
      </w:tcPr>
    </w:tblStylePr>
    <w:tblStylePr w:type="firstCol">
      <w:tblPr/>
      <w:tcPr>
        <w:tcBorders>
          <w:top w:val="nil"/>
          <w:left w:val="nil"/>
          <w:bottom w:val="nil"/>
          <w:right w:val="single" w:sz="8" w:space="0" w:color="C0504D" w:themeColor="accent2"/>
          <w:insideH w:val="nil"/>
          <w:insideV w:val="nil"/>
        </w:tcBorders>
      </w:tcPr>
    </w:tblStylePr>
    <w:tblStylePr w:type="lastCol">
      <w:tblPr/>
      <w:tcPr>
        <w:tcBorders>
          <w:top w:val="nil"/>
          <w:left w:val="single" w:sz="8" w:space="0" w:color="C0504D" w:themeColor="accent2"/>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tcPr>
    </w:tblStylePr>
    <w:tblStylePr w:type="lastRow">
      <w:tblPr/>
      <w:tcPr>
        <w:tcBorders>
          <w:top w:val="single" w:sz="8" w:space="0" w:color="9BBB59" w:themeColor="accent3"/>
          <w:left w:val="nil"/>
          <w:bottom w:val="nil"/>
          <w:right w:val="nil"/>
          <w:insideH w:val="nil"/>
          <w:insideV w:val="nil"/>
        </w:tcBorders>
      </w:tcPr>
    </w:tblStylePr>
    <w:tblStylePr w:type="firstCol">
      <w:tblPr/>
      <w:tcPr>
        <w:tcBorders>
          <w:top w:val="nil"/>
          <w:left w:val="nil"/>
          <w:bottom w:val="nil"/>
          <w:right w:val="single" w:sz="8" w:space="0" w:color="9BBB59" w:themeColor="accent3"/>
          <w:insideH w:val="nil"/>
          <w:insideV w:val="nil"/>
        </w:tcBorders>
      </w:tcPr>
    </w:tblStylePr>
    <w:tblStylePr w:type="lastCol">
      <w:tblPr/>
      <w:tcPr>
        <w:tcBorders>
          <w:top w:val="nil"/>
          <w:left w:val="single" w:sz="8" w:space="0" w:color="9BBB59" w:themeColor="accent3"/>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tcPr>
    </w:tblStylePr>
    <w:tblStylePr w:type="lastRow">
      <w:tblPr/>
      <w:tcPr>
        <w:tcBorders>
          <w:top w:val="single" w:sz="8" w:space="0" w:color="8064A2" w:themeColor="accent4"/>
          <w:left w:val="nil"/>
          <w:bottom w:val="nil"/>
          <w:right w:val="nil"/>
          <w:insideH w:val="nil"/>
          <w:insideV w:val="nil"/>
        </w:tcBorders>
      </w:tcPr>
    </w:tblStylePr>
    <w:tblStylePr w:type="firstCol">
      <w:tblPr/>
      <w:tcPr>
        <w:tcBorders>
          <w:top w:val="nil"/>
          <w:left w:val="nil"/>
          <w:bottom w:val="nil"/>
          <w:right w:val="single" w:sz="8" w:space="0" w:color="8064A2" w:themeColor="accent4"/>
          <w:insideH w:val="nil"/>
          <w:insideV w:val="nil"/>
        </w:tcBorders>
      </w:tcPr>
    </w:tblStylePr>
    <w:tblStylePr w:type="lastCol">
      <w:tblPr/>
      <w:tcPr>
        <w:tcBorders>
          <w:top w:val="nil"/>
          <w:left w:val="single" w:sz="8" w:space="0" w:color="8064A2" w:themeColor="accent4"/>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tcPr>
    </w:tblStylePr>
    <w:tblStylePr w:type="lastRow">
      <w:tblPr/>
      <w:tcPr>
        <w:tcBorders>
          <w:top w:val="single" w:sz="8" w:space="0" w:color="4BACC6" w:themeColor="accent5"/>
          <w:left w:val="nil"/>
          <w:bottom w:val="nil"/>
          <w:right w:val="nil"/>
          <w:insideH w:val="nil"/>
          <w:insideV w:val="nil"/>
        </w:tcBorders>
      </w:tcPr>
    </w:tblStylePr>
    <w:tblStylePr w:type="firstCol">
      <w:tblPr/>
      <w:tcPr>
        <w:tcBorders>
          <w:top w:val="nil"/>
          <w:left w:val="nil"/>
          <w:bottom w:val="nil"/>
          <w:right w:val="single" w:sz="8" w:space="0" w:color="4BACC6" w:themeColor="accent5"/>
          <w:insideH w:val="nil"/>
          <w:insideV w:val="nil"/>
        </w:tcBorders>
      </w:tcPr>
    </w:tblStylePr>
    <w:tblStylePr w:type="lastCol">
      <w:tblPr/>
      <w:tcPr>
        <w:tcBorders>
          <w:top w:val="nil"/>
          <w:left w:val="single" w:sz="8" w:space="0" w:color="4BACC6" w:themeColor="accent5"/>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tcPr>
    </w:tblStylePr>
    <w:tblStylePr w:type="lastRow">
      <w:tblPr/>
      <w:tcPr>
        <w:tcBorders>
          <w:top w:val="single" w:sz="8" w:space="0" w:color="F79646" w:themeColor="accent6"/>
          <w:left w:val="nil"/>
          <w:bottom w:val="nil"/>
          <w:right w:val="nil"/>
          <w:insideH w:val="nil"/>
          <w:insideV w:val="nil"/>
        </w:tcBorders>
      </w:tcPr>
    </w:tblStylePr>
    <w:tblStylePr w:type="firstCol">
      <w:tblPr/>
      <w:tcPr>
        <w:tcBorders>
          <w:top w:val="nil"/>
          <w:left w:val="nil"/>
          <w:bottom w:val="nil"/>
          <w:right w:val="single" w:sz="8" w:space="0" w:color="F79646" w:themeColor="accent6"/>
          <w:insideH w:val="nil"/>
          <w:insideV w:val="nil"/>
        </w:tcBorders>
      </w:tcPr>
    </w:tblStylePr>
    <w:tblStylePr w:type="lastCol">
      <w:tblPr/>
      <w:tcPr>
        <w:tcBorders>
          <w:top w:val="nil"/>
          <w:left w:val="single" w:sz="8" w:space="0" w:color="F79646" w:themeColor="accent6"/>
          <w:bottom w:val="nil"/>
          <w:right w:val="nil"/>
          <w:insideH w:val="nil"/>
          <w:insideV w:val="nil"/>
        </w:tcBorders>
      </w:tcPr>
    </w:tblStylePr>
    <w:tblStylePr w:type="band1Vert">
      <w:tblPr/>
      <w:tcPr>
        <w:tcBorders>
          <w:left w:val="nil"/>
          <w:right w:val="nil"/>
          <w:insideH w:val="nil"/>
          <w:insideV w:val="nil"/>
        </w:tcBorders>
      </w:tcPr>
    </w:tblStylePr>
    <w:tblStylePr w:type="band1Horz">
      <w:tblPr/>
      <w:tcPr>
        <w:tcBorders>
          <w:top w:val="nil"/>
          <w:bottom w:val="nil"/>
          <w:insideH w:val="nil"/>
          <w:insideV w:val="nil"/>
        </w:tcBorders>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style>
  <w:style w:type="table" w:styleId="GradeMdia2">
    <w:name w:val="Medium Grid 2"/>
    <w:basedOn w:val="Tabelanormal"/>
    <w:uiPriority w:val="68"/>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000000" w:themeColor="text1"/>
          <w:insideV w:val="single" w:sz="6" w:space="0" w:color="000000" w:themeColor="text1"/>
        </w:tcBorders>
      </w:tcPr>
    </w:tblStylePr>
  </w:style>
  <w:style w:type="table" w:styleId="GradeMdia2-nfase1">
    <w:name w:val="Medium Grid 2 Accent 1"/>
    <w:basedOn w:val="Tabelanormal"/>
    <w:uiPriority w:val="68"/>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4F81BD" w:themeColor="accent1"/>
          <w:insideV w:val="single" w:sz="6" w:space="0" w:color="4F81BD" w:themeColor="accent1"/>
        </w:tcBorders>
      </w:tcPr>
    </w:tblStylePr>
  </w:style>
  <w:style w:type="table" w:styleId="GradeMdia2-nfase2">
    <w:name w:val="Medium Grid 2 Accent 2"/>
    <w:basedOn w:val="Tabelanormal"/>
    <w:uiPriority w:val="68"/>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C0504D" w:themeColor="accent2"/>
          <w:insideV w:val="single" w:sz="6" w:space="0" w:color="C0504D" w:themeColor="accent2"/>
        </w:tcBorders>
      </w:tcPr>
    </w:tblStylePr>
  </w:style>
  <w:style w:type="table" w:styleId="GradeMdia2-nfase3">
    <w:name w:val="Medium Grid 2 Accent 3"/>
    <w:basedOn w:val="Tabelanormal"/>
    <w:uiPriority w:val="68"/>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9BBB59" w:themeColor="accent3"/>
          <w:insideV w:val="single" w:sz="6" w:space="0" w:color="9BBB59" w:themeColor="accent3"/>
        </w:tcBorders>
      </w:tcPr>
    </w:tblStylePr>
  </w:style>
  <w:style w:type="table" w:styleId="GradeMdia2-nfase4">
    <w:name w:val="Medium Grid 2 Accent 4"/>
    <w:basedOn w:val="Tabelanormal"/>
    <w:uiPriority w:val="68"/>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8064A2" w:themeColor="accent4"/>
          <w:insideV w:val="single" w:sz="6" w:space="0" w:color="8064A2" w:themeColor="accent4"/>
        </w:tcBorders>
      </w:tcPr>
    </w:tblStylePr>
  </w:style>
  <w:style w:type="table" w:styleId="GradeMdia2-nfase5">
    <w:name w:val="Medium Grid 2 Accent 5"/>
    <w:basedOn w:val="Tabelanormal"/>
    <w:uiPriority w:val="68"/>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4BACC6" w:themeColor="accent5"/>
          <w:insideV w:val="single" w:sz="6" w:space="0" w:color="4BACC6" w:themeColor="accent5"/>
        </w:tcBorders>
      </w:tcPr>
    </w:tblStylePr>
  </w:style>
  <w:style w:type="table" w:styleId="GradeMdia2-nfase6">
    <w:name w:val="Medium Grid 2 Accent 6"/>
    <w:basedOn w:val="Tabelanormal"/>
    <w:uiPriority w:val="68"/>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rPr>
        <w:b/>
        <w:bCs/>
        <w:color w:val="000000" w:themeColor="text1"/>
      </w:rPr>
    </w:tblStylePr>
    <w:tblStylePr w:type="lastRow">
      <w:rPr>
        <w:b/>
        <w:bCs/>
        <w:color w:val="000000" w:themeColor="text1"/>
      </w:rPr>
      <w:tblPr/>
      <w:tcPr>
        <w:tcBorders>
          <w:top w:val="single" w:sz="12" w:space="0" w:color="000000" w:themeColor="text1"/>
          <w:left w:val="nil"/>
          <w:bottom w:val="nil"/>
          <w:right w:val="nil"/>
          <w:insideH w:val="nil"/>
          <w:insideV w:val="nil"/>
        </w:tcBorders>
      </w:tcPr>
    </w:tblStylePr>
    <w:tblStylePr w:type="firstCol">
      <w:rPr>
        <w:b/>
        <w:bCs/>
        <w:color w:val="000000" w:themeColor="text1"/>
      </w:rPr>
      <w:tblPr/>
      <w:tcPr>
        <w:tcBorders>
          <w:top w:val="nil"/>
          <w:left w:val="nil"/>
          <w:bottom w:val="nil"/>
          <w:right w:val="nil"/>
          <w:insideH w:val="nil"/>
          <w:insideV w:val="nil"/>
        </w:tcBorders>
      </w:tcPr>
    </w:tblStylePr>
    <w:tblStylePr w:type="lastCol">
      <w:rPr>
        <w:b w:val="0"/>
        <w:bCs w:val="0"/>
        <w:color w:val="000000" w:themeColor="text1"/>
      </w:rPr>
      <w:tblPr/>
      <w:tcPr>
        <w:tcBorders>
          <w:top w:val="nil"/>
          <w:left w:val="nil"/>
          <w:bottom w:val="nil"/>
          <w:right w:val="nil"/>
          <w:insideH w:val="nil"/>
          <w:insideV w:val="nil"/>
        </w:tcBorders>
      </w:tcPr>
    </w:tblStylePr>
    <w:tblStylePr w:type="band1Horz">
      <w:tblPr/>
      <w:tcPr>
        <w:tcBorders>
          <w:insideH w:val="single" w:sz="6" w:space="0" w:color="F79646" w:themeColor="accent6"/>
          <w:insideV w:val="single" w:sz="6" w:space="0" w:color="F79646" w:themeColor="accent6"/>
        </w:tcBorders>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blStylePr w:type="firstRow">
      <w:rPr>
        <w:b/>
        <w:bCs/>
      </w:rPr>
      <w:tblPr/>
      <w:tcPr>
        <w:tcBorders>
          <w:top w:val="nil"/>
          <w:left w:val="nil"/>
          <w:bottom w:val="single" w:sz="18" w:space="0" w:color="FFFFFF" w:themeColor="background1"/>
          <w:right w:val="nil"/>
          <w:insideH w:val="nil"/>
          <w:insideV w:val="nil"/>
        </w:tcBorders>
      </w:tcPr>
    </w:tblStylePr>
    <w:tblStylePr w:type="lastRow">
      <w:tblPr/>
      <w:tcPr>
        <w:tcBorders>
          <w:top w:val="single" w:sz="18" w:space="0" w:color="FFFFFF" w:themeColor="background1"/>
          <w:left w:val="nil"/>
          <w:bottom w:val="nil"/>
          <w:right w:val="nil"/>
          <w:insideH w:val="nil"/>
          <w:insideV w:val="nil"/>
        </w:tcBorders>
      </w:tcPr>
    </w:tblStylePr>
    <w:tblStylePr w:type="firstCol">
      <w:tblPr/>
      <w:tcPr>
        <w:tcBorders>
          <w:top w:val="nil"/>
          <w:left w:val="nil"/>
          <w:bottom w:val="nil"/>
          <w:right w:val="single" w:sz="18" w:space="0" w:color="FFFFFF" w:themeColor="background1"/>
          <w:insideH w:val="nil"/>
          <w:insideV w:val="nil"/>
        </w:tcBorders>
      </w:tcPr>
    </w:tblStylePr>
    <w:tblStylePr w:type="lastCol">
      <w:tblPr/>
      <w:tcPr>
        <w:tcBorders>
          <w:top w:val="nil"/>
          <w:left w:val="single" w:sz="18" w:space="0" w:color="FFFFFF" w:themeColor="background1"/>
          <w:bottom w:val="nil"/>
          <w:right w:val="nil"/>
          <w:insideH w:val="nil"/>
          <w:insideV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C0504D" w:themeColor="accent2"/>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C0504D" w:themeColor="accent2"/>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C0504D" w:themeColor="accent2"/>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8064A2" w:themeColor="accent4"/>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9BBB59" w:themeColor="accent3"/>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F79646" w:themeColor="accent6"/>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blStylePr w:type="firstRow">
      <w:rPr>
        <w:b/>
        <w:bCs/>
      </w:rPr>
      <w:tblPr/>
      <w:tcPr>
        <w:tcBorders>
          <w:top w:val="nil"/>
          <w:left w:val="nil"/>
          <w:bottom w:val="single" w:sz="24" w:space="0" w:color="4BACC6" w:themeColor="accent5"/>
          <w:right w:val="nil"/>
          <w:insideH w:val="nil"/>
          <w:insideV w:val="nil"/>
        </w:tcBorders>
      </w:tcPr>
    </w:tblStylePr>
    <w:tblStylePr w:type="lastRow">
      <w:rPr>
        <w:b/>
        <w:bCs/>
        <w:color w:val="FFFFFF" w:themeColor="background1"/>
      </w:rPr>
      <w:tblPr/>
      <w:tcPr>
        <w:tcBorders>
          <w:top w:val="single" w:sz="6" w:space="0" w:color="FFFFFF" w:themeColor="background1"/>
        </w:tcBorders>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tcPr>
    </w:tblStylePr>
    <w:tblStylePr w:type="lastCol">
      <w:rPr>
        <w:color w:val="FFFFFF" w:themeColor="background1"/>
      </w:rPr>
      <w:tblPr/>
      <w:tcPr>
        <w:tcBorders>
          <w:top w:val="nil"/>
          <w:left w:val="nil"/>
          <w:bottom w:val="nil"/>
          <w:right w:val="nil"/>
          <w:insideH w:val="nil"/>
          <w:insideV w:val="nil"/>
        </w:tcBorders>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9E3A38" w:themeColor="accent2"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9E3A38" w:themeColor="accent2"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9E3A38" w:themeColor="accent2"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664E82" w:themeColor="accent4"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7E9C40" w:themeColor="accent3"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F2730A" w:themeColor="accent6"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blStylePr w:type="firstRow">
      <w:rPr>
        <w:b/>
        <w:bCs/>
        <w:color w:val="FFFFFF" w:themeColor="background1"/>
      </w:rPr>
      <w:tblPr/>
      <w:tcPr>
        <w:tcBorders>
          <w:bottom w:val="single" w:sz="12" w:space="0" w:color="FFFFFF" w:themeColor="background1"/>
        </w:tcBorders>
      </w:tcPr>
    </w:tblStylePr>
    <w:tblStylePr w:type="lastRow">
      <w:rPr>
        <w:b/>
        <w:bCs/>
        <w:color w:val="348DA5" w:themeColor="accent5" w:themeShade="CC"/>
      </w:rPr>
      <w:tblPr/>
      <w:tcPr>
        <w:tcBorders>
          <w:top w:val="single" w:sz="12"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35</Pages>
  <Words>8494</Words>
  <Characters>45872</Characters>
  <Application>Microsoft Office Word</Application>
  <DocSecurity>0</DocSecurity>
  <Lines>382</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Camila Tavares</cp:lastModifiedBy>
  <cp:revision>6</cp:revision>
  <dcterms:created xsi:type="dcterms:W3CDTF">2013-12-23T23:15:00Z</dcterms:created>
  <dcterms:modified xsi:type="dcterms:W3CDTF">2026-08-05T13:19:00Z</dcterms:modified>
  <cp:category/>
</cp:coreProperties>
</file>